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Amazon EU SARL, succursale française</w:t>
      </w:r>
    </w:p>
    <w:p>
      <w:pPr>
        <w:spacing w:after="0" w:line="252" w:lineRule="auto"/>
        <w:ind w:left="5102"/>
      </w:pPr>
      <w:r>
        <w:rPr>
          <w:sz w:val="18"/>
        </w:rPr>
        <w:t>67 boulevard du Général Leclerc</w:t>
      </w:r>
    </w:p>
    <w:p>
      <w:pPr>
        <w:spacing w:after="0" w:line="252" w:lineRule="auto"/>
        <w:ind w:left="5102"/>
      </w:pPr>
      <w:r>
        <w:rPr>
          <w:sz w:val="18"/>
        </w:rPr>
        <w:t>92110 Clichy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  <w:r>
        <w:rPr>
          <w:b/>
          <w:i w:val="0"/>
        </w:rPr>
        <w:t xml:space="preserve"> — demande d'identification du vendeur et réclamation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J'ai passé la commande n° </w:t>
      </w:r>
      <w:r>
        <w:rPr>
          <w:b w:val="0"/>
          <w:i w:val="0"/>
          <w:color w:val="1A365D"/>
          <w:shd w:val="clear" w:color="auto" w:fill="FBF8EE"/>
        </w:rPr>
        <w:t>[numéro de commande]</w:t>
      </w:r>
      <w:r>
        <w:rPr>
          <w:b w:val="0"/>
          <w:i w:val="0"/>
        </w:rPr>
        <w:t xml:space="preserve"> 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>, portant sur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[désignation du produit]</w:t>
      </w:r>
      <w:r>
        <w:rPr>
          <w:b w:val="0"/>
          <w:i w:val="0"/>
        </w:rPr>
        <w:t xml:space="preserve">, pour un 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[Décrire en trois lignes : le produit n'a pas été livré / il ne correspond pas / il est</w:t>
      </w:r>
    </w:p>
    <w:p>
      <w:pPr>
        <w:jc w:val="both"/>
      </w:pPr>
      <w:r>
        <w:t>défectueux / le remboursement promis n'est pas venu. Donner les dates.]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 D'ABORD</w:t>
      </w:r>
    </w:p>
    <w:p>
      <w:pPr>
        <w:jc w:val="both"/>
      </w:pPr>
      <w:r>
        <w:t>Vos conditions générales de vente distinguent les produits vendus par Amazon EU SARL et ceux</w:t>
      </w:r>
    </w:p>
    <w:p>
      <w:pPr>
        <w:jc w:val="both"/>
      </w:pPr>
      <w:r>
        <w:t>vendus par des vendeurs tiers, en indiquant que pour ces derniers le contrat de vente est formé</w:t>
      </w:r>
    </w:p>
    <w:p>
      <w:pPr>
        <w:jc w:val="both"/>
      </w:pPr>
      <w:r>
        <w:t>uniquement entre l'acheteur et le vendeur tiers.</w:t>
      </w:r>
    </w:p>
    <w:p>
      <w:pPr>
        <w:jc w:val="both"/>
      </w:pPr>
      <w:r>
        <w:t>Je vous demande donc de me confirmer par écrit, pour cette commande :</w:t>
      </w:r>
    </w:p>
    <w:p>
      <w:pPr>
        <w:jc w:val="both"/>
      </w:pPr>
      <w:r>
        <w:t>1. l'identité du vendeur : Amazon EU SARL, ou un vendeur tiers ;</w:t>
      </w:r>
    </w:p>
    <w:p>
      <w:pPr>
        <w:jc w:val="both"/>
      </w:pPr>
      <w:r>
        <w:t>2. s'il s'agit d'un vendeur tiers, sa dénomination sociale complète, son adresse postale, son</w:t>
      </w:r>
    </w:p>
    <w:p>
      <w:pPr>
        <w:jc w:val="both"/>
      </w:pPr>
      <w:r>
        <w:t>numéro d'immatriculation et sa qualité — professionnel ou particulier ;</w:t>
      </w:r>
    </w:p>
    <w:p>
      <w:pPr>
        <w:jc w:val="both"/>
      </w:pPr>
      <w:r>
        <w:t>3. si le produit était éligible à votre politique commerciale de retours sous 30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 ENSUITE</w:t>
      </w:r>
    </w:p>
    <w:p>
      <w:pPr>
        <w:jc w:val="both"/>
      </w:pPr>
      <w:r>
        <w:rPr>
          <w:b w:val="0"/>
          <w:i w:val="0"/>
        </w:rPr>
        <w:t xml:space="preserve">[Selon le cas : le remboursement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 / la livraison du produit commandé / le</w:t>
      </w:r>
    </w:p>
    <w:p>
      <w:pPr>
        <w:jc w:val="both"/>
      </w:pPr>
      <w:r>
        <w:t>remplacement du produit défectueux.]</w:t>
      </w:r>
    </w:p>
    <w:p>
      <w:pPr>
        <w:jc w:val="both"/>
      </w:pPr>
      <w:r>
        <w:t>⚠️ Cette demande n'est pas une simple question : de la réponse dépend la personne à qui je</w:t>
      </w:r>
    </w:p>
    <w:p>
      <w:pPr>
        <w:jc w:val="both"/>
      </w:pPr>
      <w:r>
        <w:t>dois m'adresser, et je vous la demande par écrit pour cette raison.</w:t>
      </w:r>
    </w:p>
    <w:p>
      <w:pPr>
        <w:jc w:val="both"/>
      </w:pPr>
      <w:r>
        <w:t>Merci de me répondre sous quinze jours.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confirmation de commande du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— preuve du paiement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[capture de la page du produit montrant la mention « Vendu par »]</w:t>
      </w:r>
      <w:r>
        <w:rPr>
          <w:b w:val="0"/>
          <w:i w:val="0"/>
        </w:rPr>
        <w:t xml:space="preserve"> — [échanges avec le service</w:t>
      </w:r>
    </w:p>
    <w:p>
      <w:pPr>
        <w:jc w:val="both"/>
      </w:pPr>
      <w:r>
        <w:t>client]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