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de la compagnie d'assurance]</w:t>
      </w:r>
    </w:p>
    <w:p>
      <w:pPr>
        <w:spacing w:after="0" w:line="252" w:lineRule="auto"/>
        <w:ind w:left="5102"/>
      </w:pPr>
      <w:r>
        <w:rPr>
          <w:sz w:val="18"/>
        </w:rPr>
        <w:t>[Adresse du siège]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contrat n° </w:t>
      </w:r>
      <w:r>
        <w:rPr>
          <w:b/>
          <w:i w:val="0"/>
          <w:color w:val="1A365D"/>
          <w:shd w:val="clear" w:color="auto" w:fill="FBF8EE"/>
        </w:rPr>
        <w:t>[numéro du contrat]</w:t>
      </w:r>
      <w:r>
        <w:rPr>
          <w:b/>
          <w:i w:val="0"/>
        </w:rPr>
        <w:t xml:space="preserve"> — sinistre du </w:t>
      </w:r>
      <w:r>
        <w:rPr>
          <w:b/>
          <w:i w:val="0"/>
          <w:color w:val="1A365D"/>
          <w:shd w:val="clear" w:color="auto" w:fill="FBF8EE"/>
        </w:rPr>
        <w:t>[date du sinistre]</w:t>
      </w:r>
      <w:r>
        <w:rPr>
          <w:b/>
          <w:i w:val="0"/>
        </w:rPr>
        <w:t xml:space="preserve"> — RÉCLAMATION EN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RÈGLEMENT DE L'INDEMNITÉ</w:t>
      </w:r>
    </w:p>
    <w:p>
      <w:pPr>
        <w:jc w:val="both"/>
      </w:pPr>
      <w:r>
        <w:t>Madame, Monsieur,</w:t>
      </w:r>
    </w:p>
    <w:p>
      <w:pPr>
        <w:jc w:val="both"/>
      </w:pPr>
      <w:r>
        <w:t>Par la présente, adressée par lettre recommandée avec accusé de réception, je vous réclame le</w:t>
      </w:r>
    </w:p>
    <w:p>
      <w:pPr>
        <w:jc w:val="both"/>
      </w:pPr>
      <w:r>
        <w:rPr>
          <w:b w:val="0"/>
          <w:i w:val="0"/>
        </w:rPr>
        <w:t xml:space="preserve">RÈGLEMENT DE L'INDEMNITÉ due au titre du sinistre survenu le </w:t>
      </w:r>
      <w:r>
        <w:rPr>
          <w:b w:val="0"/>
          <w:i w:val="0"/>
          <w:color w:val="1A365D"/>
          <w:shd w:val="clear" w:color="auto" w:fill="FBF8EE"/>
        </w:rPr>
        <w:t>[date du sinistre]</w:t>
      </w:r>
      <w:r>
        <w:rPr>
          <w:b w:val="0"/>
          <w:i w:val="0"/>
        </w:rPr>
        <w:t>, déclaré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déclaration du sinistre]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RÉCLAME</w:t>
      </w:r>
    </w:p>
    <w:p>
      <w:pPr>
        <w:jc w:val="both"/>
      </w:pPr>
      <w:r>
        <w:rPr>
          <w:b w:val="0"/>
          <w:i w:val="0"/>
        </w:rPr>
        <w:t xml:space="preserve">La somme de </w:t>
      </w:r>
      <w:r>
        <w:rPr>
          <w:b w:val="0"/>
          <w:i w:val="0"/>
          <w:color w:val="1A365D"/>
          <w:shd w:val="clear" w:color="auto" w:fill="FBF8EE"/>
        </w:rPr>
        <w:t>[montant réclamé à l'assureur]</w:t>
      </w:r>
      <w:r>
        <w:rPr>
          <w:b w:val="0"/>
          <w:i w:val="0"/>
        </w:rPr>
        <w:t xml:space="preserve"> euros, se décomposant comme suit :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[poste de dommage]</w:t>
      </w:r>
      <w:r>
        <w:rPr>
          <w:b w:val="0"/>
          <w:i w:val="0"/>
        </w:rPr>
        <w:t xml:space="preserve"> : </w:t>
      </w:r>
      <w:r>
        <w:rPr>
          <w:b w:val="0"/>
          <w:i w:val="0"/>
          <w:color w:val="1A365D"/>
          <w:shd w:val="clear" w:color="auto" w:fill="FBF8EE"/>
        </w:rPr>
        <w:t>[montant du poste]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[poste de dommage]</w:t>
      </w:r>
      <w:r>
        <w:rPr>
          <w:b w:val="0"/>
          <w:i w:val="0"/>
        </w:rPr>
        <w:t xml:space="preserve"> : </w:t>
      </w:r>
      <w:r>
        <w:rPr>
          <w:b w:val="0"/>
          <w:i w:val="0"/>
          <w:color w:val="1A365D"/>
          <w:shd w:val="clear" w:color="auto" w:fill="FBF8EE"/>
        </w:rPr>
        <w:t>[montant du poste]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[poste de dommage]</w:t>
      </w:r>
      <w:r>
        <w:rPr>
          <w:b w:val="0"/>
          <w:i w:val="0"/>
        </w:rPr>
        <w:t xml:space="preserve"> : </w:t>
      </w:r>
      <w:r>
        <w:rPr>
          <w:b w:val="0"/>
          <w:i w:val="0"/>
          <w:color w:val="1A365D"/>
          <w:shd w:val="clear" w:color="auto" w:fill="FBF8EE"/>
        </w:rPr>
        <w:t>[montant du poste]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Votre proposition du </w:t>
      </w:r>
      <w:r>
        <w:rPr>
          <w:b w:val="0"/>
          <w:i w:val="0"/>
          <w:color w:val="1A365D"/>
          <w:shd w:val="clear" w:color="auto" w:fill="FBF8EE"/>
        </w:rPr>
        <w:t>[date de la proposition]</w:t>
      </w:r>
      <w:r>
        <w:rPr>
          <w:b w:val="0"/>
          <w:i w:val="0"/>
        </w:rPr>
        <w:t>, d'un montant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proposé]</w:t>
      </w:r>
      <w:r>
        <w:rPr>
          <w:b w:val="0"/>
          <w:i w:val="0"/>
        </w:rPr>
        <w:t xml:space="preserve"> euros, est insuffisante pour les motifs suivants : </w:t>
      </w:r>
      <w:r>
        <w:rPr>
          <w:b w:val="0"/>
          <w:i w:val="0"/>
          <w:color w:val="1A365D"/>
          <w:shd w:val="clear" w:color="auto" w:fill="FBF8EE"/>
        </w:rPr>
        <w:t>[motifs]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échéant, en cas de refus :]</w:t>
      </w:r>
      <w:r>
        <w:rPr>
          <w:b w:val="0"/>
          <w:i w:val="0"/>
        </w:rPr>
        <w:t xml:space="preserve"> Vous m'avez opposé, par lettre du </w:t>
      </w: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motif invoqué par l'assureur]</w:t>
      </w:r>
      <w:r>
        <w:rPr>
          <w:b w:val="0"/>
          <w:i w:val="0"/>
        </w:rPr>
        <w:t xml:space="preserve">. Je conteste ce motif : </w:t>
      </w:r>
      <w:r>
        <w:rPr>
          <w:b w:val="0"/>
          <w:i w:val="0"/>
          <w:color w:val="1A365D"/>
          <w:shd w:val="clear" w:color="auto" w:fill="FBF8EE"/>
        </w:rPr>
        <w:t>[ce que vous objectez]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 DE PRODUIRE</w:t>
      </w:r>
    </w:p>
    <w:p>
      <w:pPr>
        <w:jc w:val="both"/>
      </w:pPr>
      <w:r>
        <w:t>1. les conditions générales et particulières applicables à la date du sinistre ;</w:t>
      </w:r>
    </w:p>
    <w:p>
      <w:pPr>
        <w:jc w:val="both"/>
      </w:pPr>
      <w:r>
        <w:t>2. le paragraphe relatif à la PRESCRIPTION, ses causes d'interruption et son point de départ ;</w:t>
      </w:r>
    </w:p>
    <w:p>
      <w:pPr>
        <w:jc w:val="both"/>
      </w:pPr>
      <w:r>
        <w:t>3. [la clause d'exclusion, de déchéance ou de nullité que vous invoquez, avec la page où elle</w:t>
      </w:r>
    </w:p>
    <w:p>
      <w:pPr>
        <w:jc w:val="both"/>
      </w:pPr>
      <w:r>
        <w:t>figure] ;</w:t>
      </w:r>
    </w:p>
    <w:p>
      <w:pPr>
        <w:jc w:val="both"/>
      </w:pPr>
      <w:r>
        <w:t>4. le rapport de l'expert que vous avez mandaté, dans son intégralité ;</w:t>
      </w:r>
    </w:p>
    <w:p>
      <w:pPr>
        <w:jc w:val="both"/>
      </w:pPr>
      <w:r>
        <w:t>5. le délai de règlement des indemnités prévu à ma police.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EFFET DE LA PRÉSENTE</w:t>
      </w:r>
    </w:p>
    <w:p>
      <w:pPr>
        <w:jc w:val="both"/>
      </w:pPr>
      <w:r>
        <w:t>Cette lettre recommandée, adressée par l'assuré à l'assureur et relative au règlement de</w:t>
      </w:r>
    </w:p>
    <w:p>
      <w:pPr>
        <w:jc w:val="both"/>
      </w:pPr>
      <w:r>
        <w:t>l'indemnité, interrompt la prescription des actions dérivant du contrat d'assurance.</w:t>
      </w:r>
    </w:p>
    <w:p>
      <w:pPr>
        <w:jc w:val="both"/>
      </w:pPr>
      <w:r>
        <w:t>Je vous demande enfin de me communiquer les coordonnées du médiateur dont vous relevez.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déclaration de sinistre du </w:t>
      </w:r>
      <w:r>
        <w:rPr>
          <w:b w:val="0"/>
          <w:i w:val="0"/>
          <w:color w:val="1A365D"/>
          <w:shd w:val="clear" w:color="auto" w:fill="FBF8EE"/>
        </w:rPr>
        <w:t>[date de la déclaration du sinistre]</w:t>
      </w:r>
      <w:r>
        <w:rPr>
          <w:b w:val="0"/>
          <w:i w:val="0"/>
        </w:rPr>
        <w:t xml:space="preserve"> — [votre refus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] — devis et factures — photographies datées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