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Commission départementale de conciliation</w:t>
      </w:r>
    </w:p>
    <w:p>
      <w:pPr>
        <w:spacing w:after="0" w:line="252" w:lineRule="auto"/>
        <w:ind w:left="5102"/>
      </w:pPr>
      <w:r>
        <w:rPr>
          <w:sz w:val="18"/>
        </w:rPr>
        <w:t>[Adresse de la préfecture ou de la direction départementale compétente]</w:t>
      </w:r>
    </w:p>
    <w:p>
      <w:pPr>
        <w:spacing w:before="280" w:after="280"/>
      </w:pPr>
      <w:r>
        <w:rPr>
          <w:b/>
          <w:caps/>
          <w:color w:val="A88B1F"/>
          <w:sz w:val="16"/>
        </w:rPr>
        <w:t>LETTRE RECOMMANDÉE AVEC DEMANDE D'AVIS DE RÉCEPTION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saisine de la commission — logement situé </w:t>
      </w:r>
      <w:r>
        <w:rPr>
          <w:b/>
          <w:i w:val="0"/>
          <w:color w:val="1A365D"/>
          <w:shd w:val="clear" w:color="auto" w:fill="FBF8EE"/>
        </w:rPr>
        <w:t>[adresse du logement]</w:t>
      </w:r>
    </w:p>
    <w:p>
      <w:pPr>
        <w:jc w:val="both"/>
      </w:pPr>
      <w:r>
        <w:rPr>
          <w:b w:val="0"/>
          <w:i w:val="0"/>
        </w:rPr>
        <w:t xml:space="preserve">Bailleur : </w:t>
      </w:r>
      <w:r>
        <w:rPr>
          <w:b w:val="0"/>
          <w:i w:val="0"/>
          <w:color w:val="1A365D"/>
          <w:shd w:val="clear" w:color="auto" w:fill="FBF8EE"/>
        </w:rPr>
        <w:t>[nom du bailleur ou dénomination]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[adresse du bailleur]</w:t>
      </w:r>
    </w:p>
    <w:p>
      <w:pPr>
        <w:jc w:val="both"/>
      </w:pPr>
      <w:r>
        <w:t>Madame, Monsieur,</w:t>
      </w:r>
    </w:p>
    <w:p>
      <w:pPr>
        <w:jc w:val="both"/>
      </w:pPr>
      <w:r>
        <w:rPr>
          <w:b w:val="0"/>
          <w:i w:val="0"/>
        </w:rPr>
        <w:t xml:space="preserve">Je vous saisis d'un litige né du bail d'habitation conclu le </w:t>
      </w:r>
      <w:r>
        <w:rPr>
          <w:b w:val="0"/>
          <w:i w:val="0"/>
          <w:color w:val="1A365D"/>
          <w:shd w:val="clear" w:color="auto" w:fill="FBF8EE"/>
        </w:rPr>
        <w:t>[date du bail]</w:t>
      </w:r>
      <w:r>
        <w:rPr>
          <w:b w:val="0"/>
          <w:i w:val="0"/>
        </w:rPr>
        <w:t xml:space="preserve"> portant sur le</w:t>
      </w:r>
    </w:p>
    <w:p>
      <w:pPr>
        <w:jc w:val="both"/>
      </w:pPr>
      <w:r>
        <w:rPr>
          <w:b w:val="0"/>
          <w:i w:val="0"/>
        </w:rPr>
        <w:t xml:space="preserve">logement situé </w:t>
      </w:r>
      <w:r>
        <w:rPr>
          <w:b w:val="0"/>
          <w:i w:val="0"/>
          <w:color w:val="1A365D"/>
          <w:shd w:val="clear" w:color="auto" w:fill="FBF8EE"/>
        </w:rPr>
        <w:t>[adresse du logement]</w:t>
      </w:r>
      <w:r>
        <w:rPr>
          <w:b w:val="0"/>
          <w:i w:val="0"/>
        </w:rPr>
        <w:t xml:space="preserve">, que j'occupe depuis le </w:t>
      </w:r>
      <w:r>
        <w:rPr>
          <w:b w:val="0"/>
          <w:i w:val="0"/>
          <w:color w:val="1A365D"/>
          <w:shd w:val="clear" w:color="auto" w:fill="FBF8EE"/>
        </w:rPr>
        <w:t>[date d'entrée dans les lieux]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QUI M'EST REPROCHÉ</w:t>
      </w:r>
    </w:p>
    <w:p>
      <w:pPr>
        <w:jc w:val="both"/>
      </w:pPr>
      <w:r>
        <w:rPr>
          <w:b w:val="0"/>
          <w:i w:val="0"/>
        </w:rPr>
        <w:t xml:space="preserve">Par </w:t>
      </w:r>
      <w:r>
        <w:rPr>
          <w:b w:val="0"/>
          <w:i w:val="0"/>
          <w:color w:val="1A365D"/>
          <w:shd w:val="clear" w:color="auto" w:fill="FBF8EE"/>
        </w:rPr>
        <w:t>[lettre / commandement]</w:t>
      </w:r>
      <w:r>
        <w:rPr>
          <w:b w:val="0"/>
          <w:i w:val="0"/>
        </w:rPr>
        <w:t xml:space="preserve"> du </w:t>
      </w: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>, le bailleur me reproche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manquement invoqué]</w:t>
      </w:r>
      <w:r>
        <w:rPr>
          <w:b w:val="0"/>
          <w:i w:val="0"/>
        </w:rPr>
        <w:t xml:space="preserve"> et réclame</w:t>
      </w:r>
    </w:p>
    <w:p>
      <w:pPr>
        <w:jc w:val="both"/>
      </w:pPr>
      <w:r>
        <w:rPr>
          <w:b w:val="0"/>
          <w:i w:val="0"/>
        </w:rPr>
        <w:t>[</w:t>
      </w:r>
      <w:r>
        <w:rPr>
          <w:b w:val="0"/>
          <w:i w:val="0"/>
          <w:color w:val="1A365D"/>
          <w:shd w:val="clear" w:color="auto" w:fill="FBF8EE"/>
        </w:rPr>
        <w:t>[montant réclamé par le bailleur]</w:t>
      </w:r>
      <w:r>
        <w:rPr>
          <w:b w:val="0"/>
          <w:i w:val="0"/>
        </w:rPr>
        <w:t xml:space="preserve"> euros / la remise en état / la résiliation].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CONTESTE</w:t>
      </w:r>
    </w:p>
    <w:p>
      <w:pPr>
        <w:jc w:val="both"/>
      </w:pPr>
      <w:r>
        <w:t>1. [La clause résolutoire invoquée est fondée sur un motif que la loi n'admet pas : elle est</w:t>
      </w:r>
    </w:p>
    <w:p>
      <w:pPr>
        <w:jc w:val="both"/>
      </w:pPr>
      <w:r>
        <w:t>réputée non écrite.]</w:t>
      </w:r>
    </w:p>
    <w:p>
      <w:pPr>
        <w:jc w:val="both"/>
      </w:pPr>
      <w:r>
        <w:t>2. [Le manquement n'est pas établi : aucune décision de justice ne constate le trouble</w:t>
      </w:r>
    </w:p>
    <w:p>
      <w:pPr>
        <w:jc w:val="both"/>
      </w:pPr>
      <w:r>
        <w:t>invoqué.]</w:t>
      </w:r>
    </w:p>
    <w:p>
      <w:pPr>
        <w:jc w:val="both"/>
      </w:pPr>
      <w:r>
        <w:t>3. [Les réparations réclamées sont occasionnées par la vétusté, après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[durée d'occupation]</w:t>
      </w:r>
      <w:r>
        <w:rPr>
          <w:b w:val="0"/>
          <w:i w:val="0"/>
        </w:rPr>
        <w:t xml:space="preserve"> d'occupation.]</w:t>
      </w:r>
    </w:p>
    <w:p>
      <w:pPr>
        <w:jc w:val="both"/>
      </w:pPr>
      <w:r>
        <w:rPr>
          <w:b w:val="0"/>
          <w:i w:val="0"/>
        </w:rPr>
        <w:t xml:space="preserve">4. [L'action est prescrite : les faits sont connus du bailleur depuis le </w:t>
      </w:r>
      <w:r>
        <w:rPr>
          <w:b w:val="0"/>
          <w:i w:val="0"/>
          <w:color w:val="1A365D"/>
          <w:shd w:val="clear" w:color="auto" w:fill="FBF8EE"/>
        </w:rPr>
        <w:t>[date des faits reprochés]</w:t>
      </w:r>
      <w:r>
        <w:rPr>
          <w:b w:val="0"/>
          <w:i w:val="0"/>
        </w:rPr>
        <w:t>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DEMANDE</w:t>
      </w:r>
    </w:p>
    <w:p>
      <w:pPr>
        <w:jc w:val="both"/>
      </w:pPr>
      <w:r>
        <w:rPr>
          <w:b w:val="0"/>
          <w:i w:val="0"/>
        </w:rPr>
        <w:t xml:space="preserve">[Le retrait de la demande / la réduction du décompte à </w:t>
      </w:r>
      <w:r>
        <w:rPr>
          <w:b w:val="0"/>
          <w:i w:val="0"/>
          <w:color w:val="1A365D"/>
          <w:shd w:val="clear" w:color="auto" w:fill="FBF8EE"/>
        </w:rPr>
        <w:t>[montant non contesté]</w:t>
      </w:r>
      <w:r>
        <w:rPr>
          <w:b w:val="0"/>
          <w:i w:val="0"/>
        </w:rPr>
        <w:t xml:space="preserve"> euros /</w:t>
      </w:r>
    </w:p>
    <w:p>
      <w:pPr>
        <w:jc w:val="both"/>
      </w:pPr>
      <w:r>
        <w:t>un avis sur la validité de la clause invoquée.]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J'AI DÉJÀ FAIT</w:t>
      </w:r>
    </w:p>
    <w:p>
      <w:pPr>
        <w:jc w:val="both"/>
      </w:pPr>
      <w:r>
        <w:rPr>
          <w:b w:val="0"/>
          <w:i w:val="0"/>
        </w:rPr>
        <w:t xml:space="preserve">Contestation écrite du </w:t>
      </w:r>
      <w:r>
        <w:rPr>
          <w:b w:val="0"/>
          <w:i w:val="0"/>
          <w:color w:val="1A365D"/>
          <w:shd w:val="clear" w:color="auto" w:fill="FBF8EE"/>
        </w:rPr>
        <w:t>[date de votre contestation écrite]</w:t>
      </w:r>
      <w:r>
        <w:rPr>
          <w:b w:val="0"/>
          <w:i w:val="0"/>
        </w:rPr>
        <w:t xml:space="preserve">. [Sans réponse / Refus du </w:t>
      </w:r>
      <w:r>
        <w:rPr>
          <w:b w:val="0"/>
          <w:i w:val="0"/>
          <w:color w:val="1A365D"/>
          <w:shd w:val="clear" w:color="auto" w:fill="FBF8EE"/>
        </w:rPr>
        <w:t>[date du refus]</w:t>
      </w:r>
      <w:r>
        <w:rPr>
          <w:b w:val="0"/>
          <w:i w:val="0"/>
        </w:rPr>
        <w:t>.]</w:t>
      </w:r>
    </w:p>
    <w:p>
      <w:pPr>
        <w:jc w:val="both"/>
      </w:pPr>
      <w:r>
        <w:t>Je vous remercie de bien vouloir convoquer les parties.</w:t>
      </w:r>
    </w:p>
    <w:p>
      <w:pPr>
        <w:jc w:val="both"/>
      </w:pPr>
      <w:r>
        <w:t>Je vous prie d'agréer, Madame, Monsieur, l'expression de ma considération distinguée.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rPr>
          <w:b w:val="0"/>
          <w:i w:val="0"/>
        </w:rPr>
        <w:t xml:space="preserve">PIÈCES JOINTES : bail — état des lieux d'entrée </w:t>
      </w:r>
      <w:r>
        <w:rPr>
          <w:b w:val="0"/>
          <w:i w:val="0"/>
          <w:color w:val="1A365D"/>
          <w:shd w:val="clear" w:color="auto" w:fill="FBF8EE"/>
        </w:rPr>
        <w:t>[et de sortie]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[commandement]</w:t>
      </w:r>
      <w:r>
        <w:rPr>
          <w:b w:val="0"/>
          <w:i w:val="0"/>
        </w:rPr>
        <w:t xml:space="preserve"> — contestation du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votre contestation écrite]</w:t>
      </w:r>
      <w:r>
        <w:rPr>
          <w:b w:val="0"/>
          <w:i w:val="0"/>
        </w:rPr>
        <w:t xml:space="preserve"> et son accusé de réception — </w:t>
      </w:r>
      <w:r>
        <w:rPr>
          <w:b w:val="0"/>
          <w:i w:val="0"/>
          <w:color w:val="1A365D"/>
          <w:shd w:val="clear" w:color="auto" w:fill="FBF8EE"/>
        </w:rPr>
        <w:t>[décompte du bailleur]</w:t>
      </w:r>
      <w:r>
        <w:rPr>
          <w:b w:val="0"/>
          <w:i w:val="0"/>
        </w:rPr>
        <w:t xml:space="preserve"> — photographies datées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