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 postale]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vendeur]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ACCUSÉ DE RÉCEPTION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mise en demeure de mettre le bien en conformité</w:t>
      </w:r>
    </w:p>
    <w:p>
      <w:r>
        <w:rPr>
          <w:b w:val="0"/>
          <w:i w:val="0"/>
        </w:rPr>
        <w:t xml:space="preserve">Référence : commande / facture n° </w:t>
      </w:r>
      <w:r>
        <w:rPr>
          <w:b w:val="0"/>
          <w:i w:val="0"/>
          <w:color w:val="1A365D"/>
          <w:shd w:val="clear" w:color="auto" w:fill="FBF8EE"/>
        </w:rPr>
        <w:t>[numéro de la commande ou de la facture]</w:t>
      </w:r>
      <w:r>
        <w:rPr>
          <w:b w:val="0"/>
          <w:i w:val="0"/>
        </w:rPr>
        <w:t xml:space="preserve"> — réclamation du </w:t>
      </w:r>
      <w:r>
        <w:rPr>
          <w:b w:val="0"/>
          <w:i w:val="0"/>
          <w:color w:val="1A365D"/>
          <w:shd w:val="clear" w:color="auto" w:fill="FBF8EE"/>
        </w:rPr>
        <w:t>[date de votre réclamation]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courrier du </w:t>
      </w:r>
      <w:r>
        <w:rPr>
          <w:b w:val="0"/>
          <w:i w:val="0"/>
          <w:color w:val="1A365D"/>
          <w:shd w:val="clear" w:color="auto" w:fill="FBF8EE"/>
        </w:rPr>
        <w:t>[date de votre réclamation]</w:t>
      </w:r>
      <w:r>
        <w:rPr>
          <w:b w:val="0"/>
          <w:i w:val="0"/>
        </w:rPr>
        <w:t xml:space="preserve">, je vous ai demandé de </w:t>
      </w:r>
      <w:r>
        <w:rPr>
          <w:b w:val="0"/>
          <w:i w:val="0"/>
          <w:color w:val="1A365D"/>
          <w:shd w:val="clear" w:color="auto" w:fill="FBF8EE"/>
        </w:rPr>
        <w:t>[réparer / remplacer]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, qui m'a été délivré le </w:t>
      </w:r>
      <w:r>
        <w:rPr>
          <w:b w:val="0"/>
          <w:i w:val="0"/>
          <w:color w:val="1A365D"/>
          <w:shd w:val="clear" w:color="auto" w:fill="FBF8EE"/>
        </w:rPr>
        <w:t>[date de remise du bien]</w:t>
      </w:r>
      <w:r>
        <w:rPr>
          <w:b w:val="0"/>
          <w:i w:val="0"/>
        </w:rPr>
        <w:t xml:space="preserve"> et dont j'ai constaté 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 qu'il </w:t>
      </w:r>
      <w:r>
        <w:rPr>
          <w:b w:val="0"/>
          <w:i w:val="0"/>
          <w:color w:val="1A365D"/>
          <w:shd w:val="clear" w:color="auto" w:fill="FBF8EE"/>
        </w:rPr>
        <w:t>[rappeler le défaut en une phrase]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À ce jour, </w:t>
      </w:r>
      <w:r>
        <w:rPr>
          <w:b w:val="0"/>
          <w:i w:val="0"/>
          <w:color w:val="1A365D"/>
          <w:shd w:val="clear" w:color="auto" w:fill="FBF8EE"/>
        </w:rPr>
        <w:t>[aucune suite n'a été donnée à ma demande / le bien m'a été restitué sans que le défaut ait disparu / vous m'avez opposé un refus]</w:t>
      </w:r>
      <w:r>
        <w:rPr>
          <w:b w:val="0"/>
          <w:i w:val="0"/>
        </w:rPr>
        <w:t>.</w:t>
      </w:r>
    </w:p>
    <w:p>
      <w:pPr>
        <w:jc w:val="both"/>
      </w:pPr>
      <w:r>
        <w:t>Or l'article L. 217-10 du code de la consommation impose que la mise en conformité intervienne dans un délai qui ne peut excéder trente jours suivant ma demande. Ce délai est expiré.</w:t>
      </w:r>
    </w:p>
    <w:p>
      <w:pPr>
        <w:jc w:val="both"/>
      </w:pPr>
      <w:r>
        <w:rPr>
          <w:b w:val="0"/>
          <w:i w:val="0"/>
        </w:rPr>
        <w:t xml:space="preserve">Je vous mets donc en demeure de </w:t>
      </w:r>
      <w:r>
        <w:rPr>
          <w:b w:val="0"/>
          <w:i w:val="0"/>
          <w:color w:val="1A365D"/>
          <w:shd w:val="clear" w:color="auto" w:fill="FBF8EE"/>
        </w:rPr>
        <w:t>[procéder à la mise en conformité / me restituer le bien réparé]</w:t>
      </w:r>
      <w:r>
        <w:rPr>
          <w:b w:val="0"/>
          <w:i w:val="0"/>
        </w:rPr>
        <w:t xml:space="preserve"> dans un délai de huit jours à compter de la réception de la présente.</w:t>
      </w:r>
    </w:p>
    <w:p>
      <w:pPr>
        <w:jc w:val="both"/>
      </w:pPr>
      <w:r>
        <w:rPr>
          <w:b w:val="0"/>
          <w:i w:val="0"/>
        </w:rPr>
        <w:t xml:space="preserve">À défaut, je me prévaudrai de l'article L. 217-14 du code de la consommation, qui m'ouvre le droit à </w:t>
      </w:r>
      <w:r>
        <w:rPr>
          <w:b w:val="0"/>
          <w:i w:val="0"/>
          <w:color w:val="1A365D"/>
          <w:shd w:val="clear" w:color="auto" w:fill="FBF8EE"/>
        </w:rPr>
        <w:t>[une réduction du prix / la résolution du contrat]</w:t>
      </w:r>
      <w:r>
        <w:rPr>
          <w:b w:val="0"/>
          <w:i w:val="0"/>
        </w:rPr>
        <w:t xml:space="preserve"> du seul fait que la mise en conformité n'est pas intervenue dans le délai légal, et je saisirai le médiateur de la consommation dont vous relevez, puis la juridiction compétente.</w:t>
      </w:r>
    </w:p>
    <w:p>
      <w:pPr>
        <w:jc w:val="both"/>
      </w:pPr>
      <w:r>
        <w:t>Je vous rappelle enfin que la présente vaut mise en demeure au sens de l'article 1344 du code civil et fait courir les intérêts au taux légal.</w:t>
      </w:r>
    </w:p>
    <w:p>
      <w:pPr>
        <w:jc w:val="both"/>
      </w:pPr>
      <w:r>
        <w:t>Je vous prie d'agréer, Madame, Monsieur, l'expression de mes salutations distinguées.</w:t>
      </w:r>
    </w:p>
    <w:p>
      <w:pPr>
        <w:jc w:val="both"/>
      </w:pPr>
      <w:r>
        <w:t>[Vos nom et prénom]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copie de la réclamation du </w:t>
      </w:r>
      <w:r>
        <w:rPr>
          <w:b w:val="0"/>
          <w:i/>
          <w:color w:val="1A365D"/>
          <w:shd w:val="clear" w:color="auto" w:fill="FBF8EE"/>
        </w:rPr>
        <w:t>[date de votre réclamation]</w:t>
      </w:r>
      <w:r>
        <w:rPr>
          <w:b w:val="0"/>
          <w:i/>
        </w:rPr>
        <w:t xml:space="preserve"> — facture — preuve de la date de délivrance — </w:t>
      </w:r>
      <w:r>
        <w:rPr>
          <w:b w:val="0"/>
          <w:i/>
          <w:color w:val="1A365D"/>
          <w:shd w:val="clear" w:color="auto" w:fill="FBF8EE"/>
        </w:rPr>
        <w:t>[récépissé de dépôt du bien]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