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52" w:lineRule="auto"/>
      </w:pPr>
      <w:r>
        <w:rPr>
          <w:sz w:val="18"/>
        </w:rPr>
        <w:t>[Vos nom et prénom]</w:t>
      </w:r>
    </w:p>
    <w:p>
      <w:pPr>
        <w:spacing w:after="0" w:line="252" w:lineRule="auto"/>
      </w:pPr>
      <w:r>
        <w:rPr>
          <w:sz w:val="18"/>
        </w:rPr>
        <w:t>[Votre adresse postale]</w:t>
      </w:r>
    </w:p>
    <w:p>
      <w:pPr>
        <w:spacing w:after="0" w:line="252" w:lineRule="auto"/>
      </w:pPr>
      <w:r>
        <w:rPr>
          <w:b w:val="0"/>
          <w:i w:val="0"/>
          <w:color w:val="1A365D"/>
          <w:shd w:val="clear" w:color="auto" w:fill="FBF8EE"/>
        </w:rPr>
        <w:t>[Votre téléphone]</w:t>
      </w:r>
      <w:r>
        <w:rPr>
          <w:b w:val="0"/>
          <w:i w:val="0"/>
        </w:rPr>
        <w:t xml:space="preserve"> — </w:t>
      </w:r>
      <w:r>
        <w:rPr>
          <w:b w:val="0"/>
          <w:i w:val="0"/>
          <w:color w:val="1A365D"/>
          <w:shd w:val="clear" w:color="auto" w:fill="FBF8EE"/>
        </w:rPr>
        <w:t>[votre courriel]</w:t>
      </w:r>
    </w:p>
    <w:p>
      <w:pPr>
        <w:spacing w:after="0" w:line="252" w:lineRule="auto"/>
        <w:ind w:left="5102"/>
      </w:pPr>
      <w:r>
        <w:rPr>
          <w:sz w:val="18"/>
        </w:rPr>
        <w:t>[Dénomination du vendeur]</w:t>
      </w:r>
    </w:p>
    <w:p>
      <w:pPr>
        <w:spacing w:after="0" w:line="252" w:lineRule="auto"/>
        <w:ind w:left="5102"/>
      </w:pPr>
      <w:r>
        <w:rPr>
          <w:sz w:val="18"/>
        </w:rPr>
        <w:t>[Adresse du vendeur]</w:t>
      </w:r>
    </w:p>
    <w:p>
      <w:pPr>
        <w:spacing w:before="280" w:after="280"/>
      </w:pPr>
      <w:r>
        <w:rPr>
          <w:b/>
          <w:caps/>
          <w:color w:val="A88B1F"/>
          <w:sz w:val="16"/>
        </w:rPr>
        <w:t>LETTRE RECOMMANDÉE AVEC ACCUSÉ DE RÉCEPTION</w:t>
      </w:r>
    </w:p>
    <w:p>
      <w:pPr>
        <w:spacing w:before="320" w:after="440"/>
        <w:ind w:left="5102"/>
      </w:pPr>
      <w:r>
        <w:rPr>
          <w:b w:val="0"/>
          <w:i w:val="0"/>
          <w:color w:val="1A365D"/>
          <w:shd w:val="clear" w:color="auto" w:fill="FBF8EE"/>
        </w:rPr>
        <w:t>[Votre commune]</w:t>
      </w:r>
      <w:r>
        <w:rPr>
          <w:b w:val="0"/>
          <w:i w:val="0"/>
        </w:rPr>
        <w:t xml:space="preserve">, le </w:t>
      </w:r>
      <w:r>
        <w:rPr>
          <w:b w:val="0"/>
          <w:i w:val="0"/>
          <w:color w:val="1A365D"/>
          <w:shd w:val="clear" w:color="auto" w:fill="FBF8EE"/>
        </w:rPr>
        <w:t>[date du jour]</w:t>
      </w:r>
    </w:p>
    <w:p>
      <w:pPr>
        <w:pBdr>
          <w:bottom w:val="single" w:sz="6" w:space="4" w:color="C9A227"/>
        </w:pBdr>
        <w:spacing w:before="200"/>
      </w:pPr>
      <w:r>
        <w:rPr>
          <w:b/>
          <w:i w:val="0"/>
        </w:rPr>
        <w:t xml:space="preserve">Objet : notification de ma décision — </w:t>
      </w:r>
      <w:r>
        <w:rPr>
          <w:b/>
          <w:i w:val="0"/>
          <w:color w:val="1A365D"/>
          <w:shd w:val="clear" w:color="auto" w:fill="FBF8EE"/>
        </w:rPr>
        <w:t>[réduction du prix / résolution du contrat]</w:t>
      </w:r>
    </w:p>
    <w:p>
      <w:r>
        <w:rPr>
          <w:b w:val="0"/>
          <w:i w:val="0"/>
        </w:rPr>
        <w:t xml:space="preserve">Référence : commande / facture n° </w:t>
      </w:r>
      <w:r>
        <w:rPr>
          <w:b w:val="0"/>
          <w:i w:val="0"/>
          <w:color w:val="1A365D"/>
          <w:shd w:val="clear" w:color="auto" w:fill="FBF8EE"/>
        </w:rPr>
        <w:t>[numéro de la commande ou de la facture]</w:t>
      </w:r>
    </w:p>
    <w:p>
      <w:pPr>
        <w:jc w:val="both"/>
      </w:pPr>
      <w:r>
        <w:t>Madame, Monsieur,</w:t>
      </w:r>
    </w:p>
    <w:p>
      <w:pPr>
        <w:jc w:val="both"/>
      </w:pPr>
      <w:r>
        <w:rPr>
          <w:b w:val="0"/>
          <w:i w:val="0"/>
        </w:rPr>
        <w:t xml:space="preserve">Le bien </w:t>
      </w:r>
      <w:r>
        <w:rPr>
          <w:b w:val="0"/>
          <w:i w:val="0"/>
          <w:color w:val="1A365D"/>
          <w:shd w:val="clear" w:color="auto" w:fill="FBF8EE"/>
        </w:rPr>
        <w:t>[désignation du bien]</w:t>
      </w:r>
      <w:r>
        <w:rPr>
          <w:b w:val="0"/>
          <w:i w:val="0"/>
        </w:rPr>
        <w:t xml:space="preserve"> m'a été délivré le </w:t>
      </w:r>
      <w:r>
        <w:rPr>
          <w:b w:val="0"/>
          <w:i w:val="0"/>
          <w:color w:val="1A365D"/>
          <w:shd w:val="clear" w:color="auto" w:fill="FBF8EE"/>
        </w:rPr>
        <w:t>[date de remise du bien]</w:t>
      </w:r>
      <w:r>
        <w:rPr>
          <w:b w:val="0"/>
          <w:i w:val="0"/>
        </w:rPr>
        <w:t xml:space="preserve">. J'ai constaté le </w:t>
      </w:r>
      <w:r>
        <w:rPr>
          <w:b w:val="0"/>
          <w:i w:val="0"/>
          <w:color w:val="1A365D"/>
          <w:shd w:val="clear" w:color="auto" w:fill="FBF8EE"/>
        </w:rPr>
        <w:t>[date de découverte]</w:t>
      </w:r>
      <w:r>
        <w:rPr>
          <w:b w:val="0"/>
          <w:i w:val="0"/>
        </w:rPr>
        <w:t xml:space="preserve"> qu'il </w:t>
      </w:r>
      <w:r>
        <w:rPr>
          <w:b w:val="0"/>
          <w:i w:val="0"/>
          <w:color w:val="1A365D"/>
          <w:shd w:val="clear" w:color="auto" w:fill="FBF8EE"/>
        </w:rPr>
        <w:t>[rappeler le défaut en une phrase]</w:t>
      </w:r>
      <w:r>
        <w:rPr>
          <w:b w:val="0"/>
          <w:i w:val="0"/>
        </w:rPr>
        <w:t xml:space="preserve"> et vous en ai demandé la mise en conformité par courrier du </w:t>
      </w:r>
      <w:r>
        <w:rPr>
          <w:b w:val="0"/>
          <w:i w:val="0"/>
          <w:color w:val="1A365D"/>
          <w:shd w:val="clear" w:color="auto" w:fill="FBF8EE"/>
        </w:rPr>
        <w:t>[date de votre réclamation]</w:t>
      </w:r>
      <w:r>
        <w:rPr>
          <w:b w:val="0"/>
          <w:i w:val="0"/>
        </w:rPr>
        <w:t xml:space="preserve">, puis par mise en demeure du </w:t>
      </w:r>
      <w:r>
        <w:rPr>
          <w:b w:val="0"/>
          <w:i w:val="0"/>
          <w:color w:val="1A365D"/>
          <w:shd w:val="clear" w:color="auto" w:fill="FBF8EE"/>
        </w:rPr>
        <w:t>[date de la mise en demeure]</w:t>
      </w:r>
      <w:r>
        <w:rPr>
          <w:b w:val="0"/>
          <w:i w:val="0"/>
        </w:rPr>
        <w:t>.</w:t>
      </w:r>
    </w:p>
    <w:p>
      <w:pPr>
        <w:jc w:val="both"/>
      </w:pPr>
      <w:r>
        <w:t>L'un des cas de l'article L. 217-14 du code de la consommation est aujourd'hui réuni : [la mise en conformité n'est pas intervenue dans les trente jours de ma demande / vous avez refusé toute mise en conformité / la non-conformité persiste malgré votre intervention / les frais de reprise sont restés à ma charge].</w:t>
      </w:r>
    </w:p>
    <w:p>
      <w:pPr>
        <w:jc w:val="both"/>
      </w:pPr>
      <w:r>
        <w:rPr>
          <w:b w:val="0"/>
          <w:i w:val="0"/>
        </w:rPr>
        <w:t xml:space="preserve">Conformément à </w:t>
      </w:r>
      <w:r>
        <w:rPr>
          <w:b w:val="0"/>
          <w:i w:val="0"/>
          <w:color w:val="1A365D"/>
          <w:shd w:val="clear" w:color="auto" w:fill="FBF8EE"/>
        </w:rPr>
        <w:t>[l'article L. 217-15 / l'article L. 217-16]</w:t>
      </w:r>
      <w:r>
        <w:rPr>
          <w:b w:val="0"/>
          <w:i w:val="0"/>
        </w:rPr>
        <w:t xml:space="preserve"> du même code, je vous informe de ma décision d'obtenir </w:t>
      </w:r>
      <w:r>
        <w:rPr>
          <w:b w:val="0"/>
          <w:i w:val="0"/>
          <w:color w:val="1A365D"/>
          <w:shd w:val="clear" w:color="auto" w:fill="FBF8EE"/>
        </w:rPr>
        <w:t>[une réduction du prix / la résolution du contrat]</w:t>
      </w:r>
      <w:r>
        <w:rPr>
          <w:b w:val="0"/>
          <w:i w:val="0"/>
        </w:rPr>
        <w:t>.</w:t>
      </w:r>
    </w:p>
    <w:p>
      <w:pPr>
        <w:jc w:val="both"/>
      </w:pPr>
      <w:r>
        <w:rPr>
          <w:b w:val="0"/>
          <w:i w:val="0"/>
          <w:color w:val="1A365D"/>
          <w:shd w:val="clear" w:color="auto" w:fill="FBF8EE"/>
        </w:rPr>
        <w:t>[Si réduction :]</w:t>
      </w:r>
      <w:r>
        <w:rPr>
          <w:b w:val="0"/>
          <w:i w:val="0"/>
        </w:rPr>
        <w:t xml:space="preserve"> Je fixe cette réduction à </w:t>
      </w:r>
      <w:r>
        <w:rPr>
          <w:b w:val="0"/>
          <w:i w:val="0"/>
          <w:color w:val="1A365D"/>
          <w:shd w:val="clear" w:color="auto" w:fill="FBF8EE"/>
        </w:rPr>
        <w:t>[montant de la réduction demandée]</w:t>
      </w:r>
      <w:r>
        <w:rPr>
          <w:b w:val="0"/>
          <w:i w:val="0"/>
        </w:rPr>
        <w:t xml:space="preserve"> euros, soit la différence entre la valeur du bien tel qu'il m'a été délivré et celle qu'il aurait eue sans le défaut, telle qu'elle résulte de </w:t>
      </w:r>
      <w:r>
        <w:rPr>
          <w:b w:val="0"/>
          <w:i w:val="0"/>
          <w:color w:val="1A365D"/>
          <w:shd w:val="clear" w:color="auto" w:fill="FBF8EE"/>
        </w:rPr>
        <w:t>[devis de réparation, comparaison de prix, avis technique]</w:t>
      </w:r>
      <w:r>
        <w:rPr>
          <w:b w:val="0"/>
          <w:i w:val="0"/>
        </w:rPr>
        <w:t>.</w:t>
      </w:r>
    </w:p>
    <w:p>
      <w:pPr>
        <w:jc w:val="both"/>
      </w:pPr>
      <w:r>
        <w:rPr>
          <w:b w:val="0"/>
          <w:i w:val="0"/>
          <w:color w:val="1A365D"/>
          <w:shd w:val="clear" w:color="auto" w:fill="FBF8EE"/>
        </w:rPr>
        <w:t>[Si résolution :]</w:t>
      </w:r>
      <w:r>
        <w:rPr>
          <w:b w:val="0"/>
          <w:i w:val="0"/>
        </w:rPr>
        <w:t xml:space="preserve"> Je me tiens prêt à restituer le bien, dont les frais de reprise vous incombent. Le remboursement du prix de </w:t>
      </w:r>
      <w:r>
        <w:rPr>
          <w:b w:val="0"/>
          <w:i w:val="0"/>
          <w:color w:val="1A365D"/>
          <w:shd w:val="clear" w:color="auto" w:fill="FBF8EE"/>
        </w:rPr>
        <w:t>[prix payé]</w:t>
      </w:r>
      <w:r>
        <w:rPr>
          <w:b w:val="0"/>
          <w:i w:val="0"/>
        </w:rPr>
        <w:t xml:space="preserve"> euros devra intervenir au plus tard quatorze jours après la réception du bien ou la preuve de son renvoi, par le même moyen de paiement que celui utilisé lors de l'achat.</w:t>
      </w:r>
    </w:p>
    <w:p>
      <w:pPr>
        <w:jc w:val="both"/>
      </w:pPr>
      <w:r>
        <w:t>À défaut d'exécution dans un délai de quinze jours, je saisirai le médiateur de la consommation puis la juridiction compétente.</w:t>
      </w:r>
    </w:p>
    <w:p>
      <w:pPr>
        <w:jc w:val="both"/>
      </w:pPr>
      <w:r>
        <w:t>Je vous prie d'agréer, Madame, Monsieur, l'expression de mes salutations distinguées.</w:t>
      </w:r>
    </w:p>
    <w:p>
      <w:pPr>
        <w:jc w:val="both"/>
      </w:pPr>
      <w:r>
        <w:t>[Vos nom et prénom]</w:t>
      </w:r>
    </w:p>
    <w:p>
      <w:pPr>
        <w:pBdr>
          <w:top w:val="single" w:sz="4" w:space="4" w:color="E8EDF4"/>
        </w:pBdr>
        <w:spacing w:before="280"/>
      </w:pPr>
      <w:r>
        <w:rPr>
          <w:b w:val="0"/>
          <w:i/>
        </w:rPr>
        <w:t xml:space="preserve">Pièces jointes : réclamation du </w:t>
      </w:r>
      <w:r>
        <w:rPr>
          <w:b w:val="0"/>
          <w:i/>
          <w:color w:val="1A365D"/>
          <w:shd w:val="clear" w:color="auto" w:fill="FBF8EE"/>
        </w:rPr>
        <w:t>[date de votre réclamation]</w:t>
      </w:r>
      <w:r>
        <w:rPr>
          <w:b w:val="0"/>
          <w:i/>
        </w:rPr>
        <w:t xml:space="preserve"> — mise en demeure du </w:t>
      </w:r>
      <w:r>
        <w:rPr>
          <w:b w:val="0"/>
          <w:i/>
          <w:color w:val="1A365D"/>
          <w:shd w:val="clear" w:color="auto" w:fill="FBF8EE"/>
        </w:rPr>
        <w:t>[date de la mise en demeure]</w:t>
      </w:r>
      <w:r>
        <w:rPr>
          <w:b w:val="0"/>
          <w:i/>
        </w:rPr>
        <w:t xml:space="preserve"> — facture — </w:t>
      </w:r>
      <w:r>
        <w:rPr>
          <w:b w:val="0"/>
          <w:i/>
          <w:color w:val="1A365D"/>
          <w:shd w:val="clear" w:color="auto" w:fill="FBF8EE"/>
        </w:rPr>
        <w:t>[devis ou avis technique]</w:t>
      </w:r>
    </w:p>
    <w:sectPr w:rsidR="00FC693F" w:rsidRPr="0006063C" w:rsidSect="00034616">
      <w:footerReference w:type="default" r:id="rId9"/>
      <w:pgSz w:w="11906" w:h="16838"/>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Cambria" w:hAnsi="Cambria"/>
        <w:color w:val="6C757D"/>
        <w:sz w:val="18"/>
      </w:rPr>
      <w:t xml:space="preserve">Page </w:t>
    </w:r>
    <w:r>
      <w:rPr>
        <w:rFonts w:ascii="Cambria" w:hAnsi="Cambria"/>
        <w:color w:val="6C757D"/>
        <w:sz w:val="18"/>
      </w:rPr>
      <w:fldChar w:fldCharType="begin"/>
    </w:r>
    <w:r>
      <w:rPr>
        <w:rFonts w:ascii="Cambria" w:hAnsi="Cambria"/>
        <w:color w:val="6C757D"/>
        <w:sz w:val="18"/>
      </w:rPr>
      <w:instrText xml:space="preserve"> PAGE </w:instrText>
    </w:r>
    <w:r>
      <w:rPr>
        <w:rFonts w:ascii="Cambria" w:hAnsi="Cambria"/>
        <w:color w:val="6C757D"/>
        <w:sz w:val="18"/>
      </w:rPr>
      <w:fldChar w:fldCharType="end"/>
    </w:r>
    <w:r>
      <w:rPr>
        <w:rFonts w:ascii="Cambria" w:hAnsi="Cambria"/>
        <w:color w:val="6C757D"/>
        <w:sz w:val="18"/>
      </w:rPr>
      <w:t xml:space="preserve"> sur </w:t>
    </w:r>
    <w:r>
      <w:rPr>
        <w:rFonts w:ascii="Cambria" w:hAnsi="Cambria"/>
        <w:color w:val="6C757D"/>
        <w:sz w:val="18"/>
      </w:rPr>
      <w:fldChar w:fldCharType="begin"/>
    </w:r>
    <w:r>
      <w:rPr>
        <w:rFonts w:ascii="Cambria" w:hAnsi="Cambria"/>
        <w:color w:val="6C757D"/>
        <w:sz w:val="18"/>
      </w:rPr>
      <w:instrText xml:space="preserve"> NUMPAGES </w:instrText>
    </w:r>
    <w:r>
      <w:rPr>
        <w:rFonts w:ascii="Cambria" w:hAnsi="Cambria"/>
        <w:color w:val="6C757D"/>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88" w:lineRule="auto"/>
    </w:pPr>
    <w:rPr>
      <w:rFonts w:ascii="Cambria" w:hAnsi="Cambria"/>
      <w:color w:val="2D3748"/>
      <w:sz w:val="22"/>
      <w:lang w:val="fr-FR" w:eastAsia="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