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 postale]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À Monsieur ou Madame le Conciliateur de justice</w:t>
      </w:r>
    </w:p>
    <w:p>
      <w:pPr>
        <w:spacing w:after="0" w:line="252" w:lineRule="auto"/>
        <w:ind w:left="5102"/>
      </w:pPr>
      <w:r>
        <w:rPr>
          <w:sz w:val="18"/>
        </w:rPr>
        <w:t>[Mairie ou point-justice de votre commune]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commune]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conciliation — litige avec </w:t>
      </w:r>
      <w:r>
        <w:rPr>
          <w:b/>
          <w:i w:val="0"/>
          <w:color w:val="1A365D"/>
          <w:shd w:val="clear" w:color="auto" w:fill="FBF8EE"/>
        </w:rPr>
        <w:t>[dénomination du vendeur]</w:t>
      </w:r>
    </w:p>
    <w:p>
      <w:pPr>
        <w:jc w:val="both"/>
      </w:pPr>
      <w:r>
        <w:t>Madame, Monsieur le Conciliateur,</w:t>
      </w:r>
    </w:p>
    <w:p>
      <w:pPr>
        <w:jc w:val="both"/>
      </w:pPr>
      <w:r>
        <w:rPr>
          <w:b w:val="0"/>
          <w:i w:val="0"/>
        </w:rPr>
        <w:t xml:space="preserve">Je sollicite votre intervention dans le litige qui m'oppose à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vendeur]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LES FAITS. J'ai acheté à ce professionnel </w:t>
      </w:r>
      <w:r>
        <w:rPr>
          <w:b w:val="0"/>
          <w:i w:val="0"/>
          <w:color w:val="1A365D"/>
          <w:shd w:val="clear" w:color="auto" w:fill="FBF8EE"/>
        </w:rPr>
        <w:t>[désignation du bien]</w:t>
      </w:r>
      <w:r>
        <w:rPr>
          <w:b w:val="0"/>
          <w:i w:val="0"/>
        </w:rPr>
        <w:t xml:space="preserve">, au prix de </w:t>
      </w:r>
      <w:r>
        <w:rPr>
          <w:b w:val="0"/>
          <w:i w:val="0"/>
          <w:color w:val="1A365D"/>
          <w:shd w:val="clear" w:color="auto" w:fill="FBF8EE"/>
        </w:rPr>
        <w:t>[prix payé]</w:t>
      </w:r>
      <w:r>
        <w:rPr>
          <w:b w:val="0"/>
          <w:i w:val="0"/>
        </w:rPr>
        <w:t xml:space="preserve"> euros, qui m'a été délivré le </w:t>
      </w:r>
      <w:r>
        <w:rPr>
          <w:b w:val="0"/>
          <w:i w:val="0"/>
          <w:color w:val="1A365D"/>
          <w:shd w:val="clear" w:color="auto" w:fill="FBF8EE"/>
        </w:rPr>
        <w:t>[date de remise du bien]</w:t>
      </w:r>
      <w:r>
        <w:rPr>
          <w:b w:val="0"/>
          <w:i w:val="0"/>
        </w:rPr>
        <w:t xml:space="preserve">. 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, j'ai constaté que </w:t>
      </w:r>
      <w:r>
        <w:rPr>
          <w:b w:val="0"/>
          <w:i w:val="0"/>
          <w:color w:val="1A365D"/>
          <w:shd w:val="clear" w:color="auto" w:fill="FBF8EE"/>
        </w:rPr>
        <w:t>[décrire ce que le bien ne fait pas]</w:t>
      </w:r>
      <w:r>
        <w:rPr>
          <w:b w:val="0"/>
          <w:i w:val="0"/>
        </w:rPr>
        <w:t>.</w:t>
      </w:r>
    </w:p>
    <w:p>
      <w:pPr>
        <w:jc w:val="both"/>
      </w:pPr>
      <w:r>
        <w:t>LE FONDEMENT. Le défaut est apparu dans les deux ans de la délivrance et relève de la garantie légale de conformité des articles L. 217-1 et suivants du code de la consommation. Il est présumé avoir existé au moment de la délivrance.</w:t>
      </w:r>
    </w:p>
    <w:p>
      <w:pPr>
        <w:jc w:val="both"/>
      </w:pPr>
      <w:r>
        <w:rPr>
          <w:b w:val="0"/>
          <w:i w:val="0"/>
        </w:rPr>
        <w:t xml:space="preserve">MES DÉMARCHES. J'ai réclamé par écrit le </w:t>
      </w:r>
      <w:r>
        <w:rPr>
          <w:b w:val="0"/>
          <w:i w:val="0"/>
          <w:color w:val="1A365D"/>
          <w:shd w:val="clear" w:color="auto" w:fill="FBF8EE"/>
        </w:rPr>
        <w:t>[date de votre réclamation]</w:t>
      </w:r>
      <w:r>
        <w:rPr>
          <w:b w:val="0"/>
          <w:i w:val="0"/>
        </w:rPr>
        <w:t xml:space="preserve"> et mis en demeure le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[Aucune suite n'a été donnée / La réponse reçue ne me satisfait pas]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MA DEMANDE. J'entends obtenir [la mise en conformité du bien / une réduction du prix de </w:t>
      </w:r>
      <w:r>
        <w:rPr>
          <w:b w:val="0"/>
          <w:i w:val="0"/>
          <w:color w:val="1A365D"/>
          <w:shd w:val="clear" w:color="auto" w:fill="FBF8EE"/>
        </w:rPr>
        <w:t>[montant de la réduction demandée]</w:t>
      </w:r>
      <w:r>
        <w:rPr>
          <w:b w:val="0"/>
          <w:i w:val="0"/>
        </w:rPr>
        <w:t xml:space="preserve"> euros / la résolution de la vente et le remboursement de </w:t>
      </w:r>
      <w:r>
        <w:rPr>
          <w:b w:val="0"/>
          <w:i w:val="0"/>
          <w:color w:val="1A365D"/>
          <w:shd w:val="clear" w:color="auto" w:fill="FBF8EE"/>
        </w:rPr>
        <w:t>[prix payé]</w:t>
      </w:r>
      <w:r>
        <w:rPr>
          <w:b w:val="0"/>
          <w:i w:val="0"/>
        </w:rPr>
        <w:t xml:space="preserve"> euros].</w:t>
      </w:r>
    </w:p>
    <w:p>
      <w:pPr>
        <w:jc w:val="both"/>
      </w:pPr>
      <w:r>
        <w:t>Je vous remercie de bien vouloir convoquer les parties et, quelle que soit l'issue, de me délivrer une attestation de tentative de conciliation.</w:t>
      </w:r>
    </w:p>
    <w:p>
      <w:pPr>
        <w:jc w:val="both"/>
      </w:pPr>
      <w:r>
        <w:t>Je vous prie d'agréer, Madame, Monsieur le Conciliateur, l'expression de mes salutations distinguées.</w:t>
      </w:r>
    </w:p>
    <w:p>
      <w:pPr>
        <w:jc w:val="both"/>
      </w:pPr>
      <w:r>
        <w:t>[Vos nom et prénom]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facture — preuve de la date de délivrance — réclamation du </w:t>
      </w:r>
      <w:r>
        <w:rPr>
          <w:b w:val="0"/>
          <w:i/>
          <w:color w:val="1A365D"/>
          <w:shd w:val="clear" w:color="auto" w:fill="FBF8EE"/>
        </w:rPr>
        <w:t>[date de votre réclamation]</w:t>
      </w:r>
      <w:r>
        <w:rPr>
          <w:b w:val="0"/>
          <w:i/>
        </w:rPr>
        <w:t xml:space="preserve"> — </w:t>
      </w:r>
      <w:r>
        <w:rPr>
          <w:b w:val="0"/>
          <w:i/>
          <w:color w:val="1A365D"/>
          <w:shd w:val="clear" w:color="auto" w:fill="FBF8EE"/>
        </w:rPr>
        <w:t>[mise en demeure]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