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 postale]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b w:val="0"/>
          <w:i w:val="0"/>
        </w:rPr>
        <w:t xml:space="preserve">Au greffe du </w:t>
      </w:r>
      <w:r>
        <w:rPr>
          <w:b w:val="0"/>
          <w:i w:val="0"/>
          <w:color w:val="1A365D"/>
          <w:shd w:val="clear" w:color="auto" w:fill="FBF8EE"/>
        </w:rPr>
        <w:t>[tribunal judiciaire / tribunal de proximité]</w:t>
      </w:r>
      <w:r>
        <w:rPr>
          <w:b w:val="0"/>
          <w:i w:val="0"/>
        </w:rPr>
        <w:t xml:space="preserve"> de </w:t>
      </w:r>
      <w:r>
        <w:rPr>
          <w:b w:val="0"/>
          <w:i w:val="0"/>
          <w:color w:val="1A365D"/>
          <w:shd w:val="clear" w:color="auto" w:fill="FBF8EE"/>
        </w:rPr>
        <w:t>[ville du tribunal]</w:t>
      </w:r>
    </w:p>
    <w:p>
      <w:pPr>
        <w:spacing w:after="0" w:line="252" w:lineRule="auto"/>
        <w:ind w:left="5102"/>
      </w:pPr>
      <w:r>
        <w:rPr>
          <w:sz w:val="18"/>
        </w:rPr>
        <w:t>[Adresse du greffe]</w:t>
      </w:r>
    </w:p>
    <w:p>
      <w:pPr>
        <w:spacing w:before="320" w:after="440"/>
        <w:ind w:left="5102"/>
      </w:pPr>
      <w:r>
        <w:rPr>
          <w:b w:val="0"/>
          <w:i w:val="0"/>
          <w:color w:val="1A365D"/>
          <w:shd w:val="clear" w:color="auto" w:fill="FBF8EE"/>
        </w:rPr>
        <w:t>[Votre commune]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REQUÊTE AUX FINS D'INJONCTION DE FAIRE</w:t>
      </w:r>
    </w:p>
    <w:p>
      <w:pPr>
        <w:jc w:val="both"/>
      </w:pPr>
      <w:r>
        <w:t>(Articles 1425-1 et suivants du Code de procédure civile)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I. LE REQUÉRANT</w:t>
      </w:r>
    </w:p>
    <w:p>
      <w:pPr>
        <w:jc w:val="both"/>
      </w:pPr>
      <w:r>
        <w:rPr>
          <w:b w:val="0"/>
          <w:i w:val="0"/>
        </w:rPr>
        <w:t xml:space="preserve">Monsieur ou Madame </w:t>
      </w:r>
      <w:r>
        <w:rPr>
          <w:b w:val="0"/>
          <w:i w:val="0"/>
          <w:color w:val="1A365D"/>
          <w:shd w:val="clear" w:color="auto" w:fill="FBF8EE"/>
        </w:rPr>
        <w:t>[nom, prénom]</w:t>
      </w:r>
      <w:r>
        <w:rPr>
          <w:b w:val="0"/>
          <w:i w:val="0"/>
        </w:rPr>
        <w:t xml:space="preserve">, né(e) le </w:t>
      </w:r>
      <w:r>
        <w:rPr>
          <w:b w:val="0"/>
          <w:i w:val="0"/>
          <w:color w:val="1A365D"/>
          <w:shd w:val="clear" w:color="auto" w:fill="FBF8EE"/>
        </w:rPr>
        <w:t>[date de naissance]</w:t>
      </w:r>
      <w:r>
        <w:rPr>
          <w:b w:val="0"/>
          <w:i w:val="0"/>
        </w:rPr>
        <w:t xml:space="preserve"> à </w:t>
      </w:r>
      <w:r>
        <w:rPr>
          <w:b w:val="0"/>
          <w:i w:val="0"/>
          <w:color w:val="1A365D"/>
          <w:shd w:val="clear" w:color="auto" w:fill="FBF8EE"/>
        </w:rPr>
        <w:t>[ville de naissance]</w:t>
      </w:r>
      <w:r>
        <w:rPr>
          <w:b w:val="0"/>
          <w:i w:val="0"/>
        </w:rPr>
        <w:t xml:space="preserve">, de nationalité </w:t>
      </w:r>
      <w:r>
        <w:rPr>
          <w:b w:val="0"/>
          <w:i w:val="0"/>
          <w:color w:val="1A365D"/>
          <w:shd w:val="clear" w:color="auto" w:fill="FBF8EE"/>
        </w:rPr>
        <w:t>[pays]</w:t>
      </w:r>
      <w:r>
        <w:rPr>
          <w:b w:val="0"/>
          <w:i w:val="0"/>
        </w:rPr>
        <w:t xml:space="preserve">, de profession </w:t>
      </w:r>
      <w:r>
        <w:rPr>
          <w:b w:val="0"/>
          <w:i w:val="0"/>
          <w:color w:val="1A365D"/>
          <w:shd w:val="clear" w:color="auto" w:fill="FBF8EE"/>
        </w:rPr>
        <w:t>[profession]</w:t>
      </w:r>
      <w:r>
        <w:rPr>
          <w:b w:val="0"/>
          <w:i w:val="0"/>
        </w:rPr>
        <w:t xml:space="preserve">, demeurant </w:t>
      </w:r>
      <w:r>
        <w:rPr>
          <w:b w:val="0"/>
          <w:i w:val="0"/>
          <w:color w:val="1A365D"/>
          <w:shd w:val="clear" w:color="auto" w:fill="FBF8EE"/>
        </w:rPr>
        <w:t>[adresse du domicile]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II. LA PARTIE CONTRE LAQUELLE LA DEMANDE EST FORMÉE</w:t>
      </w:r>
    </w:p>
    <w:p>
      <w:pPr>
        <w:jc w:val="both"/>
      </w:pPr>
      <w:r>
        <w:rPr>
          <w:b w:val="0"/>
          <w:i w:val="0"/>
        </w:rPr>
        <w:t xml:space="preserve">La société </w:t>
      </w:r>
      <w:r>
        <w:rPr>
          <w:b w:val="0"/>
          <w:i w:val="0"/>
          <w:color w:val="1A365D"/>
          <w:shd w:val="clear" w:color="auto" w:fill="FBF8EE"/>
        </w:rPr>
        <w:t>[dénomination du vendeur]</w:t>
      </w:r>
      <w:r>
        <w:rPr>
          <w:b w:val="0"/>
          <w:i w:val="0"/>
        </w:rPr>
        <w:t xml:space="preserve">, </w:t>
      </w:r>
      <w:r>
        <w:rPr>
          <w:b w:val="0"/>
          <w:i w:val="0"/>
          <w:color w:val="1A365D"/>
          <w:shd w:val="clear" w:color="auto" w:fill="FBF8EE"/>
        </w:rPr>
        <w:t>[forme sociale]</w:t>
      </w:r>
      <w:r>
        <w:rPr>
          <w:b w:val="0"/>
          <w:i w:val="0"/>
        </w:rPr>
        <w:t xml:space="preserve">, immatriculée au Registre du commerce et des sociétés de </w:t>
      </w:r>
      <w:r>
        <w:rPr>
          <w:b w:val="0"/>
          <w:i w:val="0"/>
          <w:color w:val="1A365D"/>
          <w:shd w:val="clear" w:color="auto" w:fill="FBF8EE"/>
        </w:rPr>
        <w:t>[ville du greffe du registre]</w:t>
      </w:r>
      <w:r>
        <w:rPr>
          <w:b w:val="0"/>
          <w:i w:val="0"/>
        </w:rPr>
        <w:t xml:space="preserve"> sous le numéro </w:t>
      </w:r>
      <w:r>
        <w:rPr>
          <w:b w:val="0"/>
          <w:i w:val="0"/>
          <w:color w:val="1A365D"/>
          <w:shd w:val="clear" w:color="auto" w:fill="FBF8EE"/>
        </w:rPr>
        <w:t>[SIREN]</w:t>
      </w:r>
      <w:r>
        <w:rPr>
          <w:b w:val="0"/>
          <w:i w:val="0"/>
        </w:rPr>
        <w:t xml:space="preserve">, dont le siège social est </w:t>
      </w:r>
      <w:r>
        <w:rPr>
          <w:b w:val="0"/>
          <w:i w:val="0"/>
          <w:color w:val="1A365D"/>
          <w:shd w:val="clear" w:color="auto" w:fill="FBF8EE"/>
        </w:rPr>
        <w:t>[adresse du siège]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III. LA NATURE DE L'OBLIGATION DONT L'EXÉCUTION EST POURSUIVIE</w:t>
      </w:r>
    </w:p>
    <w:p>
      <w:pPr>
        <w:jc w:val="both"/>
      </w:pPr>
      <w:r>
        <w:rPr>
          <w:b w:val="0"/>
          <w:i w:val="0"/>
        </w:rPr>
        <w:t xml:space="preserve">Il est demandé au juge d'enjoindre à la société </w:t>
      </w:r>
      <w:r>
        <w:rPr>
          <w:b w:val="0"/>
          <w:i w:val="0"/>
          <w:color w:val="1A365D"/>
          <w:shd w:val="clear" w:color="auto" w:fill="FBF8EE"/>
        </w:rPr>
        <w:t>[dénomination du vendeur]</w:t>
      </w:r>
      <w:r>
        <w:rPr>
          <w:b w:val="0"/>
          <w:i w:val="0"/>
        </w:rPr>
        <w:t xml:space="preserve"> d'exécuter en nature l'obligation suivante :</w:t>
      </w:r>
    </w:p>
    <w:p>
      <w:pPr>
        <w:jc w:val="both"/>
      </w:pPr>
      <w:r>
        <w:rPr>
          <w:b w:val="0"/>
          <w:i w:val="0"/>
        </w:rPr>
        <w:t xml:space="preserve">[Procéder à la réparation de </w:t>
      </w:r>
      <w:r>
        <w:rPr>
          <w:b w:val="0"/>
          <w:i w:val="0"/>
          <w:color w:val="1A365D"/>
          <w:shd w:val="clear" w:color="auto" w:fill="FBF8EE"/>
        </w:rPr>
        <w:t>[désignation du bien]</w:t>
      </w:r>
      <w:r>
        <w:rPr>
          <w:b w:val="0"/>
          <w:i w:val="0"/>
        </w:rPr>
        <w:t xml:space="preserve"> afin de faire cesser le défaut suivant : </w:t>
      </w:r>
      <w:r>
        <w:rPr>
          <w:b w:val="0"/>
          <w:i w:val="0"/>
          <w:color w:val="1A365D"/>
          <w:shd w:val="clear" w:color="auto" w:fill="FBF8EE"/>
        </w:rPr>
        <w:t>[décrire le défaut]</w:t>
      </w:r>
      <w:r>
        <w:rPr>
          <w:b w:val="0"/>
          <w:i w:val="0"/>
        </w:rPr>
        <w:t xml:space="preserve"> / Remplacer </w:t>
      </w:r>
      <w:r>
        <w:rPr>
          <w:b w:val="0"/>
          <w:i w:val="0"/>
          <w:color w:val="1A365D"/>
          <w:shd w:val="clear" w:color="auto" w:fill="FBF8EE"/>
        </w:rPr>
        <w:t>[désignation du bien]</w:t>
      </w:r>
      <w:r>
        <w:rPr>
          <w:b w:val="0"/>
          <w:i w:val="0"/>
        </w:rPr>
        <w:t xml:space="preserve"> par un bien conforme de mêmes caractéristiques].</w:t>
      </w:r>
    </w:p>
    <w:p>
      <w:pPr>
        <w:jc w:val="both"/>
      </w:pPr>
      <w:r>
        <w:rPr>
          <w:b w:val="0"/>
          <w:i w:val="0"/>
        </w:rPr>
        <w:t xml:space="preserve">Le délai d'exécution sollicité est de </w:t>
      </w:r>
      <w:r>
        <w:rPr>
          <w:b w:val="0"/>
          <w:i w:val="0"/>
          <w:color w:val="1A365D"/>
          <w:shd w:val="clear" w:color="auto" w:fill="FBF8EE"/>
        </w:rPr>
        <w:t>[nombre de jours sollicité]</w:t>
      </w:r>
      <w:r>
        <w:rPr>
          <w:b w:val="0"/>
          <w:i w:val="0"/>
        </w:rPr>
        <w:t xml:space="preserve"> jours à compter de la notification de l'ordonnance.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IV. LE FONDEMENT DE L'OBLIGATION</w:t>
      </w:r>
    </w:p>
    <w:p>
      <w:pPr>
        <w:jc w:val="both"/>
      </w:pPr>
      <w:r>
        <w:rPr>
          <w:b w:val="0"/>
          <w:i w:val="0"/>
        </w:rPr>
        <w:t xml:space="preserve">Cette obligation est née du contrat de vente conclu le </w:t>
      </w:r>
      <w:r>
        <w:rPr>
          <w:b w:val="0"/>
          <w:i w:val="0"/>
          <w:color w:val="1A365D"/>
          <w:shd w:val="clear" w:color="auto" w:fill="FBF8EE"/>
        </w:rPr>
        <w:t>[date de la commande]</w:t>
      </w:r>
      <w:r>
        <w:rPr>
          <w:b w:val="0"/>
          <w:i w:val="0"/>
        </w:rPr>
        <w:t xml:space="preserve">, suivant commande ou facture n° </w:t>
      </w:r>
      <w:r>
        <w:rPr>
          <w:b w:val="0"/>
          <w:i w:val="0"/>
          <w:color w:val="1A365D"/>
          <w:shd w:val="clear" w:color="auto" w:fill="FBF8EE"/>
        </w:rPr>
        <w:t>[numéro de la commande ou de la facture]</w:t>
      </w:r>
      <w:r>
        <w:rPr>
          <w:b w:val="0"/>
          <w:i w:val="0"/>
        </w:rPr>
        <w:t xml:space="preserve">, portant sur </w:t>
      </w:r>
      <w:r>
        <w:rPr>
          <w:b w:val="0"/>
          <w:i w:val="0"/>
          <w:color w:val="1A365D"/>
          <w:shd w:val="clear" w:color="auto" w:fill="FBF8EE"/>
        </w:rPr>
        <w:t>[désignation du bien]</w:t>
      </w:r>
      <w:r>
        <w:rPr>
          <w:b w:val="0"/>
          <w:i w:val="0"/>
        </w:rPr>
        <w:t xml:space="preserve"> au prix de </w:t>
      </w:r>
      <w:r>
        <w:rPr>
          <w:b w:val="0"/>
          <w:i w:val="0"/>
          <w:color w:val="1A365D"/>
          <w:shd w:val="clear" w:color="auto" w:fill="FBF8EE"/>
        </w:rPr>
        <w:t>[prix payé]</w:t>
      </w:r>
      <w:r>
        <w:rPr>
          <w:b w:val="0"/>
          <w:i w:val="0"/>
        </w:rPr>
        <w:t xml:space="preserve"> euros. Le bien a été délivré le </w:t>
      </w:r>
      <w:r>
        <w:rPr>
          <w:b w:val="0"/>
          <w:i w:val="0"/>
          <w:color w:val="1A365D"/>
          <w:shd w:val="clear" w:color="auto" w:fill="FBF8EE"/>
        </w:rPr>
        <w:t>[date de remise du bien]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Le </w:t>
      </w:r>
      <w:r>
        <w:rPr>
          <w:b w:val="0"/>
          <w:i w:val="0"/>
          <w:color w:val="1A365D"/>
          <w:shd w:val="clear" w:color="auto" w:fill="FBF8EE"/>
        </w:rPr>
        <w:t>[date de découverte]</w:t>
      </w:r>
      <w:r>
        <w:rPr>
          <w:b w:val="0"/>
          <w:i w:val="0"/>
        </w:rPr>
        <w:t xml:space="preserve">, le requérant a constaté que </w:t>
      </w:r>
      <w:r>
        <w:rPr>
          <w:b w:val="0"/>
          <w:i w:val="0"/>
          <w:color w:val="1A365D"/>
          <w:shd w:val="clear" w:color="auto" w:fill="FBF8EE"/>
        </w:rPr>
        <w:t>[décrire ce que le bien ne fait pas]</w:t>
      </w:r>
      <w:r>
        <w:rPr>
          <w:b w:val="0"/>
          <w:i w:val="0"/>
        </w:rPr>
        <w:t>.</w:t>
      </w:r>
    </w:p>
    <w:p>
      <w:pPr>
        <w:jc w:val="both"/>
      </w:pPr>
      <w:r>
        <w:t>En application de l'article L. 217-3 du code de la consommation, le vendeur répond des défauts de conformité existant au moment de la délivrance et qui apparaissent dans un délai de deux ans à compter de celle-ci. Le défaut est apparu dans ce délai.</w:t>
      </w:r>
    </w:p>
    <w:p>
      <w:pPr>
        <w:jc w:val="both"/>
      </w:pPr>
      <w:r>
        <w:rPr>
          <w:b w:val="0"/>
          <w:i w:val="0"/>
        </w:rPr>
        <w:t xml:space="preserve">En application de l'article L. 217-7 du même code, il est présumé avoir existé au moment de la délivrance, le bien ayant été délivré depuis moins de </w:t>
      </w:r>
      <w:r>
        <w:rPr>
          <w:b w:val="0"/>
          <w:i w:val="0"/>
          <w:color w:val="1A365D"/>
          <w:shd w:val="clear" w:color="auto" w:fill="FBF8EE"/>
        </w:rPr>
        <w:t>[vingt-quatre mois s'il est neuf, douze s'il est d'occasion]</w:t>
      </w:r>
      <w:r>
        <w:rPr>
          <w:b w:val="0"/>
          <w:i w:val="0"/>
        </w:rPr>
        <w:t>.</w:t>
      </w:r>
    </w:p>
    <w:p>
      <w:pPr>
        <w:jc w:val="both"/>
      </w:pPr>
      <w:r>
        <w:t>En application de l'article L. 217-9, le consommateur choisit entre la réparation et le remplacement ; en application de l'article L. 217-10, la mise en conformité doit intervenir dans un délai qui ne peut excéder trente jours.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V. LES DÉMARCHES AMIABLES</w:t>
      </w:r>
    </w:p>
    <w:p>
      <w:pPr>
        <w:jc w:val="both"/>
      </w:pPr>
      <w:r>
        <w:rPr>
          <w:b w:val="0"/>
          <w:i w:val="0"/>
        </w:rPr>
        <w:t xml:space="preserve">Le requérant a réclamé par écrit le </w:t>
      </w:r>
      <w:r>
        <w:rPr>
          <w:b w:val="0"/>
          <w:i w:val="0"/>
          <w:color w:val="1A365D"/>
          <w:shd w:val="clear" w:color="auto" w:fill="FBF8EE"/>
        </w:rPr>
        <w:t>[date de votre réclamation]</w:t>
      </w:r>
      <w:r>
        <w:rPr>
          <w:b w:val="0"/>
          <w:i w:val="0"/>
        </w:rPr>
        <w:t xml:space="preserve">, puis mis en demeure la société </w:t>
      </w:r>
      <w:r>
        <w:rPr>
          <w:b w:val="0"/>
          <w:i w:val="0"/>
          <w:color w:val="1A365D"/>
          <w:shd w:val="clear" w:color="auto" w:fill="FBF8EE"/>
        </w:rPr>
        <w:t>[dénomination du vendeur]</w:t>
      </w:r>
      <w:r>
        <w:rPr>
          <w:b w:val="0"/>
          <w:i w:val="0"/>
        </w:rPr>
        <w:t xml:space="preserve"> par lettre recommandée du </w:t>
      </w:r>
      <w:r>
        <w:rPr>
          <w:b w:val="0"/>
          <w:i w:val="0"/>
          <w:color w:val="1A365D"/>
          <w:shd w:val="clear" w:color="auto" w:fill="FBF8EE"/>
        </w:rPr>
        <w:t>[date de la mise en demeure]</w:t>
      </w:r>
      <w:r>
        <w:rPr>
          <w:b w:val="0"/>
          <w:i w:val="0"/>
        </w:rPr>
        <w:t xml:space="preserve">, reçue le </w:t>
      </w:r>
      <w:r>
        <w:rPr>
          <w:b w:val="0"/>
          <w:i w:val="0"/>
          <w:color w:val="1A365D"/>
          <w:shd w:val="clear" w:color="auto" w:fill="FBF8EE"/>
        </w:rPr>
        <w:t>[date de réception de la mise en demeure]</w:t>
      </w:r>
      <w:r>
        <w:rPr>
          <w:b w:val="0"/>
          <w:i w:val="0"/>
        </w:rPr>
        <w:t>. Aucune mise en conformité n'est intervenue.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[Le cas échéant :]</w:t>
      </w:r>
      <w:r>
        <w:rPr>
          <w:b w:val="0"/>
          <w:i w:val="0"/>
        </w:rPr>
        <w:t xml:space="preserve"> Une tentative de </w:t>
      </w:r>
      <w:r>
        <w:rPr>
          <w:b w:val="0"/>
          <w:i w:val="0"/>
          <w:color w:val="1A365D"/>
          <w:shd w:val="clear" w:color="auto" w:fill="FBF8EE"/>
        </w:rPr>
        <w:t>[conciliation / médiation]</w:t>
      </w:r>
      <w:r>
        <w:rPr>
          <w:b w:val="0"/>
          <w:i w:val="0"/>
        </w:rPr>
        <w:t xml:space="preserve"> a été engagée le </w:t>
      </w:r>
      <w:r>
        <w:rPr>
          <w:b w:val="0"/>
          <w:i w:val="0"/>
          <w:color w:val="1A365D"/>
          <w:shd w:val="clear" w:color="auto" w:fill="FBF8EE"/>
        </w:rPr>
        <w:t>[date de la saisine du tiers]</w:t>
      </w:r>
      <w:r>
        <w:rPr>
          <w:b w:val="0"/>
          <w:i w:val="0"/>
        </w:rPr>
        <w:t xml:space="preserve"> auprès de </w:t>
      </w:r>
      <w:r>
        <w:rPr>
          <w:b w:val="0"/>
          <w:i w:val="0"/>
          <w:color w:val="1A365D"/>
          <w:shd w:val="clear" w:color="auto" w:fill="FBF8EE"/>
        </w:rPr>
        <w:t>[identité du conciliateur ou du médiateur]</w:t>
      </w:r>
      <w:r>
        <w:rPr>
          <w:b w:val="0"/>
          <w:i w:val="0"/>
        </w:rPr>
        <w:t xml:space="preserve"> et s'est achevée sans accord le </w:t>
      </w:r>
      <w:r>
        <w:rPr>
          <w:b w:val="0"/>
          <w:i w:val="0"/>
          <w:color w:val="1A365D"/>
          <w:shd w:val="clear" w:color="auto" w:fill="FBF8EE"/>
        </w:rPr>
        <w:t>[date de l'échec de la tentative]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PAR CES MOTIFS</w:t>
      </w:r>
    </w:p>
    <w:p>
      <w:pPr>
        <w:jc w:val="both"/>
      </w:pPr>
      <w:r>
        <w:rPr>
          <w:b w:val="0"/>
          <w:i w:val="0"/>
        </w:rPr>
        <w:t xml:space="preserve">Le requérant demande au juge d'enjoindre à la société </w:t>
      </w:r>
      <w:r>
        <w:rPr>
          <w:b w:val="0"/>
          <w:i w:val="0"/>
          <w:color w:val="1A365D"/>
          <w:shd w:val="clear" w:color="auto" w:fill="FBF8EE"/>
        </w:rPr>
        <w:t>[dénomination du vendeur]</w:t>
      </w:r>
      <w:r>
        <w:rPr>
          <w:b w:val="0"/>
          <w:i w:val="0"/>
        </w:rPr>
        <w:t xml:space="preserve"> d'exécuter l'obligation ci-dessus décrite dans le délai qu'il fixera, et de le convoquer à défaut d'exécution.</w:t>
      </w:r>
    </w:p>
    <w:p>
      <w:pPr>
        <w:jc w:val="both"/>
      </w:pPr>
      <w:r>
        <w:rPr>
          <w:b w:val="0"/>
          <w:i w:val="0"/>
        </w:rPr>
        <w:t xml:space="preserve">Fait à </w:t>
      </w:r>
      <w:r>
        <w:rPr>
          <w:b w:val="0"/>
          <w:i w:val="0"/>
          <w:color w:val="1A365D"/>
          <w:shd w:val="clear" w:color="auto" w:fill="FBF8EE"/>
        </w:rPr>
        <w:t>[votre commune]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jc w:val="both"/>
      </w:pPr>
      <w:r>
        <w:t>[Vos nom et prénom]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BORDEREAU DES PIÈCES JOINTES</w:t>
      </w:r>
    </w:p>
    <w:p>
      <w:pPr>
        <w:jc w:val="both"/>
      </w:pPr>
      <w:r>
        <w:rPr>
          <w:b w:val="0"/>
          <w:i w:val="0"/>
        </w:rPr>
        <w:t xml:space="preserve">1. Commande ou facture n° </w:t>
      </w:r>
      <w:r>
        <w:rPr>
          <w:b w:val="0"/>
          <w:i w:val="0"/>
          <w:color w:val="1A365D"/>
          <w:shd w:val="clear" w:color="auto" w:fill="FBF8EE"/>
        </w:rPr>
        <w:t>[numéro de la commande ou de la facture]</w:t>
      </w:r>
    </w:p>
    <w:p>
      <w:pPr>
        <w:jc w:val="both"/>
      </w:pPr>
      <w:r>
        <w:rPr>
          <w:b w:val="0"/>
          <w:i w:val="0"/>
        </w:rPr>
        <w:t xml:space="preserve">2. Preuve de la date de délivrance du </w:t>
      </w:r>
      <w:r>
        <w:rPr>
          <w:b w:val="0"/>
          <w:i w:val="0"/>
          <w:color w:val="1A365D"/>
          <w:shd w:val="clear" w:color="auto" w:fill="FBF8EE"/>
        </w:rPr>
        <w:t>[date de remise du bien]</w:t>
      </w:r>
    </w:p>
    <w:p>
      <w:pPr>
        <w:jc w:val="both"/>
      </w:pPr>
      <w:r>
        <w:t>3. Photographies datées du défaut</w:t>
      </w:r>
    </w:p>
    <w:p>
      <w:pPr>
        <w:jc w:val="both"/>
      </w:pPr>
      <w:r>
        <w:rPr>
          <w:b w:val="0"/>
          <w:i w:val="0"/>
        </w:rPr>
        <w:t xml:space="preserve">4. Réclamation écrite du </w:t>
      </w:r>
      <w:r>
        <w:rPr>
          <w:b w:val="0"/>
          <w:i w:val="0"/>
          <w:color w:val="1A365D"/>
          <w:shd w:val="clear" w:color="auto" w:fill="FBF8EE"/>
        </w:rPr>
        <w:t>[date de votre réclamation]</w:t>
      </w:r>
    </w:p>
    <w:p>
      <w:pPr>
        <w:jc w:val="both"/>
      </w:pPr>
      <w:r>
        <w:rPr>
          <w:b w:val="0"/>
          <w:i w:val="0"/>
        </w:rPr>
        <w:t xml:space="preserve">5. Mise en demeure du </w:t>
      </w:r>
      <w:r>
        <w:rPr>
          <w:b w:val="0"/>
          <w:i w:val="0"/>
          <w:color w:val="1A365D"/>
          <w:shd w:val="clear" w:color="auto" w:fill="FBF8EE"/>
        </w:rPr>
        <w:t>[date de la mise en demeure]</w:t>
      </w:r>
      <w:r>
        <w:rPr>
          <w:b w:val="0"/>
          <w:i w:val="0"/>
        </w:rPr>
        <w:t xml:space="preserve"> et son accusé de réception</w:t>
      </w:r>
    </w:p>
    <w:p>
      <w:pPr>
        <w:jc w:val="both"/>
      </w:pPr>
      <w:r>
        <w:rPr>
          <w:b w:val="0"/>
          <w:i w:val="0"/>
        </w:rPr>
        <w:t xml:space="preserve">6. </w:t>
      </w:r>
      <w:r>
        <w:rPr>
          <w:b w:val="0"/>
          <w:i w:val="0"/>
          <w:color w:val="1A365D"/>
          <w:shd w:val="clear" w:color="auto" w:fill="FBF8EE"/>
        </w:rPr>
        <w:t>[Attestation de tentative amiable]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