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 loué]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congé du </w:t>
      </w:r>
      <w:r>
        <w:rPr>
          <w:b/>
          <w:i w:val="0"/>
          <w:color w:val="1A365D"/>
          <w:shd w:val="clear" w:color="auto" w:fill="FBF8EE"/>
        </w:rPr>
        <w:t>[date de réception du congé]</w:t>
      </w:r>
      <w:r>
        <w:rPr>
          <w:b/>
          <w:i w:val="0"/>
        </w:rPr>
        <w:t xml:space="preserve"> — demande de justification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Vous m'avez notifié le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 xml:space="preserve"> un congé fondé sur </w:t>
      </w:r>
      <w:r>
        <w:rPr>
          <w:b w:val="0"/>
          <w:i w:val="0"/>
          <w:color w:val="1A365D"/>
          <w:shd w:val="clear" w:color="auto" w:fill="FBF8EE"/>
        </w:rPr>
        <w:t>[le motif indiqué au congé]</w:t>
      </w:r>
      <w:r>
        <w:rPr>
          <w:b w:val="0"/>
          <w:i w:val="0"/>
        </w:rPr>
        <w:t>.</w:t>
      </w:r>
    </w:p>
    <w:p>
      <w:pPr>
        <w:jc w:val="both"/>
      </w:pPr>
      <w:r>
        <w:t>Avant toute chose, je vous demande de me communiquer les éléments suivants, que la loi met à</w:t>
      </w:r>
    </w:p>
    <w:p>
      <w:pPr>
        <w:jc w:val="both"/>
      </w:pPr>
      <w:r>
        <w:t>votre charge :</w:t>
      </w:r>
    </w:p>
    <w:p>
      <w:pPr>
        <w:jc w:val="both"/>
      </w:pPr>
      <w:r>
        <w:t>[Si le congé est pour reprise :]</w:t>
      </w:r>
    </w:p>
    <w:p>
      <w:pPr>
        <w:jc w:val="both"/>
      </w:pPr>
      <w:r>
        <w:t>— les nom et adresse du bénéficiaire de la reprise, ainsi que la nature exacte du lien qui vous</w:t>
      </w:r>
    </w:p>
    <w:p>
      <w:pPr>
        <w:jc w:val="both"/>
      </w:pPr>
      <w:r>
        <w:t>unit à lui ;</w:t>
      </w:r>
    </w:p>
    <w:p>
      <w:pPr>
        <w:jc w:val="both"/>
      </w:pPr>
      <w:r>
        <w:t>— les éléments établissant le caractère réel et sérieux de votre décision de reprise, dont la</w:t>
      </w:r>
    </w:p>
    <w:p>
      <w:pPr>
        <w:jc w:val="both"/>
      </w:pPr>
      <w:r>
        <w:t>loi vous fait porter la justification.</w:t>
      </w:r>
    </w:p>
    <w:p>
      <w:pPr>
        <w:jc w:val="both"/>
      </w:pPr>
      <w:r>
        <w:t>[Si le congé est pour vendre :]</w:t>
      </w:r>
    </w:p>
    <w:p>
      <w:pPr>
        <w:jc w:val="both"/>
      </w:pPr>
      <w:r>
        <w:t>— le prix et les conditions de la vente projetée, que le congé doit indiquer ;</w:t>
      </w:r>
    </w:p>
    <w:p>
      <w:pPr>
        <w:jc w:val="both"/>
      </w:pPr>
      <w:r>
        <w:t>— la confirmation que l'offre de vente m'est ouverte pendant les deux premiers mois du préavis.</w:t>
      </w:r>
    </w:p>
    <w:p>
      <w:pPr>
        <w:jc w:val="both"/>
      </w:pPr>
      <w:r>
        <w:t>[Dans les deux cas :]</w:t>
      </w:r>
    </w:p>
    <w:p>
      <w:pPr>
        <w:jc w:val="both"/>
      </w:pPr>
      <w:r>
        <w:t>— la notice d'information relative à vos obligations et à mes voies de recours, que la loi</w:t>
      </w:r>
    </w:p>
    <w:p>
      <w:pPr>
        <w:jc w:val="both"/>
      </w:pPr>
      <w:r>
        <w:t>impose de joindre au congé.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vous indique par ailleurs que je relève de la protection prévue en faveur</w:t>
      </w:r>
    </w:p>
    <w:p>
      <w:pPr>
        <w:jc w:val="both"/>
      </w:pPr>
      <w:r>
        <w:t>des locataires âgés de plus de soixante-cinq ans dont les ressources sont inférieures au plafond</w:t>
      </w:r>
    </w:p>
    <w:p>
      <w:pPr>
        <w:jc w:val="both"/>
      </w:pPr>
      <w:r>
        <w:t>des logements conventionnés, et je vous joins les justificatifs correspondants.</w:t>
      </w:r>
    </w:p>
    <w:p>
      <w:pPr>
        <w:jc w:val="both"/>
      </w:pPr>
      <w:r>
        <w:t>À défaut de réponse dans un délai de quinze jours à compter de la réception de la présente, je</w:t>
      </w:r>
    </w:p>
    <w:p>
      <w:pPr>
        <w:jc w:val="both"/>
      </w:pPr>
      <w:r>
        <w:t>tirerai les conséquences de ce silence devant le juge.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copie du congé — copie du bail — </w:t>
      </w:r>
      <w:r>
        <w:rPr>
          <w:b w:val="0"/>
          <w:i/>
          <w:color w:val="1A365D"/>
          <w:shd w:val="clear" w:color="auto" w:fill="FBF8EE"/>
        </w:rPr>
        <w:t>[justificatifs éventuels]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