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Conciliateur de justice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[Mairie ou tribunal de proximité de </w:t>
      </w:r>
      <w:r>
        <w:rPr>
          <w:b w:val="0"/>
          <w:i w:val="0"/>
          <w:color w:val="1A365D"/>
          <w:shd w:val="clear" w:color="auto" w:fill="FBF8EE"/>
        </w:rPr>
        <w:t>[ville du conciliateur]</w:t>
      </w:r>
      <w:r>
        <w:rPr>
          <w:b w:val="0"/>
          <w:i w:val="0"/>
        </w:rPr>
        <w:t>]</w:t>
      </w:r>
    </w:p>
    <w:p>
      <w:pPr>
        <w:spacing w:after="0" w:line="252" w:lineRule="auto"/>
        <w:ind w:left="5102"/>
      </w:pPr>
      <w:r>
        <w:rPr>
          <w:sz w:val="18"/>
        </w:rPr>
        <w:t>[Adresse du conciliateur]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de conciliation — contestation d'un congé délivré par le bailleur</w:t>
      </w:r>
    </w:p>
    <w:p>
      <w:pPr>
        <w:jc w:val="both"/>
      </w:pPr>
      <w:r>
        <w:t>Monsieur le Conciliateur,</w:t>
      </w:r>
    </w:p>
    <w:p>
      <w:pPr>
        <w:jc w:val="both"/>
      </w:pPr>
      <w:r>
        <w:t>Je sollicite votre intervention en vue de tenter une résolution amiable du litige qui m'oppose</w:t>
      </w:r>
    </w:p>
    <w:p>
      <w:pPr>
        <w:jc w:val="both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[nom et adresse de la partie adverse]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CONGÉ QUI M'A ÉTÉ DÉLIVRÉ</w:t>
      </w:r>
    </w:p>
    <w:p>
      <w:pPr>
        <w:jc w:val="both"/>
      </w:pPr>
      <w:r>
        <w:rPr>
          <w:b w:val="0"/>
          <w:i w:val="0"/>
        </w:rPr>
        <w:t xml:space="preserve">Je suis locataire du logement situé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, en vertu d'un bail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bail]</w:t>
      </w:r>
      <w:r>
        <w:rPr>
          <w:b w:val="0"/>
          <w:i w:val="0"/>
        </w:rPr>
        <w:t xml:space="preserve">. Mon bailleur m'a délivré un congé le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>,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[reprise / vente / motif légitime et sérieux]</w:t>
      </w:r>
      <w:r>
        <w:rPr>
          <w:b w:val="0"/>
          <w:i w:val="0"/>
        </w:rPr>
        <w:t xml:space="preserve">, avec effet au </w:t>
      </w:r>
      <w:r>
        <w:rPr>
          <w:b w:val="0"/>
          <w:i w:val="0"/>
          <w:color w:val="1A365D"/>
          <w:shd w:val="clear" w:color="auto" w:fill="FBF8EE"/>
        </w:rPr>
        <w:t>[date d'effet du congé]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t>[Exposer ce qui ne va pas : le délai de préavis, la forme du congé, l'identité du bénéficiaire</w:t>
      </w:r>
    </w:p>
    <w:p>
      <w:pPr>
        <w:jc w:val="both"/>
      </w:pPr>
      <w:r>
        <w:t>de la reprise, l'absence d'offre de vente ou son prix, le caractère réel du motif.]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CETTE SITUATION ENTRAÎNE POUR MOI</w:t>
      </w:r>
    </w:p>
    <w:p>
      <w:pPr>
        <w:jc w:val="both"/>
      </w:pPr>
      <w:r>
        <w:t>[Dire votre situation : durée d'occupation, âge, ressources, composition du foyer, difficultés</w:t>
      </w:r>
    </w:p>
    <w:p>
      <w:pPr>
        <w:jc w:val="both"/>
      </w:pPr>
      <w:r>
        <w:t>de relogement. Ces éléments pèsent devant le juge comme devant vous.]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RECHERCHE PAR VOTRE INTERMÉDIAIRE</w:t>
      </w:r>
    </w:p>
    <w:p>
      <w:pPr>
        <w:jc w:val="both"/>
      </w:pPr>
      <w:r>
        <w:t>[Dire en deux ou trois lignes ce que vous accepteriez : la solution que vous proposez, et celle</w:t>
      </w:r>
    </w:p>
    <w:p>
      <w:pPr>
        <w:jc w:val="both"/>
      </w:pPr>
      <w:r>
        <w:t>que vous pourriez accepter. Un conciliateur travaille sur un écart, pas sur une position.]</w:t>
      </w:r>
    </w:p>
    <w:p>
      <w:pPr>
        <w:jc w:val="both"/>
      </w:pPr>
      <w:r>
        <w:t>Je reste à votre disposition pour vous rencontrer et vous remettre les pièces. Je vous serais</w:t>
      </w:r>
    </w:p>
    <w:p>
      <w:pPr>
        <w:jc w:val="both"/>
      </w:pPr>
      <w:r>
        <w:t>reconnaissant de bien vouloir convoquer les parties.</w:t>
      </w:r>
    </w:p>
    <w:p>
      <w:pPr>
        <w:jc w:val="both"/>
      </w:pPr>
      <w:r>
        <w:t>Je vous prie d'agréer, Monsieur le Conciliateur,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[copie du contrat]</w:t>
      </w:r>
      <w:r>
        <w:rPr>
          <w:b w:val="0"/>
          <w:i w:val="0"/>
        </w:rPr>
        <w:t xml:space="preserve"> — [copie des courriers échangés et de leurs accusés de</w:t>
      </w:r>
    </w:p>
    <w:p>
      <w:pPr>
        <w:jc w:val="both"/>
      </w:pPr>
      <w:r>
        <w:rPr>
          <w:b w:val="0"/>
          <w:i w:val="0"/>
        </w:rPr>
        <w:t xml:space="preserve">réception] — </w:t>
      </w:r>
      <w:r>
        <w:rPr>
          <w:b w:val="0"/>
          <w:i w:val="0"/>
          <w:color w:val="1A365D"/>
          <w:shd w:val="clear" w:color="auto" w:fill="FBF8EE"/>
        </w:rPr>
        <w:t>[copie de la réponse reçue, ou mention de l'absence de réponse]</w:t>
      </w:r>
      <w:r>
        <w:rPr>
          <w:b w:val="0"/>
          <w:i w:val="0"/>
        </w:rPr>
        <w:t xml:space="preserve"> — [pièces</w:t>
      </w:r>
    </w:p>
    <w:p>
      <w:pPr>
        <w:jc w:val="both"/>
      </w:pPr>
      <w:r>
        <w:t>justifiant ce que vous demandez]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