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</w:pPr>
      <w:r>
        <w:rPr>
          <w:b w:val="0"/>
          <w:i w:val="0"/>
        </w:rPr>
        <w:t xml:space="preserve">Lot n° </w:t>
      </w:r>
      <w:r>
        <w:rPr>
          <w:b w:val="0"/>
          <w:i w:val="0"/>
          <w:color w:val="1A365D"/>
          <w:shd w:val="clear" w:color="auto" w:fill="FBF8EE"/>
        </w:rPr>
        <w:t>[numéro de votre lot]</w:t>
      </w:r>
    </w:p>
    <w:p>
      <w:pPr>
        <w:spacing w:after="0" w:line="252" w:lineRule="auto"/>
        <w:ind w:left="5102"/>
      </w:pPr>
      <w:r>
        <w:rPr>
          <w:sz w:val="18"/>
        </w:rPr>
        <w:t>[Conciliateur de justice — tribunal de proximité / mairie de votre commune]</w:t>
      </w:r>
    </w:p>
    <w:p>
      <w:pPr>
        <w:spacing w:after="0" w:line="252" w:lineRule="auto"/>
        <w:ind w:left="5102"/>
      </w:pPr>
      <w:r>
        <w:rPr>
          <w:sz w:val="18"/>
        </w:rPr>
        <w:t>[Adresse du point de justice ou de la mairie]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demande de conciliation</w:t>
      </w:r>
    </w:p>
    <w:p>
      <w:pPr>
        <w:jc w:val="both"/>
      </w:pPr>
      <w:r>
        <w:t>Madame, Monsieur le conciliateur de justice,</w:t>
      </w:r>
    </w:p>
    <w:p>
      <w:pPr>
        <w:jc w:val="both"/>
      </w:pPr>
      <w:r>
        <w:rPr>
          <w:b w:val="0"/>
          <w:i w:val="0"/>
        </w:rPr>
        <w:t xml:space="preserve">Je sollicite votre intervention dans le différend qui m'oppose à </w:t>
      </w:r>
      <w:r>
        <w:rPr>
          <w:b w:val="0"/>
          <w:i w:val="0"/>
          <w:color w:val="1A365D"/>
          <w:shd w:val="clear" w:color="auto" w:fill="FBF8EE"/>
        </w:rPr>
        <w:t>[nom du copropriétaire concerné]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[adresse du copropriétaire concerné]</w:t>
      </w:r>
      <w:r>
        <w:rPr>
          <w:b w:val="0"/>
          <w:i w:val="0"/>
        </w:rPr>
        <w:t xml:space="preserve">, propriétaire du lot n° </w:t>
      </w:r>
      <w:r>
        <w:rPr>
          <w:b w:val="0"/>
          <w:i w:val="0"/>
          <w:color w:val="1A365D"/>
          <w:shd w:val="clear" w:color="auto" w:fill="FBF8EE"/>
        </w:rPr>
        <w:t>[numéro du lot concerné]</w:t>
      </w:r>
      <w:r>
        <w:rPr>
          <w:b w:val="0"/>
          <w:i w:val="0"/>
        </w:rPr>
        <w:t xml:space="preserve"> dans l'immeuble situé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Objet du différend : depuis le </w:t>
      </w:r>
      <w:r>
        <w:rPr>
          <w:b w:val="0"/>
          <w:i w:val="0"/>
          <w:color w:val="1A365D"/>
          <w:shd w:val="clear" w:color="auto" w:fill="FBF8EE"/>
        </w:rPr>
        <w:t>[date de l'atteinte ou de sa découverte]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[décrire en trois lignes ce qui est reproché]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Démarches déjà accomplies : lettre du </w:t>
      </w:r>
      <w:r>
        <w:rPr>
          <w:b w:val="0"/>
          <w:i w:val="0"/>
          <w:color w:val="1A365D"/>
          <w:shd w:val="clear" w:color="auto" w:fill="FBF8EE"/>
        </w:rPr>
        <w:t>[date de votre première lettre]</w:t>
      </w:r>
      <w:r>
        <w:rPr>
          <w:b w:val="0"/>
          <w:i w:val="0"/>
        </w:rPr>
        <w:t xml:space="preserve">, puis mise en demeure recommandée du </w:t>
      </w:r>
      <w:r>
        <w:rPr>
          <w:b w:val="0"/>
          <w:i w:val="0"/>
          <w:color w:val="1A365D"/>
          <w:shd w:val="clear" w:color="auto" w:fill="FBF8EE"/>
        </w:rPr>
        <w:t>[date de votre mise en demeure au copropriétaire]</w:t>
      </w:r>
      <w:r>
        <w:rPr>
          <w:b w:val="0"/>
          <w:i w:val="0"/>
        </w:rPr>
        <w:t>, restées sans effet.</w:t>
      </w:r>
    </w:p>
    <w:p>
      <w:pPr>
        <w:jc w:val="both"/>
      </w:pPr>
      <w:r>
        <w:rPr>
          <w:b w:val="0"/>
          <w:i w:val="0"/>
        </w:rPr>
        <w:t xml:space="preserve">Ce que je demande : </w:t>
      </w:r>
      <w:r>
        <w:rPr>
          <w:b w:val="0"/>
          <w:i w:val="0"/>
          <w:color w:val="1A365D"/>
          <w:shd w:val="clear" w:color="auto" w:fill="FBF8EE"/>
        </w:rPr>
        <w:t>[la cessation des nuisances / la remise en état des lieux, à savoir …]</w:t>
      </w:r>
      <w:r>
        <w:rPr>
          <w:b w:val="0"/>
          <w:i w:val="0"/>
        </w:rPr>
        <w:t xml:space="preserve">, et la réparation de mon préjudice, que j'évalue à </w:t>
      </w:r>
      <w:r>
        <w:rPr>
          <w:b w:val="0"/>
          <w:i w:val="0"/>
          <w:color w:val="1A365D"/>
          <w:shd w:val="clear" w:color="auto" w:fill="FBF8EE"/>
        </w:rPr>
        <w:t>[montant du préjudice que vous estimez]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suis disposé à me rendre à toute réunion que vous fixerez, y compris sur place.</w:t>
      </w:r>
    </w:p>
    <w:p>
      <w:pPr>
        <w:jc w:val="both"/>
      </w:pPr>
      <w:r>
        <w:t>Je vous prie d'agréer, Madame, Monsieur le conciliateur,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lettre du </w:t>
      </w:r>
      <w:r>
        <w:rPr>
          <w:b w:val="0"/>
          <w:i/>
          <w:color w:val="1A365D"/>
          <w:shd w:val="clear" w:color="auto" w:fill="FBF8EE"/>
        </w:rPr>
        <w:t>[date de votre première lettre]</w:t>
      </w:r>
      <w:r>
        <w:rPr>
          <w:b w:val="0"/>
          <w:i/>
        </w:rPr>
        <w:t xml:space="preserve"> — mise en demeure et son accusé de réception — photographies datées — </w:t>
      </w:r>
      <w:r>
        <w:rPr>
          <w:b w:val="0"/>
          <w:i/>
          <w:color w:val="1A365D"/>
          <w:shd w:val="clear" w:color="auto" w:fill="FBF8EE"/>
        </w:rPr>
        <w:t>[constat, règlement de copropriété, procès-verbaux]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