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[Adresse du logement]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Monsieur le Préfet de </w:t>
      </w:r>
      <w:r>
        <w:rPr>
          <w:b w:val="0"/>
          <w:i w:val="0"/>
          <w:color w:val="1A365D"/>
          <w:shd w:val="clear" w:color="auto" w:fill="FBF8EE"/>
        </w:rPr>
        <w:t>[département]</w:t>
      </w:r>
    </w:p>
    <w:p>
      <w:pPr>
        <w:spacing w:after="0" w:line="252" w:lineRule="auto"/>
        <w:ind w:left="5102"/>
      </w:pPr>
      <w:r>
        <w:rPr>
          <w:sz w:val="18"/>
        </w:rPr>
        <w:t>Commission de médiation — droit au logement opposable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DEMANDE D'AVIS DE RÉCEPTION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color w:val="1A365D"/>
          <w:sz w:val="22"/>
        </w:rPr>
        <w:t>Objet : signalement d'une procédure d'expulsion et demande de relogement</w:t>
      </w:r>
    </w:p>
    <w:p>
      <w:pPr>
        <w:jc w:val="both"/>
      </w:pPr>
      <w:r>
        <w:t>Monsieur le Préfet,</w:t>
      </w:r>
    </w:p>
    <w:p>
      <w:pPr>
        <w:jc w:val="both"/>
      </w:pPr>
      <w:r>
        <w:rPr>
          <w:b w:val="0"/>
          <w:i w:val="0"/>
        </w:rPr>
        <w:t xml:space="preserve">Je suis sous le coup d'une décision d'expulsion rendue le </w:t>
      </w:r>
      <w:r>
        <w:rPr>
          <w:b w:val="0"/>
          <w:i w:val="0"/>
          <w:color w:val="1A365D"/>
          <w:shd w:val="clear" w:color="auto" w:fill="FBF8EE"/>
        </w:rPr>
        <w:t>[date du jugement]</w:t>
      </w:r>
      <w:r>
        <w:rPr>
          <w:b w:val="0"/>
          <w:i w:val="0"/>
        </w:rPr>
        <w:t xml:space="preserve"> par le tribunal</w:t>
      </w:r>
    </w:p>
    <w:p>
      <w:pPr>
        <w:jc w:val="both"/>
      </w:pPr>
      <w:r>
        <w:rPr>
          <w:b w:val="0"/>
          <w:i w:val="0"/>
        </w:rPr>
        <w:t xml:space="preserve">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  <w:r>
        <w:rPr>
          <w:b w:val="0"/>
          <w:i w:val="0"/>
        </w:rPr>
        <w:t>. Un commandement d'avoir à libérer les locaux m'a été</w:t>
      </w:r>
    </w:p>
    <w:p>
      <w:pPr>
        <w:jc w:val="both"/>
      </w:pPr>
      <w:r>
        <w:rPr>
          <w:b w:val="0"/>
          <w:i w:val="0"/>
        </w:rPr>
        <w:t xml:space="preserve">signifié le </w:t>
      </w:r>
      <w:r>
        <w:rPr>
          <w:b w:val="0"/>
          <w:i w:val="0"/>
          <w:color w:val="1A365D"/>
          <w:shd w:val="clear" w:color="auto" w:fill="FBF8EE"/>
        </w:rPr>
        <w:t>[date du commandement]</w:t>
      </w:r>
      <w:r>
        <w:rPr>
          <w:b w:val="0"/>
          <w:i w:val="0"/>
        </w:rPr>
        <w:t>.</w:t>
      </w:r>
    </w:p>
    <w:p>
      <w:pPr>
        <w:jc w:val="both"/>
      </w:pPr>
      <w:r>
        <w:t>Je sollicite mon relogement et vous demande de bien vouloir saisir la commission de médiation.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MA SITUATION</w:t>
      </w:r>
    </w:p>
    <w:p>
      <w:pPr>
        <w:jc w:val="both"/>
      </w:pPr>
      <w:r>
        <w:t>[Composition du foyer, ressources, démarches déjà accomplies, dossier de demande de logement</w:t>
      </w:r>
    </w:p>
    <w:p>
      <w:pPr>
        <w:jc w:val="both"/>
      </w:pPr>
      <w:r>
        <w:t>social et son numéro unique.]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VOUS DEMANDE</w:t>
      </w:r>
    </w:p>
    <w:p>
      <w:pPr>
        <w:jc w:val="both"/>
      </w:pPr>
      <w:r>
        <w:t>— de saisir la commission de médiation en vue de mon relogement ;</w:t>
      </w:r>
    </w:p>
    <w:p>
      <w:pPr>
        <w:jc w:val="both"/>
      </w:pPr>
      <w:r>
        <w:t>— de me faire connaître la suite donnée à la présente.</w:t>
      </w:r>
    </w:p>
    <w:p>
      <w:pPr>
        <w:jc w:val="both"/>
      </w:pPr>
      <w:r>
        <w:t>⚠️ Je vous précise que le commissaire de justice chargé de l'exécution doit vous saisir dès le</w:t>
      </w:r>
    </w:p>
    <w:p>
      <w:pPr>
        <w:jc w:val="both"/>
      </w:pPr>
      <w:r>
        <w:t>commandement, afin que la commission de coordination des actions de prévention des expulsions</w:t>
      </w:r>
    </w:p>
    <w:p>
      <w:pPr>
        <w:jc w:val="both"/>
      </w:pPr>
      <w:r>
        <w:t>locatives en soit informée, et que le ménage soit informé de la possibilité de saisir la</w:t>
      </w:r>
    </w:p>
    <w:p>
      <w:pPr>
        <w:jc w:val="both"/>
      </w:pPr>
      <w:r>
        <w:t>commission de médiation. Je vous serais reconnaissant de bien vouloir me confirmer que cette</w:t>
      </w:r>
    </w:p>
    <w:p>
      <w:pPr>
        <w:jc w:val="both"/>
      </w:pPr>
      <w:r>
        <w:t>saisine a bien eu lieu, et à quelle date.</w:t>
      </w:r>
    </w:p>
    <w:p>
      <w:pPr>
        <w:jc w:val="both"/>
      </w:pPr>
      <w:r>
        <w:t>Je vous prie d'agréer, Monsieur le Préfet, l'expression de ma haute considération.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PIÈCES : copie du jugement — copie du commandement d'avoir à libérer les locaux — dossier de</w:t>
      </w:r>
    </w:p>
    <w:p>
      <w:pPr>
        <w:jc w:val="both"/>
      </w:pPr>
      <w:r>
        <w:t>demande de logement social — justificatifs de ressources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