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le Conciliateur de justice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[Mairie ou tribunal de proximité de </w:t>
      </w:r>
      <w:r>
        <w:rPr>
          <w:b w:val="0"/>
          <w:i w:val="0"/>
          <w:color w:val="1A365D"/>
          <w:shd w:val="clear" w:color="auto" w:fill="FBF8EE"/>
        </w:rPr>
        <w:t>[ville du conciliateur]</w:t>
      </w:r>
      <w:r>
        <w:rPr>
          <w:b w:val="0"/>
          <w:i w:val="0"/>
        </w:rPr>
        <w:t>]</w:t>
      </w:r>
    </w:p>
    <w:p>
      <w:pPr>
        <w:spacing w:after="0" w:line="252" w:lineRule="auto"/>
        <w:ind w:left="5102"/>
      </w:pPr>
      <w:r>
        <w:rPr>
          <w:sz w:val="18"/>
        </w:rPr>
        <w:t>[Adresse du conciliateur]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demande de conciliation — délai pour quitter un logement</w:t>
      </w:r>
    </w:p>
    <w:p>
      <w:pPr>
        <w:jc w:val="both"/>
      </w:pPr>
      <w:r>
        <w:t>Monsieur le Conciliateur,</w:t>
      </w:r>
    </w:p>
    <w:p>
      <w:pPr>
        <w:jc w:val="both"/>
      </w:pPr>
      <w:r>
        <w:t>Je sollicite votre intervention en vue de tenter une résolution amiable du litige qui m'oppose</w:t>
      </w:r>
    </w:p>
    <w:p>
      <w:pPr>
        <w:jc w:val="both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[nom et adresse de la partie adverse]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OÙ EN EST LA PROCÉDURE</w:t>
      </w:r>
    </w:p>
    <w:p>
      <w:pPr>
        <w:jc w:val="both"/>
      </w:pPr>
      <w:r>
        <w:rPr>
          <w:b w:val="0"/>
          <w:i w:val="0"/>
        </w:rPr>
        <w:t xml:space="preserve">Le tribunal a ordonné mon expulsion du logement situé </w:t>
      </w:r>
      <w:r>
        <w:rPr>
          <w:b w:val="0"/>
          <w:i w:val="0"/>
          <w:color w:val="1A365D"/>
          <w:shd w:val="clear" w:color="auto" w:fill="FBF8EE"/>
        </w:rPr>
        <w:t>[adresse du logement]</w:t>
      </w:r>
      <w:r>
        <w:rPr>
          <w:b w:val="0"/>
          <w:i w:val="0"/>
        </w:rPr>
        <w:t>, par jugement du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 xml:space="preserve">. </w:t>
      </w:r>
      <w:r>
        <w:rPr>
          <w:b w:val="0"/>
          <w:i w:val="0"/>
          <w:color w:val="1A365D"/>
          <w:shd w:val="clear" w:color="auto" w:fill="FBF8EE"/>
        </w:rPr>
        <w:t>[Le cas échéant :]</w:t>
      </w:r>
      <w:r>
        <w:rPr>
          <w:b w:val="0"/>
          <w:i w:val="0"/>
        </w:rPr>
        <w:t xml:space="preserve"> Un commandement de quitter les lieux m'a été délivré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DEMANDE AU BAILLEUR</w:t>
      </w:r>
    </w:p>
    <w:p>
      <w:pPr>
        <w:jc w:val="both"/>
      </w:pPr>
      <w:r>
        <w:t>Un délai pour organiser mon départ dans des conditions normales, et non l'annulation de ce qui</w:t>
      </w:r>
    </w:p>
    <w:p>
      <w:pPr>
        <w:jc w:val="both"/>
      </w:pPr>
      <w:r>
        <w:rPr>
          <w:b w:val="0"/>
          <w:i w:val="0"/>
        </w:rPr>
        <w:t xml:space="preserve">a été jugé. </w:t>
      </w:r>
      <w:r>
        <w:rPr>
          <w:b w:val="0"/>
          <w:i w:val="0"/>
          <w:color w:val="1A365D"/>
          <w:shd w:val="clear" w:color="auto" w:fill="FBF8EE"/>
        </w:rPr>
        <w:t>[Préciser la durée que vous demandez et la date à laquelle vous pourriez partir.]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QUI JUSTIFIE CE DÉLAI</w:t>
      </w:r>
    </w:p>
    <w:p>
      <w:pPr>
        <w:jc w:val="both"/>
      </w:pPr>
      <w:r>
        <w:t>[Dire vos diligences de relogement — demandes déposées, numéro unique, dossiers en cours — et</w:t>
      </w:r>
    </w:p>
    <w:p>
      <w:pPr>
        <w:jc w:val="both"/>
      </w:pPr>
      <w:r>
        <w:t>votre situation : âge, état de santé, composition du foyer, ressources, scolarité des enfants.</w:t>
      </w:r>
    </w:p>
    <w:p>
      <w:pPr>
        <w:jc w:val="both"/>
      </w:pPr>
      <w:r>
        <w:t>Ce sont exactement les éléments que la loi commande au juge de peser.]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CE QUE JE RECHERCHE PAR VOTRE INTERMÉDIAIRE</w:t>
      </w:r>
    </w:p>
    <w:p>
      <w:pPr>
        <w:jc w:val="both"/>
      </w:pPr>
      <w:r>
        <w:t>[Dire en deux ou trois lignes ce que vous accepteriez : la solution que vous proposez, et celle</w:t>
      </w:r>
    </w:p>
    <w:p>
      <w:pPr>
        <w:jc w:val="both"/>
      </w:pPr>
      <w:r>
        <w:t>que vous pourriez accepter. Un conciliateur travaille sur un écart, pas sur une position.]</w:t>
      </w:r>
    </w:p>
    <w:p>
      <w:pPr>
        <w:jc w:val="both"/>
      </w:pPr>
      <w:r>
        <w:t>Je reste à votre disposition pour vous rencontrer et vous remettre les pièces. Je vous serais</w:t>
      </w:r>
    </w:p>
    <w:p>
      <w:pPr>
        <w:jc w:val="both"/>
      </w:pPr>
      <w:r>
        <w:t>reconnaissant de bien vouloir convoquer les parties.</w:t>
      </w:r>
    </w:p>
    <w:p>
      <w:pPr>
        <w:jc w:val="both"/>
      </w:pPr>
      <w:r>
        <w:t>Je vous prie d'agréer, Monsieur le Conciliateur, l'expression de ma considération distinguée.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rPr>
          <w:b w:val="0"/>
          <w:i w:val="0"/>
        </w:rPr>
        <w:t xml:space="preserve">PIÈCES JOINTES : </w:t>
      </w:r>
      <w:r>
        <w:rPr>
          <w:b w:val="0"/>
          <w:i w:val="0"/>
          <w:color w:val="1A365D"/>
          <w:shd w:val="clear" w:color="auto" w:fill="FBF8EE"/>
        </w:rPr>
        <w:t>[copie du contrat]</w:t>
      </w:r>
      <w:r>
        <w:rPr>
          <w:b w:val="0"/>
          <w:i w:val="0"/>
        </w:rPr>
        <w:t xml:space="preserve"> — [copie des courriers échangés et de leurs accusés de</w:t>
      </w:r>
    </w:p>
    <w:p>
      <w:pPr>
        <w:jc w:val="both"/>
      </w:pPr>
      <w:r>
        <w:rPr>
          <w:b w:val="0"/>
          <w:i w:val="0"/>
        </w:rPr>
        <w:t xml:space="preserve">réception] — </w:t>
      </w:r>
      <w:r>
        <w:rPr>
          <w:b w:val="0"/>
          <w:i w:val="0"/>
          <w:color w:val="1A365D"/>
          <w:shd w:val="clear" w:color="auto" w:fill="FBF8EE"/>
        </w:rPr>
        <w:t>[copie de la réponse reçue, ou mention de l'absence de réponse]</w:t>
      </w:r>
      <w:r>
        <w:rPr>
          <w:b w:val="0"/>
          <w:i w:val="0"/>
        </w:rPr>
        <w:t xml:space="preserve"> — [pièces</w:t>
      </w:r>
    </w:p>
    <w:p>
      <w:pPr>
        <w:jc w:val="both"/>
      </w:pPr>
      <w:r>
        <w:t>justifiant ce que vous demandez]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