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[Nom et adresse du bailleur]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DEMANDE D'AVIS DE RÉCEPTION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demande de délai pour libérer le logement situé </w:t>
      </w:r>
      <w:r>
        <w:rPr>
          <w:b/>
          <w:i w:val="0"/>
          <w:color w:val="1A365D"/>
          <w:shd w:val="clear" w:color="auto" w:fill="FBF8EE"/>
        </w:rPr>
        <w:t>[adresse du logement]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Par jugement du </w:t>
      </w:r>
      <w:r>
        <w:rPr>
          <w:b w:val="0"/>
          <w:i w:val="0"/>
          <w:color w:val="1A365D"/>
          <w:shd w:val="clear" w:color="auto" w:fill="FBF8EE"/>
        </w:rPr>
        <w:t>[date du jugement]</w:t>
      </w:r>
      <w:r>
        <w:rPr>
          <w:b w:val="0"/>
          <w:i w:val="0"/>
        </w:rPr>
        <w:t>, le tribunal a ordonné mon expulsion du logement que</w:t>
      </w:r>
    </w:p>
    <w:p>
      <w:pPr>
        <w:jc w:val="both"/>
      </w:pPr>
      <w:r>
        <w:rPr>
          <w:b w:val="0"/>
          <w:i w:val="0"/>
        </w:rPr>
        <w:t xml:space="preserve">j'occupe. </w:t>
      </w: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Un commandement de quitter les lieux m'a été délivré 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du commandement]</w:t>
      </w:r>
      <w:r>
        <w:rPr>
          <w:b w:val="0"/>
          <w:i w:val="0"/>
        </w:rPr>
        <w:t>.</w:t>
      </w:r>
    </w:p>
    <w:p>
      <w:pPr>
        <w:jc w:val="both"/>
      </w:pPr>
      <w:r>
        <w:t>Je ne conteste pas cette décision. Je vous demande un délai pour organiser mon départ.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VOUS PROPOSE</w:t>
      </w:r>
    </w:p>
    <w:p>
      <w:pPr>
        <w:jc w:val="both"/>
      </w:pPr>
      <w:r>
        <w:t>Libérer les lieux, de tout occupant et de tout bien, et vous remettre les clés au plus tard 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départ proposée]</w:t>
      </w:r>
      <w:r>
        <w:rPr>
          <w:b w:val="0"/>
          <w:i w:val="0"/>
        </w:rPr>
        <w:t>.</w:t>
      </w:r>
    </w:p>
    <w:p>
      <w:pPr>
        <w:jc w:val="both"/>
      </w:pPr>
      <w:r>
        <w:t>Pendant cette période, je m'engage à vous verser une indemnité d'occupation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de l'indemnité d'occupation]</w:t>
      </w:r>
      <w:r>
        <w:rPr>
          <w:b w:val="0"/>
          <w:i w:val="0"/>
        </w:rPr>
        <w:t xml:space="preserve"> euros par mois, payable le </w:t>
      </w:r>
      <w:r>
        <w:rPr>
          <w:b w:val="0"/>
          <w:i w:val="0"/>
          <w:color w:val="1A365D"/>
          <w:shd w:val="clear" w:color="auto" w:fill="FBF8EE"/>
        </w:rPr>
        <w:t>[jour du mois]</w:t>
      </w:r>
      <w:r>
        <w:rPr>
          <w:b w:val="0"/>
          <w:i w:val="0"/>
        </w:rPr>
        <w:t xml:space="preserve"> de chaque mois, ainsi que les charges.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Je m'engage en outre à régler l'arriéré de </w:t>
      </w:r>
      <w:r>
        <w:rPr>
          <w:b w:val="0"/>
          <w:i w:val="0"/>
          <w:color w:val="1A365D"/>
          <w:shd w:val="clear" w:color="auto" w:fill="FBF8EE"/>
        </w:rPr>
        <w:t>[montant de l'arriéré]</w:t>
      </w:r>
      <w:r>
        <w:rPr>
          <w:b w:val="0"/>
          <w:i w:val="0"/>
        </w:rPr>
        <w:t xml:space="preserve"> euros selon les</w:t>
      </w:r>
    </w:p>
    <w:p>
      <w:pPr>
        <w:jc w:val="both"/>
      </w:pPr>
      <w:r>
        <w:rPr>
          <w:b w:val="0"/>
          <w:i w:val="0"/>
        </w:rPr>
        <w:t xml:space="preserve">modalités suivantes : </w:t>
      </w:r>
      <w:r>
        <w:rPr>
          <w:b w:val="0"/>
          <w:i w:val="0"/>
          <w:color w:val="1A365D"/>
          <w:shd w:val="clear" w:color="auto" w:fill="FBF8EE"/>
        </w:rPr>
        <w:t>[modalités]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QUI JUSTIFIE CETTE DEMANDE</w:t>
      </w:r>
    </w:p>
    <w:p>
      <w:pPr>
        <w:jc w:val="both"/>
      </w:pPr>
      <w:r>
        <w:t>[Décrire votre situation : composition du foyer, âge, état de santé, ressources, scolarité des</w:t>
      </w:r>
    </w:p>
    <w:p>
      <w:pPr>
        <w:jc w:val="both"/>
      </w:pPr>
      <w:r>
        <w:t>enfants. Puis vos démarches de relogement : demande de logement social et son numéro unique,</w:t>
      </w:r>
    </w:p>
    <w:p>
      <w:pPr>
        <w:jc w:val="both"/>
      </w:pPr>
      <w:r>
        <w:t>date de dépôt, dossiers déposés, réponses reçues, commission de médiation saisie.]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CELA VOUS ÉVITE</w:t>
      </w:r>
    </w:p>
    <w:p>
      <w:pPr>
        <w:jc w:val="both"/>
      </w:pPr>
      <w:r>
        <w:t>Un départ organisé vous évite les frais et les délais d'une expulsion par commissaire de</w:t>
      </w:r>
    </w:p>
    <w:p>
      <w:pPr>
        <w:jc w:val="both"/>
      </w:pPr>
      <w:r>
        <w:t>justice, et vous garantit un logement rendu en état à une date connue.</w:t>
      </w:r>
    </w:p>
    <w:p>
      <w:pPr>
        <w:jc w:val="both"/>
      </w:pPr>
      <w:r>
        <w:t>À défaut d'accord de votre part, je saisirai le juge de l'exécution d'une demande de délais, en</w:t>
      </w:r>
    </w:p>
    <w:p>
      <w:pPr>
        <w:jc w:val="both"/>
      </w:pPr>
      <w:r>
        <w:t>justifiant de la présente démarche.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rPr>
          <w:b w:val="0"/>
          <w:i w:val="0"/>
        </w:rPr>
        <w:t xml:space="preserve">PIÈCES JOINTES : </w:t>
      </w:r>
      <w:r>
        <w:rPr>
          <w:b w:val="0"/>
          <w:i w:val="0"/>
          <w:color w:val="1A365D"/>
          <w:shd w:val="clear" w:color="auto" w:fill="FBF8EE"/>
        </w:rPr>
        <w:t>[justificatifs de vos démarches de relogement]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[justificatifs de ressources]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[justificatifs de votre situation familiale ou de santé]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