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Monsieur le Conciliateur de justice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[Mairie / Tribunal de proximité de </w:t>
      </w:r>
      <w:r>
        <w:rPr>
          <w:b w:val="0"/>
          <w:i w:val="0"/>
          <w:color w:val="1A365D"/>
          <w:shd w:val="clear" w:color="auto" w:fill="FBF8EE"/>
        </w:rPr>
        <w:t>[ville du conciliateur]</w:t>
      </w:r>
      <w:r>
        <w:rPr>
          <w:b w:val="0"/>
          <w:i w:val="0"/>
        </w:rPr>
        <w:t>]</w:t>
      </w:r>
    </w:p>
    <w:p>
      <w:pPr>
        <w:spacing w:after="0" w:line="252" w:lineRule="auto"/>
        <w:ind w:left="5102"/>
      </w:pPr>
      <w:r>
        <w:rPr>
          <w:sz w:val="18"/>
        </w:rPr>
        <w:t>[Adresse du conciliateur]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ville]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color w:val="1A365D"/>
          <w:sz w:val="22"/>
        </w:rPr>
        <w:t>Objet : demande de conciliation — restitution d'un dépôt de garantie</w:t>
      </w:r>
    </w:p>
    <w:p>
      <w:pPr>
        <w:jc w:val="both"/>
      </w:pPr>
      <w:r>
        <w:t>Monsieur le Conciliateur,</w:t>
      </w:r>
    </w:p>
    <w:p>
      <w:pPr>
        <w:jc w:val="both"/>
      </w:pPr>
      <w:r>
        <w:rPr>
          <w:b w:val="0"/>
          <w:i w:val="0"/>
        </w:rPr>
        <w:t xml:space="preserve">Je sollicite votre intervention en vue de tenter une résolution amiable du différend qui m'oppose à </w:t>
      </w:r>
      <w:r>
        <w:rPr>
          <w:b w:val="0"/>
          <w:i w:val="0"/>
          <w:color w:val="1A365D"/>
          <w:shd w:val="clear" w:color="auto" w:fill="FBF8EE"/>
        </w:rPr>
        <w:t>[nom du bailleur]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[adresse du bailleur]</w:t>
      </w:r>
      <w:r>
        <w:rPr>
          <w:b w:val="0"/>
          <w:i w:val="0"/>
        </w:rPr>
        <w:t>, en application de l'article 1536 du code de procédure civile.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LE LITIGE</w:t>
      </w:r>
    </w:p>
    <w:p>
      <w:pPr>
        <w:jc w:val="both"/>
      </w:pPr>
      <w:r>
        <w:rPr>
          <w:b w:val="0"/>
          <w:i w:val="0"/>
        </w:rPr>
        <w:t xml:space="preserve">J'ai été locataire du logement sis </w:t>
      </w:r>
      <w:r>
        <w:rPr>
          <w:b w:val="0"/>
          <w:i w:val="0"/>
          <w:color w:val="1A365D"/>
          <w:shd w:val="clear" w:color="auto" w:fill="FBF8EE"/>
        </w:rPr>
        <w:t>[adresse du logement loué]</w:t>
      </w:r>
      <w:r>
        <w:rPr>
          <w:b w:val="0"/>
          <w:i w:val="0"/>
        </w:rPr>
        <w:t xml:space="preserve">, en vertu d'un bail conclu le </w:t>
      </w:r>
      <w:r>
        <w:rPr>
          <w:b w:val="0"/>
          <w:i w:val="0"/>
          <w:color w:val="1A365D"/>
          <w:shd w:val="clear" w:color="auto" w:fill="FBF8EE"/>
        </w:rPr>
        <w:t>[date de signature]</w:t>
      </w:r>
      <w:r>
        <w:rPr>
          <w:b w:val="0"/>
          <w:i w:val="0"/>
        </w:rPr>
        <w:t xml:space="preserve">, moyennant un loyer mensuel en principal de </w:t>
      </w:r>
      <w:r>
        <w:rPr>
          <w:b w:val="0"/>
          <w:i w:val="0"/>
          <w:color w:val="1A365D"/>
          <w:shd w:val="clear" w:color="auto" w:fill="FBF8EE"/>
        </w:rPr>
        <w:t>[loyer mensuel]</w:t>
      </w:r>
      <w:r>
        <w:rPr>
          <w:b w:val="0"/>
          <w:i w:val="0"/>
        </w:rPr>
        <w:t xml:space="preserve"> euros hors charges. J'ai versé un dépôt de garantie de </w:t>
      </w:r>
      <w:r>
        <w:rPr>
          <w:b w:val="0"/>
          <w:i w:val="0"/>
          <w:color w:val="1A365D"/>
          <w:shd w:val="clear" w:color="auto" w:fill="FBF8EE"/>
        </w:rPr>
        <w:t>[montant du dépôt]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J'ai remis les clés le </w:t>
      </w:r>
      <w:r>
        <w:rPr>
          <w:b w:val="0"/>
          <w:i w:val="0"/>
          <w:color w:val="1A365D"/>
          <w:shd w:val="clear" w:color="auto" w:fill="FBF8EE"/>
        </w:rPr>
        <w:t>[date de remise]</w:t>
      </w:r>
      <w:r>
        <w:rPr>
          <w:b w:val="0"/>
          <w:i w:val="0"/>
        </w:rPr>
        <w:t xml:space="preserve"> et communiqué l'adresse de mon nouveau domicile. L'état des lieux de sortie a été établi le </w:t>
      </w:r>
      <w:r>
        <w:rPr>
          <w:b w:val="0"/>
          <w:i w:val="0"/>
          <w:color w:val="1A365D"/>
          <w:shd w:val="clear" w:color="auto" w:fill="FBF8EE"/>
        </w:rPr>
        <w:t>[date de l'état des lieux de sortie]</w:t>
      </w:r>
      <w:r>
        <w:rPr>
          <w:b w:val="0"/>
          <w:i w:val="0"/>
        </w:rPr>
        <w:t xml:space="preserve"> et [est conforme à celui d'entrée / fait état de : </w:t>
      </w:r>
      <w:r>
        <w:rPr>
          <w:b w:val="0"/>
          <w:i w:val="0"/>
          <w:color w:val="1A365D"/>
          <w:shd w:val="clear" w:color="auto" w:fill="FBF8EE"/>
        </w:rPr>
        <w:t>[différences constatées]</w:t>
      </w:r>
      <w:r>
        <w:rPr>
          <w:b w:val="0"/>
          <w:i w:val="0"/>
        </w:rPr>
        <w:t>].</w:t>
      </w:r>
    </w:p>
    <w:p>
      <w:pPr>
        <w:jc w:val="both"/>
      </w:pPr>
      <w:r>
        <w:rPr>
          <w:b w:val="0"/>
          <w:i w:val="0"/>
        </w:rPr>
        <w:t xml:space="preserve">Le délai de restitution de </w:t>
      </w:r>
      <w:r>
        <w:rPr>
          <w:b w:val="0"/>
          <w:i w:val="0"/>
          <w:color w:val="1A365D"/>
          <w:shd w:val="clear" w:color="auto" w:fill="FBF8EE"/>
        </w:rPr>
        <w:t>[un / deux]</w:t>
      </w:r>
      <w:r>
        <w:rPr>
          <w:b w:val="0"/>
          <w:i w:val="0"/>
        </w:rPr>
        <w:t xml:space="preserve"> mois prévu par l'article 22 de la loi du 6 juillet 1989 expirait le </w:t>
      </w:r>
      <w:r>
        <w:rPr>
          <w:b w:val="0"/>
          <w:i w:val="0"/>
          <w:color w:val="1A365D"/>
          <w:shd w:val="clear" w:color="auto" w:fill="FBF8EE"/>
        </w:rPr>
        <w:t>[date limite]</w:t>
      </w:r>
      <w:r>
        <w:rPr>
          <w:b w:val="0"/>
          <w:i w:val="0"/>
        </w:rPr>
        <w:t xml:space="preserve">. À ce jour, [aucune somme ne m'a été restituée / </w:t>
      </w:r>
      <w:r>
        <w:rPr>
          <w:b w:val="0"/>
          <w:i w:val="0"/>
          <w:color w:val="1A365D"/>
          <w:shd w:val="clear" w:color="auto" w:fill="FBF8EE"/>
        </w:rPr>
        <w:t>[montant déjà restitué]</w:t>
      </w:r>
      <w:r>
        <w:rPr>
          <w:b w:val="0"/>
          <w:i w:val="0"/>
        </w:rPr>
        <w:t xml:space="preserve"> euros seulement m'ont été restitués].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MES DEMANDES</w:t>
      </w:r>
    </w:p>
    <w:p>
      <w:pPr>
        <w:jc w:val="both"/>
      </w:pPr>
      <w:r>
        <w:rPr>
          <w:b w:val="0"/>
          <w:i w:val="0"/>
        </w:rPr>
        <w:t xml:space="preserve">La restitution de </w:t>
      </w:r>
      <w:r>
        <w:rPr>
          <w:b w:val="0"/>
          <w:i w:val="0"/>
          <w:color w:val="1A365D"/>
          <w:shd w:val="clear" w:color="auto" w:fill="FBF8EE"/>
        </w:rPr>
        <w:t>[solde restant dû]</w:t>
      </w:r>
      <w:r>
        <w:rPr>
          <w:b w:val="0"/>
          <w:i w:val="0"/>
        </w:rPr>
        <w:t xml:space="preserve"> euros au titre du solde du dépôt, et </w:t>
      </w:r>
      <w:r>
        <w:rPr>
          <w:b w:val="0"/>
          <w:i w:val="0"/>
          <w:color w:val="1A365D"/>
          <w:shd w:val="clear" w:color="auto" w:fill="FBF8EE"/>
        </w:rPr>
        <w:t>[montant de la majoration]</w:t>
      </w:r>
      <w:r>
        <w:rPr>
          <w:b w:val="0"/>
          <w:i w:val="0"/>
        </w:rPr>
        <w:t xml:space="preserve"> euros au titre de la majoration légale de dix pour cent du loyer par période mensuelle commencée en retard, soit un total de </w:t>
      </w:r>
      <w:r>
        <w:rPr>
          <w:b w:val="0"/>
          <w:i w:val="0"/>
          <w:color w:val="1A365D"/>
          <w:shd w:val="clear" w:color="auto" w:fill="FBF8EE"/>
        </w:rPr>
        <w:t>[total réclamé]</w:t>
      </w:r>
      <w:r>
        <w:rPr>
          <w:b w:val="0"/>
          <w:i w:val="0"/>
        </w:rPr>
        <w:t xml:space="preserve"> euros.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MES DÉMARCHES</w:t>
      </w:r>
    </w:p>
    <w:p>
      <w:pPr>
        <w:jc w:val="both"/>
      </w:pPr>
      <w:r>
        <w:rPr>
          <w:b w:val="0"/>
          <w:i w:val="0"/>
        </w:rPr>
        <w:t xml:space="preserve">Réclamation écrite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 et mise en demeure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, demeurées </w:t>
      </w:r>
      <w:r>
        <w:rPr>
          <w:b w:val="0"/>
          <w:i w:val="0"/>
          <w:color w:val="1A365D"/>
          <w:shd w:val="clear" w:color="auto" w:fill="FBF8EE"/>
        </w:rPr>
        <w:t>[sans réponse / suivies d'un refus]</w:t>
      </w:r>
      <w:r>
        <w:rPr>
          <w:b w:val="0"/>
          <w:i w:val="0"/>
        </w:rPr>
        <w:t>.</w:t>
      </w:r>
    </w:p>
    <w:p>
      <w:pPr>
        <w:jc w:val="both"/>
      </w:pPr>
      <w:r>
        <w:t>Je me tiens à votre disposition pour vous rencontrer aux jour et heure qu'il vous plaira de fixer, et je vous confirme mon accord pour que le bailleur soit convoqué.</w:t>
      </w:r>
    </w:p>
    <w:p>
      <w:pPr>
        <w:jc w:val="both"/>
      </w:pPr>
      <w:r>
        <w:t>Je vous prie d'agréer, Monsieur le Conciliateur, l'expression de ma considération 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pBdr>
          <w:top w:val="single" w:sz="4" w:space="4" w:color="E8EDF4"/>
        </w:pBdr>
        <w:spacing w:before="280"/>
      </w:pPr>
      <w:r>
        <w:rPr>
          <w:i/>
          <w:color w:val="6C757D"/>
          <w:sz w:val="18"/>
        </w:rPr>
        <w:t>Pièces jointes : bail — états des lieux — justificatif de remise des clés — réclamation et mise en demeure avec leurs preuves d'envoi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