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[Étude de commissaire de justice — dénomination]</w:t>
      </w:r>
    </w:p>
    <w:p>
      <w:pPr>
        <w:spacing w:after="0" w:line="252" w:lineRule="auto"/>
        <w:ind w:left="5102"/>
      </w:pPr>
      <w:r>
        <w:rPr>
          <w:sz w:val="18"/>
        </w:rPr>
        <w:t>[Adresse de l'étude]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réquisition de constat — état du logement sis </w:t>
      </w:r>
      <w:r>
        <w:rPr>
          <w:b/>
          <w:i w:val="0"/>
          <w:color w:val="1A365D"/>
          <w:shd w:val="clear" w:color="auto" w:fill="FBF8EE"/>
        </w:rPr>
        <w:t>[adresse du logement loué]</w:t>
      </w:r>
      <w:r>
        <w:rPr>
          <w:b/>
          <w:i w:val="0"/>
        </w:rPr>
        <w:t xml:space="preserve"> avant restitution des clés</w:t>
      </w:r>
    </w:p>
    <w:p>
      <w:r>
        <w:rPr>
          <w:b w:val="0"/>
          <w:i w:val="0"/>
        </w:rPr>
        <w:t xml:space="preserve">Référence : bail du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 — congé du </w:t>
      </w:r>
      <w:r>
        <w:rPr>
          <w:b w:val="0"/>
          <w:i w:val="0"/>
          <w:color w:val="1A365D"/>
          <w:shd w:val="clear" w:color="auto" w:fill="FBF8EE"/>
        </w:rPr>
        <w:t>[date du congé]</w:t>
      </w:r>
    </w:p>
    <w:p>
      <w:pPr>
        <w:jc w:val="both"/>
      </w:pPr>
      <w:r>
        <w:t>Madame, Monsieur le Commissaire de justice,</w:t>
      </w:r>
    </w:p>
    <w:p>
      <w:pPr>
        <w:jc w:val="both"/>
      </w:pPr>
      <w:r>
        <w:t>Je vous prie de bien vouloir procéder au constat des faits ci-après décrits, en application de l'article 1er, II, 2° de l'ordonnance n° 2016-728 du 2 juin 2016, aux termes duquel les constatations que vous effectuez font foi jusqu'à preuve contraire.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CONTEXTE</w:t>
      </w:r>
    </w:p>
    <w:p>
      <w:pPr>
        <w:jc w:val="both"/>
      </w:pPr>
      <w:r>
        <w:rPr>
          <w:b w:val="0"/>
          <w:i w:val="0"/>
        </w:rPr>
        <w:t xml:space="preserve">Je suis locataire du logement sis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 suivant bail du </w:t>
      </w:r>
      <w:r>
        <w:rPr>
          <w:b w:val="0"/>
          <w:i w:val="0"/>
          <w:color w:val="1A365D"/>
          <w:shd w:val="clear" w:color="auto" w:fill="FBF8EE"/>
        </w:rPr>
        <w:t>[date de signature]</w:t>
      </w:r>
      <w:r>
        <w:rPr>
          <w:b w:val="0"/>
          <w:i w:val="0"/>
        </w:rPr>
        <w:t xml:space="preserve">. J'ai donné congé le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 xml:space="preserve"> et la remise des clés est prévue le </w:t>
      </w:r>
      <w:r>
        <w:rPr>
          <w:b w:val="0"/>
          <w:i w:val="0"/>
          <w:color w:val="1A365D"/>
          <w:shd w:val="clear" w:color="auto" w:fill="FBF8EE"/>
        </w:rPr>
        <w:t>[date prévue pour la remise des clés]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le bailleur refuse un état des lieux contradictoire :]</w:t>
      </w:r>
      <w:r>
        <w:rPr>
          <w:b w:val="0"/>
          <w:i w:val="0"/>
        </w:rPr>
        <w:t xml:space="preserve"> J'ai proposé au bailleur d'établir un état des lieux de sortie contradictoire par </w:t>
      </w:r>
      <w:r>
        <w:rPr>
          <w:b w:val="0"/>
          <w:i w:val="0"/>
          <w:color w:val="1A365D"/>
          <w:shd w:val="clear" w:color="auto" w:fill="FBF8EE"/>
        </w:rPr>
        <w:t>[courrier / courriel]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proposition au bailleur]</w:t>
      </w:r>
      <w:r>
        <w:rPr>
          <w:b w:val="0"/>
          <w:i w:val="0"/>
        </w:rPr>
        <w:t xml:space="preserve"> ; il </w:t>
      </w:r>
      <w:r>
        <w:rPr>
          <w:b w:val="0"/>
          <w:i w:val="0"/>
          <w:color w:val="1A365D"/>
          <w:shd w:val="clear" w:color="auto" w:fill="FBF8EE"/>
        </w:rPr>
        <w:t>[n'a pas répondu / a refusé]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[Variante — le litige est déjà né :]</w:t>
      </w:r>
      <w:r>
        <w:rPr>
          <w:b w:val="0"/>
          <w:i w:val="0"/>
        </w:rPr>
        <w:t xml:space="preserve"> Le bailleur retient sur mon dépôt de garantie la somme de </w:t>
      </w:r>
      <w:r>
        <w:rPr>
          <w:b w:val="0"/>
          <w:i w:val="0"/>
          <w:color w:val="1A365D"/>
          <w:shd w:val="clear" w:color="auto" w:fill="FBF8EE"/>
        </w:rPr>
        <w:t>[solde restant dû]</w:t>
      </w:r>
      <w:r>
        <w:rPr>
          <w:b w:val="0"/>
          <w:i w:val="0"/>
        </w:rPr>
        <w:t xml:space="preserve"> euros au titre de </w:t>
      </w:r>
      <w:r>
        <w:rPr>
          <w:b w:val="0"/>
          <w:i w:val="0"/>
          <w:color w:val="1A365D"/>
          <w:shd w:val="clear" w:color="auto" w:fill="FBF8EE"/>
        </w:rPr>
        <w:t>[dégradations alléguées]</w:t>
      </w:r>
      <w:r>
        <w:rPr>
          <w:b w:val="0"/>
          <w:i w:val="0"/>
        </w:rPr>
        <w:t>, que je conteste.</w:t>
      </w:r>
    </w:p>
    <w:p>
      <w:pPr>
        <w:jc w:val="both"/>
      </w:pPr>
      <w:r>
        <w:t>Je souhaite faire constater l'état du logement avant que je n'en perde l'accès.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LIEU ET DATE DE LA CONSTATATION</w:t>
      </w:r>
    </w:p>
    <w:p>
      <w:pPr>
        <w:jc w:val="both"/>
      </w:pPr>
      <w:r>
        <w:rPr>
          <w:b w:val="0"/>
          <w:i w:val="0"/>
        </w:rPr>
        <w:t xml:space="preserve">Lieu : </w:t>
      </w:r>
      <w:r>
        <w:rPr>
          <w:b w:val="0"/>
          <w:i w:val="0"/>
          <w:color w:val="1A365D"/>
          <w:shd w:val="clear" w:color="auto" w:fill="FBF8EE"/>
        </w:rPr>
        <w:t>[adresse exacte, étage, bâtiment, numéro de lot le cas échéant]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Accès : [je serai présent(e) sur place / les clés seront remises par </w:t>
      </w:r>
      <w:r>
        <w:rPr>
          <w:b w:val="0"/>
          <w:i w:val="0"/>
          <w:color w:val="1A365D"/>
          <w:shd w:val="clear" w:color="auto" w:fill="FBF8EE"/>
        </w:rPr>
        <w:t>[nom de la personne qui remettra les clés]</w:t>
      </w:r>
      <w:r>
        <w:rPr>
          <w:b w:val="0"/>
          <w:i w:val="0"/>
        </w:rPr>
        <w:t xml:space="preserve"> / l'accès se fera en présence de </w:t>
      </w:r>
      <w:r>
        <w:rPr>
          <w:b w:val="0"/>
          <w:i w:val="0"/>
          <w:color w:val="1A365D"/>
          <w:shd w:val="clear" w:color="auto" w:fill="FBF8EE"/>
        </w:rPr>
        <w:t>[nom, qualité]</w:t>
      </w:r>
      <w:r>
        <w:rPr>
          <w:b w:val="0"/>
          <w:i w:val="0"/>
        </w:rPr>
        <w:t>].</w:t>
      </w:r>
    </w:p>
    <w:p>
      <w:pPr>
        <w:jc w:val="both"/>
      </w:pPr>
      <w:r>
        <w:rPr>
          <w:b w:val="0"/>
          <w:i w:val="0"/>
        </w:rPr>
        <w:t xml:space="preserve">Date souhaitée : </w:t>
      </w:r>
      <w:r>
        <w:rPr>
          <w:b w:val="0"/>
          <w:i w:val="0"/>
          <w:color w:val="1A365D"/>
          <w:shd w:val="clear" w:color="auto" w:fill="FBF8EE"/>
        </w:rPr>
        <w:t>[date souhaitée pour le constat]</w:t>
      </w:r>
      <w:r>
        <w:rPr>
          <w:b w:val="0"/>
          <w:i w:val="0"/>
        </w:rPr>
        <w:t xml:space="preserve">, à </w:t>
      </w:r>
      <w:r>
        <w:rPr>
          <w:b w:val="0"/>
          <w:i w:val="0"/>
          <w:color w:val="1A365D"/>
          <w:shd w:val="clear" w:color="auto" w:fill="FBF8EE"/>
        </w:rPr>
        <w:t>[heure]</w:t>
      </w:r>
      <w:r>
        <w:rPr>
          <w:b w:val="0"/>
          <w:i w:val="0"/>
        </w:rPr>
        <w:t>. ⚠️ Ce constat n'a de valeur que s'il est dressé AVANT la remise des clés : après, vous n'avez plus accès au logement et l'état constaté ne vous est plus imputable de façon certaine.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CONSTATATIONS SOLLICITÉES</w:t>
      </w:r>
    </w:p>
    <w:p>
      <w:pPr>
        <w:jc w:val="both"/>
      </w:pPr>
      <w:r>
        <w:t>Je vous demande de constater, décrire et photographier :</w:t>
      </w:r>
    </w:p>
    <w:p>
      <w:pPr>
        <w:jc w:val="both"/>
      </w:pPr>
      <w:r>
        <w:t>1. L'état de chaque pièce, mur, sol et plafond, par vues d'ensemble puis vues de détail des points litigieux.</w:t>
      </w:r>
    </w:p>
    <w:p>
      <w:pPr>
        <w:jc w:val="both"/>
      </w:pPr>
      <w:r>
        <w:rPr>
          <w:b w:val="0"/>
          <w:i w:val="0"/>
        </w:rPr>
        <w:t xml:space="preserve">2. L'état des équipements : </w:t>
      </w:r>
      <w:r>
        <w:rPr>
          <w:b w:val="0"/>
          <w:i w:val="0"/>
          <w:color w:val="1A365D"/>
          <w:shd w:val="clear" w:color="auto" w:fill="FBF8EE"/>
        </w:rPr>
        <w:t>[chaudière, robinetterie, volets, fenêtres, prises, plaques de cuisson, four, hotte, sanitaires]</w:t>
      </w:r>
      <w:r>
        <w:rPr>
          <w:b w:val="0"/>
          <w:i w:val="0"/>
        </w:rPr>
        <w:t>, avec essai de fonctionnement.</w:t>
      </w:r>
    </w:p>
    <w:p>
      <w:pPr>
        <w:jc w:val="both"/>
      </w:pPr>
      <w:r>
        <w:rPr>
          <w:b w:val="0"/>
          <w:i w:val="0"/>
        </w:rPr>
        <w:t xml:space="preserve">3. Les relevés des compteurs </w:t>
      </w:r>
      <w:r>
        <w:rPr>
          <w:b w:val="0"/>
          <w:i w:val="0"/>
          <w:color w:val="1A365D"/>
          <w:shd w:val="clear" w:color="auto" w:fill="FBF8EE"/>
        </w:rPr>
        <w:t>[eau, électricité, gaz]</w:t>
      </w:r>
      <w:r>
        <w:rPr>
          <w:b w:val="0"/>
          <w:i w:val="0"/>
        </w:rPr>
        <w:t>, photographiés avec leur numéro de série.</w:t>
      </w:r>
    </w:p>
    <w:p>
      <w:pPr>
        <w:jc w:val="both"/>
      </w:pPr>
      <w:r>
        <w:t>4. La propreté générale du logement et l'absence de dépôts ou d'encombrants.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Les désordres déjà mentionnés à l'état des lieux d'ENTRÉE, dont copie est jointe, afin d'établir qu'ils préexistaient.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L'usure normale des revêtements, en précisant leur ancienneté apparente.</w:t>
      </w:r>
    </w:p>
    <w:p>
      <w:pPr>
        <w:jc w:val="both"/>
      </w:pPr>
      <w:r>
        <w:t>Pour chaque constatation, je vous prie de faire figurer la date, l'heure, la localisation précise, et de numéroter les photographies en les rattachant au paragraphe correspondant du procès-verbal.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PRÉCISIONS</w:t>
      </w:r>
    </w:p>
    <w:p>
      <w:pPr>
        <w:jc w:val="both"/>
      </w:pPr>
      <w:r>
        <w:t>Je n'attends de vous aucune appréciation sur l'origine, la cause ou l'imputabilité de ce qui sera constaté : je sais que votre mission est de décrire matériellement ce que vous voyez, et que toute conclusion technique relève de l'expertise.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partie adverse, </w:t>
      </w:r>
      <w:r>
        <w:rPr>
          <w:b w:val="0"/>
          <w:i w:val="0"/>
          <w:color w:val="1A365D"/>
          <w:shd w:val="clear" w:color="auto" w:fill="FBF8EE"/>
        </w:rPr>
        <w:t>[nom de la partie adverse]</w:t>
      </w:r>
      <w:r>
        <w:rPr>
          <w:b w:val="0"/>
          <w:i w:val="0"/>
        </w:rPr>
        <w:t xml:space="preserve">, a été informée de la présente démarche par </w:t>
      </w:r>
      <w:r>
        <w:rPr>
          <w:b w:val="0"/>
          <w:i w:val="0"/>
          <w:color w:val="1A365D"/>
          <w:shd w:val="clear" w:color="auto" w:fill="FBF8EE"/>
        </w:rPr>
        <w:t>[courrier / courriel]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l'information de la partie adverse]</w:t>
      </w:r>
      <w:r>
        <w:rPr>
          <w:b w:val="0"/>
          <w:i w:val="0"/>
        </w:rPr>
        <w:t>, dont copie est jointe.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V. DEVIS</w:t>
      </w:r>
    </w:p>
    <w:p>
      <w:pPr>
        <w:jc w:val="both"/>
      </w:pPr>
      <w:r>
        <w:t>Je vous remercie de m'indiquer le coût prévisionnel de votre intervention ainsi que les modalités de règlement avant tout déplacement.</w:t>
      </w:r>
    </w:p>
    <w:p>
      <w:pPr>
        <w:jc w:val="both"/>
      </w:pPr>
      <w:r>
        <w:t>Je me tiens à votre disposition pour vous communiquer toute pièce utile et vous prie d'agréer, Madame, Monsieur le Commissaire de justice,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[Vos nom et prénom]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PIÈCES JOINTES</w:t>
      </w:r>
    </w:p>
    <w:p>
      <w:pPr>
        <w:jc w:val="both"/>
      </w:pPr>
      <w:r>
        <w:rPr>
          <w:b w:val="0"/>
          <w:i w:val="0"/>
        </w:rPr>
        <w:t xml:space="preserve">1. Bail du </w:t>
      </w:r>
      <w:r>
        <w:rPr>
          <w:b w:val="0"/>
          <w:i w:val="0"/>
          <w:color w:val="1A365D"/>
          <w:shd w:val="clear" w:color="auto" w:fill="FBF8EE"/>
        </w:rPr>
        <w:t>[date de signature]</w:t>
      </w:r>
    </w:p>
    <w:p>
      <w:pPr>
        <w:jc w:val="both"/>
      </w:pPr>
      <w:r>
        <w:t>2. État des lieux d'entrée</w:t>
      </w:r>
    </w:p>
    <w:p>
      <w:pPr>
        <w:jc w:val="both"/>
      </w:pPr>
      <w:r>
        <w:rPr>
          <w:b w:val="0"/>
          <w:i w:val="0"/>
        </w:rPr>
        <w:t xml:space="preserve">3. Congé du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courrier proposant un état des lieux de sortie contradictoire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