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vendeur]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exercice du droit de rétractation — commande n° </w:t>
      </w:r>
      <w:r>
        <w:rPr>
          <w:b/>
          <w:i w:val="0"/>
          <w:color w:val="1A365D"/>
          <w:shd w:val="clear" w:color="auto" w:fill="FBF8EE"/>
        </w:rPr>
        <w:t>[numéro de commande]</w:t>
      </w:r>
    </w:p>
    <w:p>
      <w:pPr>
        <w:jc w:val="both"/>
      </w:pPr>
      <w:r>
        <w:t>Madame, Monsieur,</w:t>
      </w:r>
    </w:p>
    <w:p>
      <w:pPr>
        <w:jc w:val="both"/>
      </w:pPr>
      <w:r>
        <w:t>Je vous notifie par la présente ma décision de me rétracter du contrat portant sur la commande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[numéro de commande]</w:t>
      </w:r>
      <w:r>
        <w:rPr>
          <w:b w:val="0"/>
          <w:i w:val="0"/>
        </w:rPr>
        <w:t xml:space="preserve">, passée 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 et reçue le </w:t>
      </w:r>
      <w:r>
        <w:rPr>
          <w:b w:val="0"/>
          <w:i w:val="0"/>
          <w:color w:val="1A365D"/>
          <w:shd w:val="clear" w:color="auto" w:fill="FBF8EE"/>
        </w:rPr>
        <w:t>[date de réception]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Bien concerné : </w:t>
      </w:r>
      <w:r>
        <w:rPr>
          <w:b w:val="0"/>
          <w:i w:val="0"/>
          <w:color w:val="1A365D"/>
          <w:shd w:val="clear" w:color="auto" w:fill="FBF8EE"/>
        </w:rPr>
        <w:t>[désignation du bien]</w:t>
      </w:r>
      <w:r>
        <w:rPr>
          <w:b w:val="0"/>
          <w:i w:val="0"/>
        </w:rPr>
        <w:t xml:space="preserve"> — prix payé :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Je n'ai pas à motiver cette décision.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VOUS DEVEZ ME REMBOURSER</w:t>
      </w:r>
    </w:p>
    <w:p>
      <w:pPr>
        <w:jc w:val="both"/>
      </w:pPr>
      <w:r>
        <w:t>La totalité des sommes versées, Y COMPRIS LES FRAIS DE LIVRAISON, sans retard injustifié et au</w:t>
      </w:r>
    </w:p>
    <w:p>
      <w:pPr>
        <w:jc w:val="both"/>
      </w:pPr>
      <w:r>
        <w:t>plus tard dans les quatorze jours à compter de la date à laquelle vous êtes informé de ma</w:t>
      </w:r>
    </w:p>
    <w:p>
      <w:pPr>
        <w:jc w:val="both"/>
      </w:pPr>
      <w:r>
        <w:t>décision. Le remboursement doit être effectué par le même moyen de paiement que celui utilisé</w:t>
      </w:r>
    </w:p>
    <w:p>
      <w:pPr>
        <w:jc w:val="both"/>
      </w:pPr>
      <w:r>
        <w:t>pour la transaction initiale.</w:t>
      </w:r>
    </w:p>
    <w:p>
      <w:pPr>
        <w:jc w:val="both"/>
      </w:pPr>
      <w:r>
        <w:t>⚠️ À défaut, les sommes dues sont majorées de plein droit : du taux d'intérêt légal si le</w:t>
      </w:r>
    </w:p>
    <w:p>
      <w:pPr>
        <w:jc w:val="both"/>
      </w:pPr>
      <w:r>
        <w:t>remboursement intervient dans les dix jours suivant l'expiration du délai, de 5 % entre dix et</w:t>
      </w:r>
    </w:p>
    <w:p>
      <w:pPr>
        <w:jc w:val="both"/>
      </w:pPr>
      <w:r>
        <w:t>vingt jours, de 10 % entre vingt et trente jours, de 20 % entre trente et soixante jours, de 50 %</w:t>
      </w:r>
    </w:p>
    <w:p>
      <w:pPr>
        <w:jc w:val="both"/>
      </w:pPr>
      <w:r>
        <w:t>entre soixante et quatre-vingt-dix jours, puis de cinq points par mois supplémentaire.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RENVOI DU BIEN</w:t>
      </w:r>
    </w:p>
    <w:p>
      <w:pPr>
        <w:jc w:val="both"/>
      </w:pPr>
      <w:r>
        <w:t>Je vous renverrai le bien dans les quatorze jours de la présente, sauf si vous proposez de le</w:t>
      </w:r>
    </w:p>
    <w:p>
      <w:pPr>
        <w:jc w:val="both"/>
      </w:pPr>
      <w:r>
        <w:t>récupérer vous-même.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Les coûts directs de renvoi restent à ma charge. ⚠️ Toutefois, si vous ne</w:t>
      </w:r>
    </w:p>
    <w:p>
      <w:pPr>
        <w:jc w:val="both"/>
      </w:pPr>
      <w:r>
        <w:t>m'avez pas informé avant la commande que ces coûts m'incombaient, ils sont à la vôtre.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confirmation de commande — facture — </w:t>
      </w:r>
      <w:r>
        <w:rPr>
          <w:b w:val="0"/>
          <w:i w:val="0"/>
          <w:color w:val="1A365D"/>
          <w:shd w:val="clear" w:color="auto" w:fill="FBF8EE"/>
        </w:rPr>
        <w:t>[preuve de la date de réception]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