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  <w:ind w:left="5102"/>
      </w:pPr>
      <w:r>
        <w:rPr>
          <w:sz w:val="18"/>
        </w:rPr>
        <w:t>[Nom du vendeur]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before="280" w:after="280"/>
      </w:pPr>
      <w:r>
        <w:rPr>
          <w:b/>
          <w:caps/>
          <w:color w:val="A88B1F"/>
          <w:sz w:val="16"/>
        </w:rPr>
        <w:t>LETTRE RECOMMANDÉE AVEC DEMANDE D'AVIS DE RÉCEPTION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MISE EN DEMEURE de rembourser — commande n° </w:t>
      </w:r>
      <w:r>
        <w:rPr>
          <w:b/>
          <w:i w:val="0"/>
          <w:color w:val="1A365D"/>
          <w:shd w:val="clear" w:color="auto" w:fill="FBF8EE"/>
        </w:rPr>
        <w:t>[numéro de commande]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me suis rétracté du contrat portant sur la commande n° </w:t>
      </w:r>
      <w:r>
        <w:rPr>
          <w:b w:val="0"/>
          <w:i w:val="0"/>
          <w:color w:val="1A365D"/>
          <w:shd w:val="clear" w:color="auto" w:fill="FBF8EE"/>
        </w:rPr>
        <w:t>[numéro de commande]</w:t>
      </w:r>
      <w:r>
        <w:rPr>
          <w:b w:val="0"/>
          <w:i w:val="0"/>
        </w:rPr>
        <w:t xml:space="preserve"> par lettre</w:t>
      </w:r>
    </w:p>
    <w:p>
      <w:pPr>
        <w:jc w:val="both"/>
      </w:pPr>
      <w:r>
        <w:rPr>
          <w:b w:val="0"/>
          <w:i w:val="0"/>
        </w:rPr>
        <w:t xml:space="preserve">recommandée du </w:t>
      </w: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 xml:space="preserve">, et [je vous ai renvoyé le bien le </w:t>
      </w:r>
      <w:r>
        <w:rPr>
          <w:b w:val="0"/>
          <w:i w:val="0"/>
          <w:color w:val="1A365D"/>
          <w:shd w:val="clear" w:color="auto" w:fill="FBF8EE"/>
        </w:rPr>
        <w:t>[date de renvoi du bien]</w:t>
      </w:r>
    </w:p>
    <w:p>
      <w:pPr>
        <w:jc w:val="both"/>
      </w:pPr>
      <w:r>
        <w:t>/ vous avez récupéré le bien].</w:t>
      </w:r>
    </w:p>
    <w:p>
      <w:pPr>
        <w:jc w:val="both"/>
      </w:pPr>
      <w:r>
        <w:t>Le délai de quatorze jours dont vous disposiez pour me rembourser est expiré depuis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d'expiration du délai de remboursement]</w:t>
      </w:r>
      <w:r>
        <w:rPr>
          <w:b w:val="0"/>
          <w:i w:val="0"/>
        </w:rPr>
        <w:t>. Aucune somme ne m'a été versée.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LA MAJORATION EST DUE DE PLEIN DROIT</w:t>
      </w:r>
    </w:p>
    <w:p>
      <w:pPr>
        <w:jc w:val="both"/>
      </w:pPr>
      <w:r>
        <w:t>Les sommes dues sont majorées de plein droit selon le retard : du taux d'intérêt légal jusqu'à</w:t>
      </w:r>
    </w:p>
    <w:p>
      <w:pPr>
        <w:jc w:val="both"/>
      </w:pPr>
      <w:r>
        <w:t>dix jours, de 5 % entre dix et vingt jours, de 10 % entre vingt et trente jours, de 20 % entre</w:t>
      </w:r>
    </w:p>
    <w:p>
      <w:pPr>
        <w:jc w:val="both"/>
      </w:pPr>
      <w:r>
        <w:t>trente et soixante jours, de 50 % entre soixante et quatre-vingt-dix jours, puis de cinq points</w:t>
      </w:r>
    </w:p>
    <w:p>
      <w:pPr>
        <w:jc w:val="both"/>
      </w:pPr>
      <w:r>
        <w:t>par nouveau mois de retard.</w:t>
      </w:r>
    </w:p>
    <w:p>
      <w:pPr>
        <w:jc w:val="both"/>
      </w:pPr>
      <w:r>
        <w:rPr>
          <w:b w:val="0"/>
          <w:i w:val="0"/>
        </w:rPr>
        <w:t xml:space="preserve">Le retard s'élève à ce jour à </w:t>
      </w:r>
      <w:r>
        <w:rPr>
          <w:b w:val="0"/>
          <w:i w:val="0"/>
          <w:color w:val="1A365D"/>
          <w:shd w:val="clear" w:color="auto" w:fill="FBF8EE"/>
        </w:rPr>
        <w:t>[durée du retard de remboursement]</w:t>
      </w:r>
      <w:r>
        <w:rPr>
          <w:b w:val="0"/>
          <w:i w:val="0"/>
        </w:rPr>
        <w:t>, soit une majoration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[taux de majoration applicable]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MISE EN DEMEURE</w:t>
      </w:r>
    </w:p>
    <w:p>
      <w:pPr>
        <w:jc w:val="both"/>
      </w:pPr>
      <w:r>
        <w:rPr>
          <w:b w:val="0"/>
          <w:i w:val="0"/>
        </w:rPr>
        <w:t xml:space="preserve">Je vous mets en demeure de me verser la somme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majorée comme il vient</w:t>
      </w:r>
    </w:p>
    <w:p>
      <w:pPr>
        <w:jc w:val="both"/>
      </w:pPr>
      <w:r>
        <w:rPr>
          <w:b w:val="0"/>
          <w:i w:val="0"/>
        </w:rPr>
        <w:t xml:space="preserve">d'être dit, soit </w:t>
      </w:r>
      <w:r>
        <w:rPr>
          <w:b w:val="0"/>
          <w:i w:val="0"/>
          <w:color w:val="1A365D"/>
          <w:shd w:val="clear" w:color="auto" w:fill="FBF8EE"/>
        </w:rPr>
        <w:t>[montant total réclamé]</w:t>
      </w:r>
      <w:r>
        <w:rPr>
          <w:b w:val="0"/>
          <w:i w:val="0"/>
        </w:rPr>
        <w:t xml:space="preserve"> euros, dans un délai de QUINZE JOURS à compter de la</w:t>
      </w:r>
    </w:p>
    <w:p>
      <w:pPr>
        <w:jc w:val="both"/>
      </w:pPr>
      <w:r>
        <w:t>réception de la présente.</w:t>
      </w:r>
    </w:p>
    <w:p>
      <w:pPr>
        <w:jc w:val="both"/>
      </w:pPr>
      <w:r>
        <w:t>À défaut, je saisirai la juridiction compétente sans autre avertissement, et je signalerai ce</w:t>
      </w:r>
    </w:p>
    <w:p>
      <w:pPr>
        <w:jc w:val="both"/>
      </w:pPr>
      <w:r>
        <w:t>manquement à la direction générale de la concurrence, de la consommation et de la répression des</w:t>
      </w:r>
    </w:p>
    <w:p>
      <w:pPr>
        <w:jc w:val="both"/>
      </w:pPr>
      <w:r>
        <w:t>fraudes.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ma rétractation du </w:t>
      </w: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 xml:space="preserve"> et son accusé de réception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[preuve du renvoi du bien]</w:t>
      </w:r>
      <w:r>
        <w:rPr>
          <w:b w:val="0"/>
          <w:i w:val="0"/>
        </w:rPr>
        <w:t xml:space="preserve"> — confirmation de commande — facture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