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[Nom du médiateur de la consommation dont relève le vendeur]</w:t>
      </w:r>
    </w:p>
    <w:p>
      <w:pPr>
        <w:spacing w:after="0" w:line="252" w:lineRule="auto"/>
        <w:ind w:left="5102"/>
      </w:pPr>
      <w:r>
        <w:rPr>
          <w:sz w:val="18"/>
        </w:rPr>
        <w:t>[Adresse du médiateur]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saisine du médiateur — commande n° </w:t>
      </w:r>
      <w:r>
        <w:rPr>
          <w:b/>
          <w:i w:val="0"/>
          <w:color w:val="1A365D"/>
          <w:shd w:val="clear" w:color="auto" w:fill="FBF8EE"/>
        </w:rPr>
        <w:t>[numéro de commande]</w:t>
      </w:r>
    </w:p>
    <w:p>
      <w:pPr>
        <w:jc w:val="both"/>
      </w:pPr>
      <w:r>
        <w:rPr>
          <w:b w:val="0"/>
          <w:i w:val="0"/>
        </w:rPr>
        <w:t xml:space="preserve">Professionnel mis en cause : </w:t>
      </w:r>
      <w:r>
        <w:rPr>
          <w:b w:val="0"/>
          <w:i w:val="0"/>
          <w:color w:val="1A365D"/>
          <w:shd w:val="clear" w:color="auto" w:fill="FBF8EE"/>
        </w:rPr>
        <w:t>[nom du vendeur]</w:t>
      </w:r>
    </w:p>
    <w:p>
      <w:pPr>
        <w:jc w:val="both"/>
      </w:pPr>
      <w:r>
        <w:t>Madame, Monsieur le Médiateur,</w:t>
      </w:r>
    </w:p>
    <w:p>
      <w:pPr>
        <w:jc w:val="both"/>
      </w:pPr>
      <w:r>
        <w:rPr>
          <w:b w:val="0"/>
          <w:i w:val="0"/>
        </w:rPr>
        <w:t xml:space="preserve">Je vous saisis d'un litige qui m'oppose à </w:t>
      </w:r>
      <w:r>
        <w:rPr>
          <w:b w:val="0"/>
          <w:i w:val="0"/>
          <w:color w:val="1A365D"/>
          <w:shd w:val="clear" w:color="auto" w:fill="FBF8EE"/>
        </w:rPr>
        <w:t>[nom du vendeur]</w:t>
      </w:r>
      <w:r>
        <w:rPr>
          <w:b w:val="0"/>
          <w:i w:val="0"/>
        </w:rPr>
        <w:t>, à la suite d'une commande passée en</w:t>
      </w:r>
    </w:p>
    <w:p>
      <w:pPr>
        <w:jc w:val="both"/>
      </w:pPr>
      <w:r>
        <w:rPr>
          <w:b w:val="0"/>
          <w:i w:val="0"/>
        </w:rPr>
        <w:t xml:space="preserve">ligne le </w:t>
      </w:r>
      <w:r>
        <w:rPr>
          <w:b w:val="0"/>
          <w:i w:val="0"/>
          <w:color w:val="1A365D"/>
          <w:shd w:val="clear" w:color="auto" w:fill="FBF8EE"/>
        </w:rPr>
        <w:t>[date de la commande]</w:t>
      </w:r>
      <w:r>
        <w:rPr>
          <w:b w:val="0"/>
          <w:i w:val="0"/>
        </w:rPr>
        <w:t xml:space="preserve"> pour un montant de </w:t>
      </w:r>
      <w:r>
        <w:rPr>
          <w:b w:val="0"/>
          <w:i w:val="0"/>
          <w:color w:val="1A365D"/>
          <w:shd w:val="clear" w:color="auto" w:fill="FBF8EE"/>
        </w:rPr>
        <w:t>[montant payé]</w:t>
      </w:r>
      <w:r>
        <w:rPr>
          <w:b w:val="0"/>
          <w:i w:val="0"/>
        </w:rPr>
        <w:t xml:space="preserve"> euros.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QUI S'EST PASSÉ</w:t>
      </w:r>
    </w:p>
    <w:p>
      <w:pPr>
        <w:jc w:val="both"/>
      </w:pPr>
      <w:r>
        <w:t>[Décrire : le bien n'a pas été livré / je me suis rétracté et je n'ai pas été remboursé / le</w:t>
      </w:r>
    </w:p>
    <w:p>
      <w:pPr>
        <w:jc w:val="both"/>
      </w:pPr>
      <w:r>
        <w:t>remboursement est incomplet. Donner les dates.]</w:t>
      </w:r>
    </w:p>
    <w:p>
      <w:pPr>
        <w:jc w:val="both"/>
      </w:pPr>
      <w:r>
        <w:rPr>
          <w:b w:val="0"/>
          <w:i w:val="0"/>
        </w:rPr>
        <w:t xml:space="preserve">Date de la commande : </w:t>
      </w:r>
      <w:r>
        <w:rPr>
          <w:b w:val="0"/>
          <w:i w:val="0"/>
          <w:color w:val="1A365D"/>
          <w:shd w:val="clear" w:color="auto" w:fill="FBF8EE"/>
        </w:rPr>
        <w:t>[date de la commande]</w:t>
      </w:r>
    </w:p>
    <w:p>
      <w:pPr>
        <w:jc w:val="both"/>
      </w:pPr>
      <w:r>
        <w:rPr>
          <w:b w:val="0"/>
          <w:i w:val="0"/>
        </w:rPr>
        <w:t xml:space="preserve">[Date de réception du bien : </w:t>
      </w:r>
      <w:r>
        <w:rPr>
          <w:b w:val="0"/>
          <w:i w:val="0"/>
          <w:color w:val="1A365D"/>
          <w:shd w:val="clear" w:color="auto" w:fill="FBF8EE"/>
        </w:rPr>
        <w:t>[date de réception]</w:t>
      </w:r>
      <w:r>
        <w:rPr>
          <w:b w:val="0"/>
          <w:i w:val="0"/>
        </w:rPr>
        <w:t>]</w:t>
      </w:r>
    </w:p>
    <w:p>
      <w:pPr>
        <w:jc w:val="both"/>
      </w:pPr>
      <w:r>
        <w:rPr>
          <w:b w:val="0"/>
          <w:i w:val="0"/>
        </w:rPr>
        <w:t xml:space="preserve">[Date de ma rétractation : </w:t>
      </w:r>
      <w:r>
        <w:rPr>
          <w:b w:val="0"/>
          <w:i w:val="0"/>
          <w:color w:val="1A365D"/>
          <w:shd w:val="clear" w:color="auto" w:fill="FBF8EE"/>
        </w:rPr>
        <w:t>[date de votre rétractation]</w:t>
      </w:r>
      <w:r>
        <w:rPr>
          <w:b w:val="0"/>
          <w:i w:val="0"/>
        </w:rPr>
        <w:t>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MA RÉCLAMATION ET LA SUITE QUI LUI A ÉTÉ DONNÉE</w:t>
      </w:r>
    </w:p>
    <w:p>
      <w:pPr>
        <w:jc w:val="both"/>
      </w:pPr>
      <w:r>
        <w:rPr>
          <w:b w:val="0"/>
          <w:i w:val="0"/>
        </w:rPr>
        <w:t xml:space="preserve">J'ai adressé au vendeur une réclamation écrite le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[Il l'a rejetée le </w:t>
      </w:r>
      <w:r>
        <w:rPr>
          <w:b w:val="0"/>
          <w:i w:val="0"/>
          <w:color w:val="1A365D"/>
          <w:shd w:val="clear" w:color="auto" w:fill="FBF8EE"/>
        </w:rPr>
        <w:t>[date de la réponse]</w:t>
      </w:r>
      <w:r>
        <w:rPr>
          <w:b w:val="0"/>
          <w:i w:val="0"/>
        </w:rPr>
        <w:t xml:space="preserve"> / Il n'y a pas répondu.]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DEMANDE</w:t>
      </w:r>
    </w:p>
    <w:p>
      <w:pPr>
        <w:jc w:val="both"/>
      </w:pPr>
      <w:r>
        <w:rPr>
          <w:b w:val="0"/>
          <w:i w:val="0"/>
        </w:rPr>
        <w:t xml:space="preserve">Le remboursement de </w:t>
      </w:r>
      <w:r>
        <w:rPr>
          <w:b w:val="0"/>
          <w:i w:val="0"/>
          <w:color w:val="1A365D"/>
          <w:shd w:val="clear" w:color="auto" w:fill="FBF8EE"/>
        </w:rPr>
        <w:t>[montant payé]</w:t>
      </w:r>
      <w:r>
        <w:rPr>
          <w:b w:val="0"/>
          <w:i w:val="0"/>
        </w:rPr>
        <w:t xml:space="preserve"> euros, [le cas échéant : majoré de plein droit dans les</w:t>
      </w:r>
    </w:p>
    <w:p>
      <w:pPr>
        <w:jc w:val="both"/>
      </w:pPr>
      <w:r>
        <w:rPr>
          <w:b w:val="0"/>
          <w:i w:val="0"/>
        </w:rPr>
        <w:t xml:space="preserve">conditions prévues par le code de la consommation, soit </w:t>
      </w:r>
      <w:r>
        <w:rPr>
          <w:b w:val="0"/>
          <w:i w:val="0"/>
          <w:color w:val="1A365D"/>
          <w:shd w:val="clear" w:color="auto" w:fill="FBF8EE"/>
        </w:rPr>
        <w:t>[montant de la majoration]</w:t>
      </w:r>
      <w:r>
        <w:rPr>
          <w:b w:val="0"/>
          <w:i w:val="0"/>
        </w:rPr>
        <w:t xml:space="preserve"> euros].</w:t>
      </w:r>
    </w:p>
    <w:p>
      <w:pPr>
        <w:jc w:val="both"/>
      </w:pPr>
      <w:r>
        <w:t>Le litige n'a été soumis à aucun autre médiateur ni à aucun tribunal.</w:t>
      </w:r>
    </w:p>
    <w:p>
      <w:pPr>
        <w:jc w:val="both"/>
      </w:pPr>
      <w:r>
        <w:t>Je vous prie d'agréer, Madame, Monsieur le Médiateur, l'expression de ma considération</w:t>
      </w:r>
    </w:p>
    <w:p>
      <w:pPr>
        <w:jc w:val="both"/>
      </w:pPr>
      <w:r>
        <w:t>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JOINTES — elles conditionnent la recevabilité : bon de commande ou facture — preuve du</w:t>
      </w:r>
    </w:p>
    <w:p>
      <w:pPr>
        <w:jc w:val="both"/>
      </w:pPr>
      <w:r>
        <w:rPr>
          <w:b w:val="0"/>
          <w:i w:val="0"/>
        </w:rPr>
        <w:t xml:space="preserve">paiement — copie de ma réclamation et son accusé de réception — </w:t>
      </w:r>
      <w:r>
        <w:rPr>
          <w:b w:val="0"/>
          <w:i w:val="0"/>
          <w:color w:val="1A365D"/>
          <w:shd w:val="clear" w:color="auto" w:fill="FBF8EE"/>
        </w:rPr>
        <w:t>[réponse du vendeur]</w:t>
      </w:r>
      <w:r>
        <w:rPr>
          <w:b w:val="0"/>
          <w:i w:val="0"/>
        </w:rPr>
        <w:t xml:space="preserve"> —</w:t>
      </w:r>
    </w:p>
    <w:p>
      <w:pPr>
        <w:jc w:val="both"/>
      </w:pPr>
      <w:r>
        <w:t>[preuve d'expédition du retour]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