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Conciliateur de justice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[Mairie ou tribunal de proximité de </w:t>
      </w:r>
      <w:r>
        <w:rPr>
          <w:b w:val="0"/>
          <w:i w:val="0"/>
          <w:color w:val="1A365D"/>
          <w:shd w:val="clear" w:color="auto" w:fill="FBF8EE"/>
        </w:rPr>
        <w:t>[ville du conciliateur]</w:t>
      </w:r>
      <w:r>
        <w:rPr>
          <w:b w:val="0"/>
          <w:i w:val="0"/>
        </w:rPr>
        <w:t>]</w:t>
      </w:r>
    </w:p>
    <w:p>
      <w:pPr>
        <w:spacing w:after="0" w:line="252" w:lineRule="auto"/>
        <w:ind w:left="5102"/>
      </w:pPr>
      <w:r>
        <w:rPr>
          <w:sz w:val="18"/>
        </w:rPr>
        <w:t>[Adresse du conciliateur]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achat en ligne, commande n° </w:t>
      </w:r>
      <w:r>
        <w:rPr>
          <w:b/>
          <w:i w:val="0"/>
          <w:color w:val="1A365D"/>
          <w:shd w:val="clear" w:color="auto" w:fill="FBF8EE"/>
        </w:rPr>
        <w:t>[numéro de commande]</w:t>
      </w:r>
    </w:p>
    <w:p>
      <w:pPr>
        <w:jc w:val="both"/>
      </w:pPr>
      <w:r>
        <w:t>Monsieur le Conciliateur,</w:t>
      </w:r>
    </w:p>
    <w:p>
      <w:pPr>
        <w:jc w:val="both"/>
      </w:pPr>
      <w:r>
        <w:t>Je sollicite votre intervention en vue de tenter une résolution amiable du litige qui m'oppose</w:t>
      </w:r>
    </w:p>
    <w:p>
      <w:pPr>
        <w:jc w:val="both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[nom et adresse du vendeur]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LA COMMANDE</w:t>
      </w:r>
    </w:p>
    <w:p>
      <w:pPr>
        <w:jc w:val="both"/>
      </w:pPr>
      <w:r>
        <w:rPr>
          <w:b w:val="0"/>
          <w:i w:val="0"/>
        </w:rPr>
        <w:t xml:space="preserve">Passée en ligne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sur le site </w:t>
      </w:r>
      <w:r>
        <w:rPr>
          <w:b w:val="0"/>
          <w:i w:val="0"/>
          <w:color w:val="1A365D"/>
          <w:shd w:val="clear" w:color="auto" w:fill="FBF8EE"/>
        </w:rPr>
        <w:t>[nom du site]</w:t>
      </w:r>
      <w:r>
        <w:rPr>
          <w:b w:val="0"/>
          <w:i w:val="0"/>
        </w:rPr>
        <w:t>, pour [désignation du bien ou du</w:t>
      </w:r>
    </w:p>
    <w:p>
      <w:pPr>
        <w:jc w:val="both"/>
      </w:pPr>
      <w:r>
        <w:rPr>
          <w:b w:val="0"/>
          <w:i w:val="0"/>
        </w:rPr>
        <w:t xml:space="preserve">service], d'un montant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réglé le </w:t>
      </w:r>
      <w:r>
        <w:rPr>
          <w:b w:val="0"/>
          <w:i w:val="0"/>
          <w:color w:val="1A365D"/>
          <w:shd w:val="clear" w:color="auto" w:fill="FBF8EE"/>
        </w:rPr>
        <w:t>[date du paiement]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: le bien n'a pas été livré / je me suis rétracté et je n'ai pas été remboursé / le</w:t>
      </w:r>
    </w:p>
    <w:p>
      <w:pPr>
        <w:jc w:val="both"/>
      </w:pPr>
      <w:r>
        <w:t>remboursement est incomplet. Donner les dates et les montants.]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Réclamation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puis mise en demeure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. [Sans réponse / Réponse de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RECHERCHE PAR VOTRE INTERMÉDIAIRE</w:t>
      </w:r>
    </w:p>
    <w:p>
      <w:pPr>
        <w:jc w:val="both"/>
      </w:pPr>
      <w:r>
        <w:t>[Dire ce que vous accepteriez : le remboursement intégral, un remboursement partiel, la</w:t>
      </w:r>
    </w:p>
    <w:p>
      <w:pPr>
        <w:jc w:val="both"/>
      </w:pPr>
      <w:r>
        <w:t>livraison. Un conciliateur travaille sur un écart, pas sur une position.]</w:t>
      </w:r>
    </w:p>
    <w:p>
      <w:pPr>
        <w:jc w:val="both"/>
      </w:pPr>
      <w:r>
        <w:t>Je reste à votre disposition pour vous rencontrer et vous remettre les pièces.</w:t>
      </w:r>
    </w:p>
    <w:p>
      <w:pPr>
        <w:jc w:val="both"/>
      </w:pPr>
      <w:r>
        <w:t>Je vous prie d'agréer, Monsieur le Conciliateur,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confirmation de commande — preuve du paiement — [notification de rétractation</w:t>
      </w:r>
    </w:p>
    <w:p>
      <w:pPr>
        <w:jc w:val="both"/>
      </w:pPr>
      <w:r>
        <w:t>et preuve d'expédition du retour] — réclamation et mise en demeure avec leurs accusés de</w:t>
      </w:r>
    </w:p>
    <w:p>
      <w:pPr>
        <w:jc w:val="both"/>
      </w:pPr>
      <w:r>
        <w:rPr>
          <w:b w:val="0"/>
          <w:i w:val="0"/>
        </w:rPr>
        <w:t xml:space="preserve">réception — </w:t>
      </w:r>
      <w:r>
        <w:rPr>
          <w:b w:val="0"/>
          <w:i w:val="0"/>
          <w:color w:val="1A365D"/>
          <w:shd w:val="clear" w:color="auto" w:fill="FBF8EE"/>
        </w:rPr>
        <w:t>[réponse du vendeur]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