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ASSIGNATION DEVANT LE TRIBUNAL JUDICIAIRE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L'AN DEUX MILLE </w:t>
      </w:r>
      <w:r>
        <w:rPr>
          <w:b w:val="0"/>
          <w:i w:val="0"/>
          <w:color w:val="1A365D"/>
          <w:shd w:val="clear" w:color="auto" w:fill="FBF8EE"/>
        </w:rPr>
        <w:t>[année en lettres]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[jour en lettres]</w:t>
      </w:r>
      <w:r>
        <w:rPr>
          <w:b w:val="0"/>
          <w:i w:val="0"/>
        </w:rPr>
        <w:t xml:space="preserve"> </w:t>
      </w:r>
      <w:r>
        <w:rPr>
          <w:b w:val="0"/>
          <w:i w:val="0"/>
          <w:color w:val="1A365D"/>
          <w:shd w:val="clear" w:color="auto" w:fill="FBF8EE"/>
        </w:rPr>
        <w:t>[mois en lettres]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À LA DEMANDE DE</w:t>
      </w:r>
    </w:p>
    <w:p>
      <w:pPr>
        <w:jc w:val="both"/>
      </w:pPr>
      <w:r>
        <w:rPr>
          <w:b w:val="0"/>
          <w:i w:val="0"/>
        </w:rPr>
        <w:t xml:space="preserve">Monsieur ou Madame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né(e) le </w:t>
      </w:r>
      <w:r>
        <w:rPr>
          <w:b w:val="0"/>
          <w:i w:val="0"/>
          <w:color w:val="1A365D"/>
          <w:shd w:val="clear" w:color="auto" w:fill="FBF8EE"/>
        </w:rPr>
        <w:t>[date de naissance]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[lieu de naissance]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de nationalité </w:t>
      </w:r>
      <w:r>
        <w:rPr>
          <w:b w:val="0"/>
          <w:i w:val="0"/>
          <w:color w:val="1A365D"/>
          <w:shd w:val="clear" w:color="auto" w:fill="FBF8EE"/>
        </w:rPr>
        <w:t>[nationalité]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[profession]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J'AI, </w:t>
      </w:r>
      <w:r>
        <w:rPr>
          <w:b w:val="0"/>
          <w:i w:val="0"/>
          <w:color w:val="1A365D"/>
          <w:shd w:val="clear" w:color="auto" w:fill="FBF8EE"/>
        </w:rPr>
        <w:t>[nom du commissaire de justice]</w:t>
      </w:r>
      <w:r>
        <w:rPr>
          <w:b w:val="0"/>
          <w:i w:val="0"/>
        </w:rPr>
        <w:t>, commissaire de justice associé,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DONNÉ ASSIGNATION À</w:t>
      </w:r>
    </w:p>
    <w:p>
      <w:pPr>
        <w:jc w:val="both"/>
      </w:pPr>
      <w:r>
        <w:rPr>
          <w:b w:val="0"/>
          <w:i w:val="0"/>
        </w:rPr>
        <w:t xml:space="preserve">La société </w:t>
      </w:r>
      <w:r>
        <w:rPr>
          <w:b w:val="0"/>
          <w:i w:val="0"/>
          <w:color w:val="1A365D"/>
          <w:shd w:val="clear" w:color="auto" w:fill="FBF8EE"/>
        </w:rPr>
        <w:t>[raison sociale du vendeur]</w:t>
      </w:r>
      <w:r>
        <w:rPr>
          <w:b w:val="0"/>
          <w:i w:val="0"/>
        </w:rPr>
        <w:t xml:space="preserve">, immatriculée sous le numéro </w:t>
      </w:r>
      <w:r>
        <w:rPr>
          <w:b w:val="0"/>
          <w:i w:val="0"/>
          <w:color w:val="1A365D"/>
          <w:shd w:val="clear" w:color="auto" w:fill="FBF8EE"/>
        </w:rPr>
        <w:t>[SIREN]</w:t>
      </w:r>
      <w:r>
        <w:rPr>
          <w:b w:val="0"/>
          <w:i w:val="0"/>
        </w:rPr>
        <w:t>, dont le siège est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[adresse du siège]</w:t>
      </w:r>
      <w:r>
        <w:rPr>
          <w:b w:val="0"/>
          <w:i w:val="0"/>
        </w:rPr>
        <w:t>, prise en la personne de ses représentants légaux,</w:t>
      </w:r>
    </w:p>
    <w:p>
      <w:pPr>
        <w:jc w:val="both"/>
      </w:pPr>
      <w:r>
        <w:rPr>
          <w:b w:val="0"/>
          <w:i w:val="0"/>
        </w:rPr>
        <w:t xml:space="preserve">À COMPARAÎTRE le </w:t>
      </w: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à </w:t>
      </w:r>
      <w:r>
        <w:rPr>
          <w:b w:val="0"/>
          <w:i w:val="0"/>
          <w:color w:val="1A365D"/>
          <w:shd w:val="clear" w:color="auto" w:fill="FBF8EE"/>
        </w:rPr>
        <w:t>[heure de l'audience]</w:t>
      </w:r>
      <w:r>
        <w:rPr>
          <w:b w:val="0"/>
          <w:i w:val="0"/>
        </w:rPr>
        <w:t xml:space="preserve"> devant le tribunal judiciaire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[adresse du tribunal]</w:t>
      </w:r>
      <w:r>
        <w:rPr>
          <w:b w:val="0"/>
          <w:i w:val="0"/>
        </w:rPr>
        <w:t>.</w:t>
      </w:r>
    </w:p>
    <w:p>
      <w:pPr>
        <w:jc w:val="both"/>
      </w:pPr>
      <w:r>
        <w:t>TRÈS IMPORTANT — Faute de comparaître, vous vous exposez à ce qu'un jugement soit rendu contre</w:t>
      </w:r>
    </w:p>
    <w:p>
      <w:pPr>
        <w:jc w:val="both"/>
      </w:pPr>
      <w:r>
        <w:t>vous sur les seuls éléments fournis par votre adversaire.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OBJET DE LA DEMANDE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LES FAITS</w:t>
      </w:r>
    </w:p>
    <w:p>
      <w:pPr>
        <w:jc w:val="both"/>
      </w:pPr>
      <w:r>
        <w:rPr>
          <w:b w:val="0"/>
          <w:i w:val="0"/>
        </w:rPr>
        <w:t xml:space="preserve">Le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, j'ai commandé sur le site </w:t>
      </w:r>
      <w:r>
        <w:rPr>
          <w:b w:val="0"/>
          <w:i w:val="0"/>
          <w:color w:val="1A365D"/>
          <w:shd w:val="clear" w:color="auto" w:fill="FBF8EE"/>
        </w:rPr>
        <w:t>[nom du site]</w:t>
      </w:r>
      <w:r>
        <w:rPr>
          <w:b w:val="0"/>
          <w:i w:val="0"/>
        </w:rPr>
        <w:t xml:space="preserve"> [désignation du bien ou du</w:t>
      </w:r>
    </w:p>
    <w:p>
      <w:pPr>
        <w:jc w:val="both"/>
      </w:pPr>
      <w:r>
        <w:rPr>
          <w:b w:val="0"/>
          <w:i w:val="0"/>
        </w:rPr>
        <w:t xml:space="preserve">service], pour un montant de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euros, que j'ai intégralement réglé.</w:t>
      </w:r>
    </w:p>
    <w:p>
      <w:pPr>
        <w:jc w:val="both"/>
      </w:pPr>
      <w:r>
        <w:t>[Développer selon le cas : la livraison n'est jamais intervenue / je me suis rétracté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votre rétractation]</w:t>
      </w:r>
      <w:r>
        <w:rPr>
          <w:b w:val="0"/>
          <w:i w:val="0"/>
        </w:rPr>
        <w:t xml:space="preserve"> et le remboursement n'a pas été effectué / le remboursement est</w:t>
      </w:r>
    </w:p>
    <w:p>
      <w:pPr>
        <w:jc w:val="both"/>
      </w:pPr>
      <w:r>
        <w:t>incomplet.]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Le vendeur ne m'a jamais informé de mon droit de rétractation.</w:t>
      </w:r>
    </w:p>
    <w:p>
      <w:pPr>
        <w:jc w:val="both"/>
      </w:pPr>
      <w:r>
        <w:t>Une réclamation est restée sans effet, puis une mise en demeure adressée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Une tentative de résolution amiable a été engagée le </w:t>
      </w:r>
      <w:r>
        <w:rPr>
          <w:b w:val="0"/>
          <w:i w:val="0"/>
          <w:color w:val="1A365D"/>
          <w:shd w:val="clear" w:color="auto" w:fill="FBF8EE"/>
        </w:rPr>
        <w:t>[date de la tentative amiable]</w:t>
      </w:r>
      <w:r>
        <w:rPr>
          <w:b w:val="0"/>
          <w:i w:val="0"/>
        </w:rPr>
        <w:t xml:space="preserve"> auprès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[médiateur de la consommation / conciliateur de justice]</w:t>
      </w:r>
      <w:r>
        <w:rPr>
          <w:b w:val="0"/>
          <w:i w:val="0"/>
        </w:rPr>
        <w:t>, et [elle a échoué / elle est restée</w:t>
      </w:r>
    </w:p>
    <w:p>
      <w:pPr>
        <w:jc w:val="both"/>
      </w:pPr>
      <w:r>
        <w:t>sans réponse].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LA DISCUSSION</w:t>
      </w:r>
    </w:p>
    <w:p>
      <w:pPr>
        <w:jc w:val="both"/>
      </w:pPr>
      <w:r>
        <w:t>A. Sur le droit de rétractation et son délai</w:t>
      </w:r>
    </w:p>
    <w:p>
      <w:pPr>
        <w:jc w:val="both"/>
      </w:pPr>
      <w:r>
        <w:t>Le consommateur dispose d'un délai de quatorze jours pour exercer son droit de rétractation</w:t>
      </w:r>
    </w:p>
    <w:p>
      <w:pPr>
        <w:jc w:val="both"/>
      </w:pPr>
      <w:r>
        <w:t>d'un contrat conclu à distance, sans avoir à motiver sa décision.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Faute d'information sur ce droit, ce délai a été prolongé de douze mois à</w:t>
      </w:r>
    </w:p>
    <w:p>
      <w:pPr>
        <w:jc w:val="both"/>
      </w:pPr>
      <w:r>
        <w:rPr>
          <w:b w:val="0"/>
          <w:i w:val="0"/>
        </w:rPr>
        <w:t xml:space="preserve">compter de l'expiration du délai initial. Ma rétractation du </w:t>
      </w:r>
      <w:r>
        <w:rPr>
          <w:b w:val="0"/>
          <w:i w:val="0"/>
          <w:color w:val="1A365D"/>
          <w:shd w:val="clear" w:color="auto" w:fill="FBF8EE"/>
        </w:rPr>
        <w:t>[date de votre rétractation]</w:t>
      </w:r>
      <w:r>
        <w:rPr>
          <w:b w:val="0"/>
          <w:i w:val="0"/>
        </w:rPr>
        <w:t xml:space="preserve"> est donc</w:t>
      </w:r>
    </w:p>
    <w:p>
      <w:pPr>
        <w:jc w:val="both"/>
      </w:pPr>
      <w:r>
        <w:t>intervenue dans le délai.</w:t>
      </w:r>
    </w:p>
    <w:p>
      <w:pPr>
        <w:jc w:val="both"/>
      </w:pPr>
      <w:r>
        <w:t>B. Sur l'obligation de rembourser et sa majoration</w:t>
      </w:r>
    </w:p>
    <w:p>
      <w:pPr>
        <w:jc w:val="both"/>
      </w:pPr>
      <w:r>
        <w:t>Le professionnel rembourse la totalité des sommes versées, au plus tard dans les quatorze jours</w:t>
      </w:r>
    </w:p>
    <w:p>
      <w:pPr>
        <w:jc w:val="both"/>
      </w:pPr>
      <w:r>
        <w:t>suivant la date à laquelle il est informé de la décision de se rétracter.</w:t>
      </w:r>
    </w:p>
    <w:p>
      <w:pPr>
        <w:jc w:val="both"/>
      </w:pPr>
      <w:r>
        <w:t>À défaut, les sommes dues sont majorées DE PLEIN DROIT, dans une proportion qui croît avec le</w:t>
      </w:r>
    </w:p>
    <w:p>
      <w:pPr>
        <w:jc w:val="both"/>
      </w:pPr>
      <w:r>
        <w:t>retard, jusqu'à concurrence du prix du produit.</w:t>
      </w:r>
    </w:p>
    <w:p>
      <w:pPr>
        <w:jc w:val="both"/>
      </w:pPr>
      <w:r>
        <w:rPr>
          <w:b w:val="0"/>
          <w:i w:val="0"/>
        </w:rPr>
        <w:t xml:space="preserve">Le retard est ici de </w:t>
      </w:r>
      <w:r>
        <w:rPr>
          <w:b w:val="0"/>
          <w:i w:val="0"/>
          <w:color w:val="1A365D"/>
          <w:shd w:val="clear" w:color="auto" w:fill="FBF8EE"/>
        </w:rPr>
        <w:t>[nombre de jours de retard]</w:t>
      </w:r>
      <w:r>
        <w:rPr>
          <w:b w:val="0"/>
          <w:i w:val="0"/>
        </w:rPr>
        <w:t xml:space="preserve"> jours, ce qui porte la majoration à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majoration]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C. </w:t>
      </w:r>
      <w:r>
        <w:rPr>
          <w:b w:val="0"/>
          <w:i w:val="0"/>
          <w:color w:val="1A365D"/>
          <w:shd w:val="clear" w:color="auto" w:fill="FBF8EE"/>
        </w:rPr>
        <w:t>[Le cas échéant]</w:t>
      </w:r>
      <w:r>
        <w:rPr>
          <w:b w:val="0"/>
          <w:i w:val="0"/>
        </w:rPr>
        <w:t xml:space="preserve"> Sur le défaut de délivrance</w:t>
      </w:r>
    </w:p>
    <w:p>
      <w:pPr>
        <w:jc w:val="both"/>
      </w:pPr>
      <w:r>
        <w:t>Le professionnel délivre le bien à la date ou dans le délai indiqué. À défaut, le consommateur</w:t>
      </w:r>
    </w:p>
    <w:p>
      <w:pPr>
        <w:jc w:val="both"/>
      </w:pPr>
      <w:r>
        <w:t>peut résoudre le contrat après mise en demeure demeurée sans effet, et le professionnel</w:t>
      </w:r>
    </w:p>
    <w:p>
      <w:pPr>
        <w:jc w:val="both"/>
      </w:pPr>
      <w:r>
        <w:t>rembourse alors la totalité des sommes versées.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 — LE PRÉJUDICE</w:t>
      </w:r>
    </w:p>
    <w:p>
      <w:pPr>
        <w:jc w:val="both"/>
      </w:pPr>
      <w:r>
        <w:t>Outre le principal et la majoration, j'ai exposé [détailler : frais de retour, achats de</w:t>
      </w:r>
    </w:p>
    <w:p>
      <w:pPr>
        <w:jc w:val="both"/>
      </w:pPr>
      <w:r>
        <w:rPr>
          <w:b w:val="0"/>
          <w:i w:val="0"/>
        </w:rPr>
        <w:t xml:space="preserve">remplacement, communications], soit </w:t>
      </w:r>
      <w:r>
        <w:rPr>
          <w:b w:val="0"/>
          <w:i w:val="0"/>
          <w:color w:val="1A365D"/>
          <w:shd w:val="clear" w:color="auto" w:fill="FBF8EE"/>
        </w:rPr>
        <w:t>[montant des frais annexes]</w:t>
      </w:r>
      <w:r>
        <w:rPr>
          <w:b w:val="0"/>
          <w:i w:val="0"/>
        </w:rPr>
        <w:t xml:space="preserve"> euros.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tribunal de :</w:t>
      </w:r>
    </w:p>
    <w:p>
      <w:pPr>
        <w:jc w:val="both"/>
      </w:pPr>
      <w:r>
        <w:rPr>
          <w:b w:val="0"/>
          <w:i w:val="0"/>
        </w:rPr>
        <w:t xml:space="preserve">— CONDAMNER la société </w:t>
      </w:r>
      <w:r>
        <w:rPr>
          <w:b w:val="0"/>
          <w:i w:val="0"/>
          <w:color w:val="1A365D"/>
          <w:shd w:val="clear" w:color="auto" w:fill="FBF8EE"/>
        </w:rPr>
        <w:t>[raison sociale du vendeur]</w:t>
      </w:r>
      <w:r>
        <w:rPr>
          <w:b w:val="0"/>
          <w:i w:val="0"/>
        </w:rPr>
        <w:t xml:space="preserve"> à me payer </w:t>
      </w:r>
      <w:r>
        <w:rPr>
          <w:b w:val="0"/>
          <w:i w:val="0"/>
          <w:color w:val="1A365D"/>
          <w:shd w:val="clear" w:color="auto" w:fill="FBF8EE"/>
        </w:rPr>
        <w:t>[montant payé]</w:t>
      </w:r>
      <w:r>
        <w:rPr>
          <w:b w:val="0"/>
          <w:i w:val="0"/>
        </w:rPr>
        <w:t xml:space="preserve"> euros au titre du</w:t>
      </w:r>
    </w:p>
    <w:p>
      <w:pPr>
        <w:jc w:val="both"/>
      </w:pPr>
      <w:r>
        <w:t>remboursement dû ;</w:t>
      </w:r>
    </w:p>
    <w:p>
      <w:pPr>
        <w:jc w:val="both"/>
      </w:pPr>
      <w:r>
        <w:rPr>
          <w:b w:val="0"/>
          <w:i w:val="0"/>
        </w:rPr>
        <w:t xml:space="preserve">— LA CONDAMNER à me payer </w:t>
      </w:r>
      <w:r>
        <w:rPr>
          <w:b w:val="0"/>
          <w:i w:val="0"/>
          <w:color w:val="1A365D"/>
          <w:shd w:val="clear" w:color="auto" w:fill="FBF8EE"/>
        </w:rPr>
        <w:t>[montant de la majoration]</w:t>
      </w:r>
      <w:r>
        <w:rPr>
          <w:b w:val="0"/>
          <w:i w:val="0"/>
        </w:rPr>
        <w:t xml:space="preserve"> euros au titre de la majoration légale ;</w:t>
      </w:r>
    </w:p>
    <w:p>
      <w:pPr>
        <w:jc w:val="both"/>
      </w:pPr>
      <w:r>
        <w:rPr>
          <w:b w:val="0"/>
          <w:i w:val="0"/>
        </w:rPr>
        <w:t xml:space="preserve">— LA CONDAMNER à me payer </w:t>
      </w:r>
      <w:r>
        <w:rPr>
          <w:b w:val="0"/>
          <w:i w:val="0"/>
          <w:color w:val="1A365D"/>
          <w:shd w:val="clear" w:color="auto" w:fill="FBF8EE"/>
        </w:rPr>
        <w:t>[montant des frais annexes]</w:t>
      </w:r>
      <w:r>
        <w:rPr>
          <w:b w:val="0"/>
          <w:i w:val="0"/>
        </w:rPr>
        <w:t xml:space="preserve"> euros au titre des frais exposés ;</w:t>
      </w:r>
    </w:p>
    <w:p>
      <w:pPr>
        <w:jc w:val="both"/>
      </w:pPr>
      <w:r>
        <w:t>— DIRE que ces sommes porteront intérêts au taux légal à compter de la mise en demeure ;</w:t>
      </w:r>
    </w:p>
    <w:p>
      <w:pPr>
        <w:jc w:val="both"/>
      </w:pPr>
      <w:r>
        <w:rPr>
          <w:b w:val="0"/>
          <w:i w:val="0"/>
        </w:rPr>
        <w:t xml:space="preserve">— LA CONDAMNER à me payer </w:t>
      </w:r>
      <w:r>
        <w:rPr>
          <w:b w:val="0"/>
          <w:i w:val="0"/>
          <w:color w:val="1A365D"/>
          <w:shd w:val="clear" w:color="auto" w:fill="FBF8EE"/>
        </w:rPr>
        <w:t>[montant demandé au titre des frais de procédure]</w:t>
      </w:r>
      <w:r>
        <w:rPr>
          <w:b w:val="0"/>
          <w:i w:val="0"/>
        </w:rPr>
        <w:t xml:space="preserve"> euros au titre</w:t>
      </w:r>
    </w:p>
    <w:p>
      <w:pPr>
        <w:jc w:val="both"/>
      </w:pPr>
      <w:r>
        <w:t>des frais irrépétibles, ainsi qu'aux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 COMMUNIQUÉES</w:t>
      </w:r>
    </w:p>
    <w:p>
      <w:pPr>
        <w:jc w:val="both"/>
      </w:pPr>
      <w:r>
        <w:rPr>
          <w:b w:val="0"/>
          <w:i w:val="0"/>
        </w:rPr>
        <w:t xml:space="preserve">1. Confirmation de commande du </w:t>
      </w:r>
      <w:r>
        <w:rPr>
          <w:b w:val="0"/>
          <w:i w:val="0"/>
          <w:color w:val="1A365D"/>
          <w:shd w:val="clear" w:color="auto" w:fill="FBF8EE"/>
        </w:rPr>
        <w:t>[date de la commande]</w:t>
      </w:r>
      <w:r>
        <w:rPr>
          <w:b w:val="0"/>
          <w:i w:val="0"/>
        </w:rPr>
        <w:t xml:space="preserve"> et preuve du paiement</w:t>
      </w:r>
    </w:p>
    <w:p>
      <w:pPr>
        <w:jc w:val="both"/>
      </w:pPr>
      <w:r>
        <w:rPr>
          <w:b w:val="0"/>
          <w:i w:val="0"/>
        </w:rPr>
        <w:t xml:space="preserve">2. </w:t>
      </w:r>
      <w:r>
        <w:rPr>
          <w:b w:val="0"/>
          <w:i w:val="0"/>
          <w:color w:val="1A365D"/>
          <w:shd w:val="clear" w:color="auto" w:fill="FBF8EE"/>
        </w:rPr>
        <w:t>[Conditions générales de vente du site, telles qu'affichées à la commande]</w:t>
      </w:r>
    </w:p>
    <w:p>
      <w:pPr>
        <w:jc w:val="both"/>
      </w:pPr>
      <w:r>
        <w:rPr>
          <w:b w:val="0"/>
          <w:i w:val="0"/>
        </w:rPr>
        <w:t xml:space="preserve">3. [Notification de rétractation du </w:t>
      </w:r>
      <w:r>
        <w:rPr>
          <w:b w:val="0"/>
          <w:i w:val="0"/>
          <w:color w:val="1A365D"/>
          <w:shd w:val="clear" w:color="auto" w:fill="FBF8EE"/>
        </w:rPr>
        <w:t>[date de votre rétractation]</w:t>
      </w:r>
      <w:r>
        <w:rPr>
          <w:b w:val="0"/>
          <w:i w:val="0"/>
        </w:rPr>
        <w:t xml:space="preserve"> et preuve d'expédition du retour]</w:t>
      </w:r>
    </w:p>
    <w:p>
      <w:pPr>
        <w:jc w:val="both"/>
      </w:pPr>
      <w:r>
        <w:rPr>
          <w:b w:val="0"/>
          <w:i w:val="0"/>
        </w:rPr>
        <w:t xml:space="preserve">4. Mise en demeure du </w:t>
      </w:r>
      <w:r>
        <w:rPr>
          <w:b w:val="0"/>
          <w:i w:val="0"/>
          <w:color w:val="1A365D"/>
          <w:shd w:val="clear" w:color="auto" w:fill="FBF8EE"/>
        </w:rPr>
        <w:t>[date de la mise en demeure]</w:t>
      </w:r>
      <w:r>
        <w:rPr>
          <w:b w:val="0"/>
          <w:i w:val="0"/>
        </w:rPr>
        <w:t xml:space="preserve"> et son accusé de réception</w:t>
      </w:r>
    </w:p>
    <w:p>
      <w:pPr>
        <w:jc w:val="both"/>
      </w:pPr>
      <w:r>
        <w:t>5. Preuve de la tentative amiable et de son issue</w:t>
      </w:r>
    </w:p>
    <w:p>
      <w:pPr>
        <w:jc w:val="both"/>
      </w:pPr>
      <w:r>
        <w:t>6. Décompte détaillé de la majoration</w:t>
      </w:r>
    </w:p>
    <w:p>
      <w:pPr>
        <w:jc w:val="both"/>
      </w:pPr>
      <w:r>
        <w:rPr>
          <w:b w:val="0"/>
          <w:i w:val="0"/>
        </w:rPr>
        <w:t xml:space="preserve">7. </w:t>
      </w:r>
      <w:r>
        <w:rPr>
          <w:b w:val="0"/>
          <w:i w:val="0"/>
          <w:color w:val="1A365D"/>
          <w:shd w:val="clear" w:color="auto" w:fill="FBF8EE"/>
        </w:rPr>
        <w:t>[Justificatifs des frais exposés]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