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garage]</w:t>
      </w:r>
    </w:p>
    <w:p>
      <w:pPr>
        <w:spacing w:after="0" w:line="252" w:lineRule="auto"/>
        <w:ind w:left="5102"/>
      </w:pPr>
      <w:r>
        <w:rPr>
          <w:sz w:val="18"/>
        </w:rPr>
        <w:t>[Adresse du garage]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véhicule </w:t>
      </w:r>
      <w:r>
        <w:rPr>
          <w:b/>
          <w:i w:val="0"/>
          <w:color w:val="1A365D"/>
          <w:shd w:val="clear" w:color="auto" w:fill="FBF8EE"/>
        </w:rPr>
        <w:t>[marque et modèle]</w:t>
      </w:r>
      <w:r>
        <w:rPr>
          <w:b/>
          <w:i w:val="0"/>
        </w:rPr>
        <w:t xml:space="preserve">, immatriculé </w:t>
      </w:r>
      <w:r>
        <w:rPr>
          <w:b/>
          <w:i w:val="0"/>
          <w:color w:val="1A365D"/>
          <w:shd w:val="clear" w:color="auto" w:fill="FBF8EE"/>
        </w:rPr>
        <w:t>[numéro d'immatriculation]</w:t>
      </w:r>
      <w:r>
        <w:rPr>
          <w:b/>
          <w:i w:val="0"/>
        </w:rPr>
        <w:t xml:space="preserve"> — facture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 xml:space="preserve"> — CONTESTATION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Vous me réclamez, au titre de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>, la somme</w:t>
      </w:r>
    </w:p>
    <w:p>
      <w:pPr>
        <w:jc w:val="both"/>
      </w:pPr>
      <w:r>
        <w:rPr>
          <w:b w:val="0"/>
          <w:i w:val="0"/>
        </w:rPr>
        <w:t xml:space="preserve">de </w:t>
      </w:r>
      <w:r>
        <w:rPr>
          <w:b w:val="0"/>
          <w:i w:val="0"/>
          <w:color w:val="1A365D"/>
          <w:shd w:val="clear" w:color="auto" w:fill="FBF8EE"/>
        </w:rPr>
        <w:t>[montant réclamé par le garage]</w:t>
      </w:r>
      <w:r>
        <w:rPr>
          <w:b w:val="0"/>
          <w:i w:val="0"/>
        </w:rPr>
        <w:t xml:space="preserve"> euros. Je conteste cette facture pour les motifs suivants.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J'AVAIS COMMANDÉ</w:t>
      </w:r>
    </w:p>
    <w:p>
      <w:pPr>
        <w:jc w:val="both"/>
      </w:pPr>
      <w:r>
        <w:t>[Choisir :]</w:t>
      </w:r>
    </w:p>
    <w:p>
      <w:pPr>
        <w:jc w:val="both"/>
      </w:pPr>
      <w:r>
        <w:rPr>
          <w:b w:val="0"/>
          <w:i w:val="0"/>
        </w:rPr>
        <w:t xml:space="preserve">— J'ai signé le </w:t>
      </w:r>
      <w:r>
        <w:rPr>
          <w:b w:val="0"/>
          <w:i w:val="0"/>
          <w:color w:val="1A365D"/>
          <w:shd w:val="clear" w:color="auto" w:fill="FBF8EE"/>
        </w:rPr>
        <w:t>[date du devis]</w:t>
      </w:r>
      <w:r>
        <w:rPr>
          <w:b w:val="0"/>
          <w:i w:val="0"/>
        </w:rPr>
        <w:t xml:space="preserve"> un devis chiffré à </w:t>
      </w:r>
      <w:r>
        <w:rPr>
          <w:b w:val="0"/>
          <w:i w:val="0"/>
          <w:color w:val="1A365D"/>
          <w:shd w:val="clear" w:color="auto" w:fill="FBF8EE"/>
        </w:rPr>
        <w:t>[montant du devis]</w:t>
      </w:r>
      <w:r>
        <w:rPr>
          <w:b w:val="0"/>
          <w:i w:val="0"/>
        </w:rPr>
        <w:t xml:space="preserve"> euros, portant sur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[objet du devis]</w:t>
      </w:r>
      <w:r>
        <w:rPr>
          <w:b w:val="0"/>
          <w:i w:val="0"/>
        </w:rPr>
        <w:t>. Je n'ai donné aucun accord sur un montant supérieur.</w:t>
      </w:r>
    </w:p>
    <w:p>
      <w:pPr>
        <w:jc w:val="both"/>
      </w:pPr>
      <w:r>
        <w:rPr>
          <w:b w:val="0"/>
          <w:i w:val="0"/>
        </w:rPr>
        <w:t xml:space="preserve">— J'ai signé un ordre de réparation portant sur </w:t>
      </w:r>
      <w:r>
        <w:rPr>
          <w:b w:val="0"/>
          <w:i w:val="0"/>
          <w:color w:val="1A365D"/>
          <w:shd w:val="clear" w:color="auto" w:fill="FBF8EE"/>
        </w:rPr>
        <w:t>[objet de l'ordre de réparation]</w:t>
      </w:r>
      <w:r>
        <w:rPr>
          <w:b w:val="0"/>
          <w:i w:val="0"/>
        </w:rPr>
        <w:t>, sans qu'aucun</w:t>
      </w:r>
    </w:p>
    <w:p>
      <w:pPr>
        <w:jc w:val="both"/>
      </w:pPr>
      <w:r>
        <w:t>montant y figure.</w:t>
      </w:r>
    </w:p>
    <w:p>
      <w:pPr>
        <w:jc w:val="both"/>
      </w:pPr>
      <w:r>
        <w:t>— Aucun écrit n'a été établi avant l'intervention.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CONTESTE, POSTE PAR POSTE</w:t>
      </w:r>
    </w:p>
    <w:p>
      <w:pPr>
        <w:jc w:val="both"/>
      </w:pPr>
      <w:r>
        <w:rPr>
          <w:b w:val="0"/>
          <w:i w:val="0"/>
        </w:rPr>
        <w:t xml:space="preserve">— 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 : [motif : travaux non commandés /</w:t>
      </w:r>
    </w:p>
    <w:p>
      <w:pPr>
        <w:jc w:val="both"/>
      </w:pPr>
      <w:r>
        <w:t>dépassement du devis / travaux non exécutés / pièce facturée différente de celle posée].</w:t>
      </w:r>
    </w:p>
    <w:p>
      <w:pPr>
        <w:jc w:val="both"/>
      </w:pPr>
      <w:r>
        <w:rPr>
          <w:b w:val="0"/>
          <w:i w:val="0"/>
        </w:rPr>
        <w:t xml:space="preserve">— 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NE CONTESTE PAS</w:t>
      </w:r>
    </w:p>
    <w:p>
      <w:pPr>
        <w:jc w:val="both"/>
      </w:pPr>
      <w:r>
        <w:rPr>
          <w:b w:val="0"/>
          <w:i w:val="0"/>
        </w:rPr>
        <w:t xml:space="preserve">— 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€.</w:t>
      </w:r>
    </w:p>
    <w:p>
      <w:pPr>
        <w:jc w:val="both"/>
      </w:pPr>
      <w:r>
        <w:rPr>
          <w:b w:val="0"/>
          <w:i w:val="0"/>
        </w:rPr>
        <w:t xml:space="preserve">Total non contesté :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Total contesté : </w:t>
      </w:r>
      <w:r>
        <w:rPr>
          <w:b w:val="0"/>
          <w:i w:val="0"/>
          <w:color w:val="1A365D"/>
          <w:shd w:val="clear" w:color="auto" w:fill="FBF8EE"/>
        </w:rPr>
        <w:t>[montant contesté]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Je vous demande de produire l'écrit par lequel j'aurais commandé les travaux figurant aux lignes</w:t>
      </w:r>
    </w:p>
    <w:p>
      <w:pPr>
        <w:jc w:val="both"/>
      </w:pPr>
      <w:r>
        <w:t>contestées ci-dessus. Celui qui réclame l'exécution d'une obligation doit la prouver, et une</w:t>
      </w:r>
    </w:p>
    <w:p>
      <w:pPr>
        <w:jc w:val="both"/>
      </w:pPr>
      <w:r>
        <w:t>facture, établie par vous seul, n'établit pas mon accord.</w:t>
      </w:r>
    </w:p>
    <w:p>
      <w:pPr>
        <w:jc w:val="both"/>
      </w:pPr>
      <w:r>
        <w:rPr>
          <w:b w:val="0"/>
          <w:i w:val="0"/>
        </w:rPr>
        <w:t xml:space="preserve">À défaut, je vous demande de rectifier la facture à hauteur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échéant, si le véhicule est retenu :]</w:t>
      </w:r>
      <w:r>
        <w:rPr>
          <w:b w:val="0"/>
          <w:i w:val="0"/>
        </w:rPr>
        <w:t xml:space="preserve"> Je vous propose de vous régler dès à présent la</w:t>
      </w:r>
    </w:p>
    <w:p>
      <w:pPr>
        <w:jc w:val="both"/>
      </w:pPr>
      <w:r>
        <w:rPr>
          <w:b w:val="0"/>
          <w:i w:val="0"/>
        </w:rPr>
        <w:t xml:space="preserve">somme non contestée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et de consigner la somme contestée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contesté]</w:t>
      </w:r>
      <w:r>
        <w:rPr>
          <w:b w:val="0"/>
          <w:i w:val="0"/>
        </w:rPr>
        <w:t xml:space="preserve"> euros entre les mains de [tiers proposé : conciliateur, commissaire de</w:t>
      </w:r>
    </w:p>
    <w:p>
      <w:pPr>
        <w:jc w:val="both"/>
      </w:pPr>
      <w:r>
        <w:t>justice, ou établissement à convenir], ce qui vous offrira la même garantie que la rétention du</w:t>
      </w:r>
    </w:p>
    <w:p>
      <w:pPr>
        <w:jc w:val="both"/>
      </w:pPr>
      <w:r>
        <w:t>véhicule. Je vous demande, dans cette hypothèse, la restitution immédiate du véhicule.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relève enfin que votre facture est datée du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>, soit il y a</w:t>
      </w:r>
    </w:p>
    <w:p>
      <w:pPr>
        <w:jc w:val="both"/>
      </w:pPr>
      <w:r>
        <w:t>plus de deux ans.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[devis signé]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[ordre de réparation]</w:t>
      </w:r>
      <w:r>
        <w:rPr>
          <w:b w:val="0"/>
          <w:i w:val="0"/>
        </w:rPr>
        <w:t xml:space="preserve"> —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[échanges écrits]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[photographies]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