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52" w:lineRule="auto"/>
      </w:pPr>
      <w:r>
        <w:rPr>
          <w:sz w:val="18"/>
        </w:rPr>
        <w:t>[Vos nom et prénom]</w:t>
      </w:r>
    </w:p>
    <w:p>
      <w:pPr>
        <w:spacing w:after="0" w:line="252" w:lineRule="auto"/>
      </w:pPr>
      <w:r>
        <w:rPr>
          <w:sz w:val="18"/>
        </w:rPr>
        <w:t>[Votre adresse]</w:t>
      </w:r>
    </w:p>
    <w:p>
      <w:pPr>
        <w:spacing w:after="0" w:line="252" w:lineRule="auto"/>
      </w:pPr>
      <w:r>
        <w:rPr>
          <w:b w:val="0"/>
          <w:i w:val="0"/>
          <w:color w:val="1A365D"/>
          <w:shd w:val="clear" w:color="auto" w:fill="FBF8EE"/>
        </w:rPr>
        <w:t>[Votre téléphone]</w:t>
      </w:r>
      <w:r>
        <w:rPr>
          <w:b w:val="0"/>
          <w:i w:val="0"/>
        </w:rPr>
        <w:t xml:space="preserve"> — </w:t>
      </w:r>
      <w:r>
        <w:rPr>
          <w:b w:val="0"/>
          <w:i w:val="0"/>
          <w:color w:val="1A365D"/>
          <w:shd w:val="clear" w:color="auto" w:fill="FBF8EE"/>
        </w:rPr>
        <w:t>[votre courriel]</w:t>
      </w:r>
    </w:p>
    <w:p>
      <w:pPr>
        <w:spacing w:after="0" w:line="252" w:lineRule="auto"/>
        <w:ind w:left="5102"/>
      </w:pPr>
      <w:r>
        <w:rPr>
          <w:sz w:val="18"/>
        </w:rPr>
        <w:t>[Dénomination et adresse du médiateur dont relève le garage, telles qu'il vous les a</w:t>
      </w:r>
    </w:p>
    <w:p>
      <w:pPr>
        <w:spacing w:after="0" w:line="252" w:lineRule="auto"/>
        <w:ind w:left="5102"/>
      </w:pPr>
      <w:r>
        <w:rPr>
          <w:sz w:val="18"/>
        </w:rPr>
        <w:t>communiquées — il en a l'obligation]</w:t>
      </w:r>
    </w:p>
    <w:p>
      <w:pPr>
        <w:spacing w:before="320" w:after="440"/>
        <w:ind w:left="5102"/>
      </w:pPr>
      <w:r>
        <w:rPr>
          <w:b w:val="0"/>
          <w:i w:val="0"/>
        </w:rPr>
        <w:t xml:space="preserve">À </w:t>
      </w:r>
      <w:r>
        <w:rPr>
          <w:b w:val="0"/>
          <w:i w:val="0"/>
          <w:color w:val="1A365D"/>
          <w:shd w:val="clear" w:color="auto" w:fill="FBF8EE"/>
        </w:rPr>
        <w:t>[ville d'où vous écrivez]</w:t>
      </w:r>
      <w:r>
        <w:rPr>
          <w:b w:val="0"/>
          <w:i w:val="0"/>
        </w:rPr>
        <w:t xml:space="preserve">, le </w:t>
      </w:r>
      <w:r>
        <w:rPr>
          <w:b w:val="0"/>
          <w:i w:val="0"/>
          <w:color w:val="1A365D"/>
          <w:shd w:val="clear" w:color="auto" w:fill="FBF8EE"/>
        </w:rPr>
        <w:t>[date du jour]</w:t>
      </w:r>
    </w:p>
    <w:p>
      <w:pPr>
        <w:pBdr>
          <w:bottom w:val="single" w:sz="6" w:space="4" w:color="C9A227"/>
        </w:pBdr>
        <w:spacing w:before="200"/>
      </w:pPr>
      <w:r>
        <w:rPr>
          <w:b/>
          <w:i w:val="0"/>
        </w:rPr>
        <w:t xml:space="preserve">Objet : saisine du médiateur — véhicule </w:t>
      </w:r>
      <w:r>
        <w:rPr>
          <w:b/>
          <w:i w:val="0"/>
          <w:color w:val="1A365D"/>
          <w:shd w:val="clear" w:color="auto" w:fill="FBF8EE"/>
        </w:rPr>
        <w:t>[marque et modèle]</w:t>
      </w:r>
      <w:r>
        <w:rPr>
          <w:b/>
          <w:i w:val="0"/>
        </w:rPr>
        <w:t>, immatriculé</w:t>
      </w:r>
    </w:p>
    <w:p>
      <w:pPr>
        <w:jc w:val="both"/>
      </w:pPr>
      <w:r>
        <w:t>[numéro d'immatriculation]</w:t>
      </w:r>
    </w:p>
    <w:p>
      <w:pPr>
        <w:jc w:val="both"/>
      </w:pPr>
      <w:r>
        <w:rPr>
          <w:b w:val="0"/>
          <w:i w:val="0"/>
        </w:rPr>
        <w:t xml:space="preserve">Professionnel mis en cause : </w:t>
      </w:r>
      <w:r>
        <w:rPr>
          <w:b w:val="0"/>
          <w:i w:val="0"/>
          <w:color w:val="1A365D"/>
          <w:shd w:val="clear" w:color="auto" w:fill="FBF8EE"/>
        </w:rPr>
        <w:t>[dénomination du garage]</w:t>
      </w:r>
    </w:p>
    <w:p>
      <w:pPr>
        <w:jc w:val="both"/>
      </w:pPr>
      <w:r>
        <w:t>Madame, Monsieur le Médiateur,</w:t>
      </w:r>
    </w:p>
    <w:p>
      <w:pPr>
        <w:jc w:val="both"/>
      </w:pPr>
      <w:r>
        <w:t>Je vous saisis d'un litige né d'une facture de réparation automobile.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CE QUI S'EST PASSÉ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[Dénomination du garage]</w:t>
      </w:r>
      <w:r>
        <w:rPr>
          <w:b w:val="0"/>
          <w:i w:val="0"/>
        </w:rPr>
        <w:t xml:space="preserve"> me réclame, au titre de la facture n° </w:t>
      </w:r>
      <w:r>
        <w:rPr>
          <w:b w:val="0"/>
          <w:i w:val="0"/>
          <w:color w:val="1A365D"/>
          <w:shd w:val="clear" w:color="auto" w:fill="FBF8EE"/>
        </w:rPr>
        <w:t>[numéro de facture]</w:t>
      </w:r>
      <w:r>
        <w:rPr>
          <w:b w:val="0"/>
          <w:i w:val="0"/>
        </w:rPr>
        <w:t xml:space="preserve"> du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[date de la facture]</w:t>
      </w:r>
      <w:r>
        <w:rPr>
          <w:b w:val="0"/>
          <w:i w:val="0"/>
        </w:rPr>
        <w:t xml:space="preserve">, la somme de </w:t>
      </w:r>
      <w:r>
        <w:rPr>
          <w:b w:val="0"/>
          <w:i w:val="0"/>
          <w:color w:val="1A365D"/>
          <w:shd w:val="clear" w:color="auto" w:fill="FBF8EE"/>
        </w:rPr>
        <w:t>[montant réclamé par le garage]</w:t>
      </w:r>
      <w:r>
        <w:rPr>
          <w:b w:val="0"/>
          <w:i w:val="0"/>
        </w:rPr>
        <w:t xml:space="preserve"> euros.</w:t>
      </w:r>
    </w:p>
    <w:p>
      <w:pPr>
        <w:jc w:val="both"/>
      </w:pPr>
      <w:r>
        <w:t>[Décrire : les travaux commandés, ce que porte la facture en plus, et le cas échéant le fait</w:t>
      </w:r>
    </w:p>
    <w:p>
      <w:pPr>
        <w:jc w:val="both"/>
      </w:pPr>
      <w:r>
        <w:rPr>
          <w:b w:val="0"/>
          <w:i w:val="0"/>
        </w:rPr>
        <w:t xml:space="preserve">que le véhicule est retenu depuis le </w:t>
      </w:r>
      <w:r>
        <w:rPr>
          <w:b w:val="0"/>
          <w:i w:val="0"/>
          <w:color w:val="1A365D"/>
          <w:shd w:val="clear" w:color="auto" w:fill="FBF8EE"/>
        </w:rPr>
        <w:t>[date de début de la rétention]</w:t>
      </w:r>
      <w:r>
        <w:rPr>
          <w:b w:val="0"/>
          <w:i w:val="0"/>
        </w:rPr>
        <w:t>.]</w:t>
      </w:r>
    </w:p>
    <w:p>
      <w:pPr>
        <w:jc w:val="both"/>
      </w:pPr>
      <w:r>
        <w:rPr>
          <w:b w:val="0"/>
          <w:i w:val="0"/>
        </w:rPr>
        <w:t xml:space="preserve">Je conteste </w:t>
      </w:r>
      <w:r>
        <w:rPr>
          <w:b w:val="0"/>
          <w:i w:val="0"/>
          <w:color w:val="1A365D"/>
          <w:shd w:val="clear" w:color="auto" w:fill="FBF8EE"/>
        </w:rPr>
        <w:t>[montant contesté]</w:t>
      </w:r>
      <w:r>
        <w:rPr>
          <w:b w:val="0"/>
          <w:i w:val="0"/>
        </w:rPr>
        <w:t xml:space="preserve"> euros sur ce total, et ne conteste pas </w:t>
      </w:r>
      <w:r>
        <w:rPr>
          <w:b w:val="0"/>
          <w:i w:val="0"/>
          <w:color w:val="1A365D"/>
          <w:shd w:val="clear" w:color="auto" w:fill="FBF8EE"/>
        </w:rPr>
        <w:t>[montant non contesté]</w:t>
      </w:r>
    </w:p>
    <w:p>
      <w:pPr>
        <w:jc w:val="both"/>
      </w:pPr>
      <w:r>
        <w:t>euros.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MA CONTESTATION ET LA SUITE QUI LUI A ÉTÉ DONNÉE</w:t>
      </w:r>
    </w:p>
    <w:p>
      <w:pPr>
        <w:jc w:val="both"/>
      </w:pPr>
      <w:r>
        <w:rPr>
          <w:b w:val="0"/>
          <w:i w:val="0"/>
        </w:rPr>
        <w:t xml:space="preserve">Contestation écrite du </w:t>
      </w:r>
      <w:r>
        <w:rPr>
          <w:b w:val="0"/>
          <w:i w:val="0"/>
          <w:color w:val="1A365D"/>
          <w:shd w:val="clear" w:color="auto" w:fill="FBF8EE"/>
        </w:rPr>
        <w:t>[date de la réclamation]</w:t>
      </w:r>
      <w:r>
        <w:rPr>
          <w:b w:val="0"/>
          <w:i w:val="0"/>
        </w:rPr>
        <w:t>, puis mise en demeure du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[date de la mise en demeure]</w:t>
      </w:r>
      <w:r>
        <w:rPr>
          <w:b w:val="0"/>
          <w:i w:val="0"/>
        </w:rPr>
        <w:t xml:space="preserve">. [Sans réponse / Refus du </w:t>
      </w:r>
      <w:r>
        <w:rPr>
          <w:b w:val="0"/>
          <w:i w:val="0"/>
          <w:color w:val="1A365D"/>
          <w:shd w:val="clear" w:color="auto" w:fill="FBF8EE"/>
        </w:rPr>
        <w:t>[date de la réponse]</w:t>
      </w:r>
      <w:r>
        <w:rPr>
          <w:b w:val="0"/>
          <w:i w:val="0"/>
        </w:rPr>
        <w:t>.] Le professionnel</w:t>
      </w:r>
    </w:p>
    <w:p>
      <w:pPr>
        <w:jc w:val="both"/>
      </w:pPr>
      <w:r>
        <w:t>n'a produit aucun écrit établissant que j'aurais commandé les travaux contestés.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CE QUE JE DEMANDE</w:t>
      </w:r>
    </w:p>
    <w:p>
      <w:pPr>
        <w:jc w:val="both"/>
      </w:pPr>
      <w:r>
        <w:rPr>
          <w:b w:val="0"/>
          <w:i w:val="0"/>
        </w:rPr>
        <w:t xml:space="preserve">— la rectification de la facture à hauteur de </w:t>
      </w:r>
      <w:r>
        <w:rPr>
          <w:b w:val="0"/>
          <w:i w:val="0"/>
          <w:color w:val="1A365D"/>
          <w:shd w:val="clear" w:color="auto" w:fill="FBF8EE"/>
        </w:rPr>
        <w:t>[montant non contesté]</w:t>
      </w:r>
      <w:r>
        <w:rPr>
          <w:b w:val="0"/>
          <w:i w:val="0"/>
        </w:rPr>
        <w:t xml:space="preserve"> euros ;</w:t>
      </w:r>
    </w:p>
    <w:p>
      <w:pPr>
        <w:jc w:val="both"/>
      </w:pPr>
      <w:r>
        <w:rPr>
          <w:b w:val="0"/>
          <w:i w:val="0"/>
        </w:rPr>
        <w:t xml:space="preserve">— </w:t>
      </w:r>
      <w:r>
        <w:rPr>
          <w:b w:val="0"/>
          <w:i w:val="0"/>
          <w:color w:val="1A365D"/>
          <w:shd w:val="clear" w:color="auto" w:fill="FBF8EE"/>
        </w:rPr>
        <w:t>[le cas échéant]</w:t>
      </w:r>
      <w:r>
        <w:rPr>
          <w:b w:val="0"/>
          <w:i w:val="0"/>
        </w:rPr>
        <w:t xml:space="preserve"> la restitution immédiate du véhicule contre règlement de cette somme et</w:t>
      </w:r>
    </w:p>
    <w:p>
      <w:pPr>
        <w:jc w:val="both"/>
      </w:pPr>
      <w:r>
        <w:t>consignation de la somme contestée.</w:t>
      </w:r>
    </w:p>
    <w:p>
      <w:pPr>
        <w:jc w:val="both"/>
      </w:pPr>
      <w:r>
        <w:t>Le litige n'a été soumis à aucun autre médiateur ni à aucun tribunal.</w:t>
      </w:r>
    </w:p>
    <w:p>
      <w:pPr>
        <w:jc w:val="both"/>
      </w:pPr>
      <w:r>
        <w:t>Je vous prie d'agréer, Madame, Monsieur le Médiateur, l'expression de ma considération</w:t>
      </w:r>
    </w:p>
    <w:p>
      <w:pPr>
        <w:jc w:val="both"/>
      </w:pPr>
      <w:r>
        <w:t>distinguée.</w:t>
      </w:r>
    </w:p>
    <w:p>
      <w:pPr>
        <w:spacing w:before="320"/>
        <w:jc w:val="right"/>
      </w:pPr>
      <w:r>
        <w:rPr>
          <w:color w:val="6C757D"/>
          <w:sz w:val="18"/>
        </w:rPr>
        <w:t>[Signature]</w:t>
      </w:r>
    </w:p>
    <w:p>
      <w:pPr>
        <w:jc w:val="both"/>
      </w:pPr>
      <w:r>
        <w:rPr>
          <w:b w:val="0"/>
          <w:i w:val="0"/>
        </w:rPr>
        <w:t xml:space="preserve">PIÈCES JOINTES — elles conditionnent la recevabilité : </w:t>
      </w:r>
      <w:r>
        <w:rPr>
          <w:b w:val="0"/>
          <w:i w:val="0"/>
          <w:color w:val="1A365D"/>
          <w:shd w:val="clear" w:color="auto" w:fill="FBF8EE"/>
        </w:rPr>
        <w:t>[devis]</w:t>
      </w:r>
      <w:r>
        <w:rPr>
          <w:b w:val="0"/>
          <w:i w:val="0"/>
        </w:rPr>
        <w:t xml:space="preserve"> — </w:t>
      </w:r>
      <w:r>
        <w:rPr>
          <w:b w:val="0"/>
          <w:i w:val="0"/>
          <w:color w:val="1A365D"/>
          <w:shd w:val="clear" w:color="auto" w:fill="FBF8EE"/>
        </w:rPr>
        <w:t>[ordre de réparation]</w:t>
      </w:r>
      <w:r>
        <w:rPr>
          <w:b w:val="0"/>
          <w:i w:val="0"/>
        </w:rPr>
        <w:t xml:space="preserve"> —</w:t>
      </w:r>
    </w:p>
    <w:p>
      <w:pPr>
        <w:jc w:val="both"/>
      </w:pPr>
      <w:r>
        <w:rPr>
          <w:b w:val="0"/>
          <w:i w:val="0"/>
        </w:rPr>
        <w:t xml:space="preserve">facture n° </w:t>
      </w:r>
      <w:r>
        <w:rPr>
          <w:b w:val="0"/>
          <w:i w:val="0"/>
          <w:color w:val="1A365D"/>
          <w:shd w:val="clear" w:color="auto" w:fill="FBF8EE"/>
        </w:rPr>
        <w:t>[numéro de facture]</w:t>
      </w:r>
      <w:r>
        <w:rPr>
          <w:b w:val="0"/>
          <w:i w:val="0"/>
        </w:rPr>
        <w:t xml:space="preserve"> — contestation et mise en demeure avec leurs accusés de</w:t>
      </w:r>
    </w:p>
    <w:p>
      <w:pPr>
        <w:jc w:val="both"/>
      </w:pPr>
      <w:r>
        <w:rPr>
          <w:b w:val="0"/>
          <w:i w:val="0"/>
        </w:rPr>
        <w:t xml:space="preserve">réception — </w:t>
      </w:r>
      <w:r>
        <w:rPr>
          <w:b w:val="0"/>
          <w:i w:val="0"/>
          <w:color w:val="1A365D"/>
          <w:shd w:val="clear" w:color="auto" w:fill="FBF8EE"/>
        </w:rPr>
        <w:t>[réponse du professionnel]</w:t>
      </w:r>
      <w:r>
        <w:rPr>
          <w:b w:val="0"/>
          <w:i w:val="0"/>
        </w:rPr>
        <w:t xml:space="preserve"> — décompte poste par poste</w:t>
      </w:r>
    </w:p>
    <w:sectPr w:rsidR="00FC693F" w:rsidRPr="0006063C" w:rsidSect="00034616">
      <w:footerReference w:type="default" r:id="rId9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mbria" w:hAnsi="Cambria"/>
        <w:color w:val="6C757D"/>
        <w:sz w:val="18"/>
      </w:rPr>
      <w:t xml:space="preserve">Page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PAGE </w:instrText>
    </w:r>
    <w:r>
      <w:rPr>
        <w:rFonts w:ascii="Cambria" w:hAnsi="Cambria"/>
        <w:color w:val="6C757D"/>
        <w:sz w:val="18"/>
      </w:rPr>
      <w:fldChar w:fldCharType="end"/>
    </w:r>
    <w:r>
      <w:rPr>
        <w:rFonts w:ascii="Cambria" w:hAnsi="Cambria"/>
        <w:color w:val="6C757D"/>
        <w:sz w:val="18"/>
      </w:rPr>
      <w:t xml:space="preserve"> sur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NUMPAGES </w:instrText>
    </w:r>
    <w:r>
      <w:rPr>
        <w:rFonts w:ascii="Cambria" w:hAnsi="Cambria"/>
        <w:color w:val="6C757D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Cambria" w:hAnsi="Cambria"/>
      <w:color w:val="2D3748"/>
      <w:sz w:val="22"/>
      <w:lang w:val="fr-FR" w:eastAsia="fr-F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