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du vendeur : agence détaillante ou organisateur]</w:t>
      </w:r>
    </w:p>
    <w:p>
      <w:pPr>
        <w:spacing w:after="0" w:line="252" w:lineRule="auto"/>
        <w:ind w:left="5102"/>
      </w:pPr>
      <w:r>
        <w:rPr>
          <w:sz w:val="18"/>
        </w:rPr>
        <w:t>[Adresse du vendeur]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dossier n° </w:t>
      </w:r>
      <w:r>
        <w:rPr>
          <w:b/>
          <w:i w:val="0"/>
          <w:color w:val="1A365D"/>
          <w:shd w:val="clear" w:color="auto" w:fill="FBF8EE"/>
        </w:rPr>
        <w:t>[numéro de dossier]</w:t>
      </w:r>
      <w:r>
        <w:rPr>
          <w:b/>
          <w:i w:val="0"/>
        </w:rPr>
        <w:t xml:space="preserve"> — voyage du </w:t>
      </w:r>
      <w:r>
        <w:rPr>
          <w:b/>
          <w:i w:val="0"/>
          <w:color w:val="1A365D"/>
          <w:shd w:val="clear" w:color="auto" w:fill="FBF8EE"/>
        </w:rPr>
        <w:t>[date de départ prévue]</w:t>
      </w:r>
      <w:r>
        <w:rPr>
          <w:b/>
          <w:i w:val="0"/>
        </w:rPr>
        <w:t xml:space="preserve"> — réclamation</w:t>
      </w:r>
    </w:p>
    <w:p>
      <w:pPr>
        <w:jc w:val="both"/>
      </w:pPr>
      <w:r>
        <w:t>Madame, Monsieur,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 CONTRAT</w:t>
      </w:r>
    </w:p>
    <w:p>
      <w:pPr>
        <w:jc w:val="both"/>
      </w:pPr>
      <w:r>
        <w:rPr>
          <w:b w:val="0"/>
          <w:i w:val="0"/>
        </w:rPr>
        <w:t xml:space="preserve">J'ai conclu avec vous, le </w:t>
      </w:r>
      <w:r>
        <w:rPr>
          <w:b w:val="0"/>
          <w:i w:val="0"/>
          <w:color w:val="1A365D"/>
          <w:shd w:val="clear" w:color="auto" w:fill="FBF8EE"/>
        </w:rPr>
        <w:t>[date de conclusion du contrat]</w:t>
      </w:r>
      <w:r>
        <w:rPr>
          <w:b w:val="0"/>
          <w:i w:val="0"/>
        </w:rPr>
        <w:t>, un contrat portant sur un voyage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[destination]</w:t>
      </w:r>
      <w:r>
        <w:rPr>
          <w:b w:val="0"/>
          <w:i w:val="0"/>
        </w:rPr>
        <w:t xml:space="preserve">, du </w:t>
      </w:r>
      <w:r>
        <w:rPr>
          <w:b w:val="0"/>
          <w:i w:val="0"/>
          <w:color w:val="1A365D"/>
          <w:shd w:val="clear" w:color="auto" w:fill="FBF8EE"/>
        </w:rPr>
        <w:t>[date de départ prévue]</w:t>
      </w:r>
      <w:r>
        <w:rPr>
          <w:b w:val="0"/>
          <w:i w:val="0"/>
        </w:rPr>
        <w:t xml:space="preserve"> au </w:t>
      </w:r>
      <w:r>
        <w:rPr>
          <w:b w:val="0"/>
          <w:i w:val="0"/>
          <w:color w:val="1A365D"/>
          <w:shd w:val="clear" w:color="auto" w:fill="FBF8EE"/>
        </w:rPr>
        <w:t>[date de retour prévue]</w:t>
      </w:r>
      <w:r>
        <w:rPr>
          <w:b w:val="0"/>
          <w:i w:val="0"/>
        </w:rPr>
        <w:t>, pour un prix total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[prix total du voyage]</w:t>
      </w:r>
      <w:r>
        <w:rPr>
          <w:b w:val="0"/>
          <w:i w:val="0"/>
        </w:rPr>
        <w:t xml:space="preserve"> euros, intégralement réglé.</w:t>
      </w:r>
    </w:p>
    <w:p>
      <w:pPr>
        <w:jc w:val="both"/>
      </w:pPr>
      <w:r>
        <w:t>Ce contrat combinait au moins deux services de voyage vendus ensemble pour le même séjour :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[énumérer : transport aérien, hébergement, transferts, excursions]</w:t>
      </w:r>
      <w:r>
        <w:rPr>
          <w:b w:val="0"/>
          <w:i w:val="0"/>
        </w:rPr>
        <w:t>. Il constitue donc un</w:t>
      </w:r>
    </w:p>
    <w:p>
      <w:pPr>
        <w:jc w:val="both"/>
      </w:pPr>
      <w:r>
        <w:t>forfait touristique, et vous en répondez de plein droit.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AVAIT ÉTÉ ANNONCÉ, ET CE QUI A ÉTÉ FOURNI</w:t>
      </w:r>
    </w:p>
    <w:p>
      <w:pPr>
        <w:jc w:val="both"/>
      </w:pPr>
      <w:r>
        <w:t>[Reprendre point par point. Une ligne par écart, la plus factuelle possible :]</w:t>
      </w:r>
    </w:p>
    <w:p>
      <w:pPr>
        <w:jc w:val="both"/>
      </w:pPr>
      <w:r>
        <w:rPr>
          <w:b w:val="0"/>
          <w:i w:val="0"/>
        </w:rPr>
        <w:t xml:space="preserve">— Annoncé : </w:t>
      </w:r>
      <w:r>
        <w:rPr>
          <w:b w:val="0"/>
          <w:i w:val="0"/>
          <w:color w:val="1A365D"/>
          <w:shd w:val="clear" w:color="auto" w:fill="FBF8EE"/>
        </w:rPr>
        <w:t>[ce que le contrat ou la page de vente promettait]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Fourni : </w:t>
      </w:r>
      <w:r>
        <w:rPr>
          <w:b w:val="0"/>
          <w:i w:val="0"/>
          <w:color w:val="1A365D"/>
          <w:shd w:val="clear" w:color="auto" w:fill="FBF8EE"/>
        </w:rPr>
        <w:t>[ce qui a été effectivement fourni]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— Annoncé : </w:t>
      </w:r>
      <w:r>
        <w:rPr>
          <w:b w:val="0"/>
          <w:i w:val="0"/>
          <w:color w:val="1A365D"/>
          <w:shd w:val="clear" w:color="auto" w:fill="FBF8EE"/>
        </w:rPr>
        <w:t>[…]</w:t>
      </w:r>
      <w:r>
        <w:rPr>
          <w:b w:val="0"/>
          <w:i w:val="0"/>
        </w:rPr>
        <w:t xml:space="preserve">. Fourni : </w:t>
      </w:r>
      <w:r>
        <w:rPr>
          <w:b w:val="0"/>
          <w:i w:val="0"/>
          <w:color w:val="1A365D"/>
          <w:shd w:val="clear" w:color="auto" w:fill="FBF8EE"/>
        </w:rPr>
        <w:t>[…]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J'ai signalé ces non-conformités sur place le [date du signalement sur</w:t>
      </w:r>
    </w:p>
    <w:p>
      <w:pPr>
        <w:jc w:val="both"/>
      </w:pPr>
      <w:r>
        <w:rPr>
          <w:b w:val="0"/>
          <w:i w:val="0"/>
        </w:rPr>
        <w:t xml:space="preserve">place], par </w:t>
      </w:r>
      <w:r>
        <w:rPr>
          <w:b w:val="0"/>
          <w:i w:val="0"/>
          <w:color w:val="1A365D"/>
          <w:shd w:val="clear" w:color="auto" w:fill="FBF8EE"/>
        </w:rPr>
        <w:t>[courriel / au représentant local]</w:t>
      </w:r>
      <w:r>
        <w:rPr>
          <w:b w:val="0"/>
          <w:i w:val="0"/>
        </w:rPr>
        <w:t>, et il n'y a pas été remédié.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</w:t>
      </w:r>
    </w:p>
    <w:p>
      <w:pPr>
        <w:jc w:val="both"/>
      </w:pPr>
      <w:r>
        <w:t>[Choisir :]</w:t>
      </w:r>
    </w:p>
    <w:p>
      <w:pPr>
        <w:jc w:val="both"/>
      </w:pPr>
      <w:r>
        <w:t>— Une réduction de prix appropriée pour la période de non-conformité, que j'évalue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 la réduction demandée]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— Des dommages et intérêts pour le préjudice distinct que j'ai subi, soit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des dommages et intérêts demandés]</w:t>
      </w:r>
      <w:r>
        <w:rPr>
          <w:b w:val="0"/>
          <w:i w:val="0"/>
        </w:rPr>
        <w:t xml:space="preserve"> euros, correspondant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[détailler : frais exposés, jours de congés perdus, préjudice moral]</w:t>
      </w:r>
      <w:r>
        <w:rPr>
          <w:b w:val="0"/>
          <w:i w:val="0"/>
        </w:rPr>
        <w:t>.</w:t>
      </w:r>
    </w:p>
    <w:p>
      <w:pPr>
        <w:jc w:val="both"/>
      </w:pPr>
      <w:r>
        <w:t>— Le remboursement des dépenses que j'ai dû exposer pour remédier moi-même à la</w:t>
      </w:r>
    </w:p>
    <w:p>
      <w:pPr>
        <w:jc w:val="both"/>
      </w:pPr>
      <w:r>
        <w:rPr>
          <w:b w:val="0"/>
          <w:i w:val="0"/>
        </w:rPr>
        <w:t xml:space="preserve">non-conformité, soit </w:t>
      </w:r>
      <w:r>
        <w:rPr>
          <w:b w:val="0"/>
          <w:i w:val="0"/>
          <w:color w:val="1A365D"/>
          <w:shd w:val="clear" w:color="auto" w:fill="FBF8EE"/>
        </w:rPr>
        <w:t>[montant des frais exposés]</w:t>
      </w:r>
      <w:r>
        <w:rPr>
          <w:b w:val="0"/>
          <w:i w:val="0"/>
        </w:rPr>
        <w:t xml:space="preserve"> euros, justificatifs joints.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 ÉGALEMENT DE ME COMMUNIQUER</w:t>
      </w:r>
    </w:p>
    <w:p>
      <w:pPr>
        <w:jc w:val="both"/>
      </w:pPr>
      <w:r>
        <w:t>1. votre numéro d'immatriculation au registre des opérateurs de voyages ;</w:t>
      </w:r>
    </w:p>
    <w:p>
      <w:pPr>
        <w:jc w:val="both"/>
      </w:pPr>
      <w:r>
        <w:t>2. le nom et l'adresse de votre garant financier ;</w:t>
      </w:r>
    </w:p>
    <w:p>
      <w:pPr>
        <w:jc w:val="both"/>
      </w:pPr>
      <w:r>
        <w:t>3. les coordonnées du médiateur de la consommation dont vous relevez.</w:t>
      </w:r>
    </w:p>
    <w:p>
      <w:pPr>
        <w:jc w:val="both"/>
      </w:pPr>
      <w:r>
        <w:t>Merci de me répondre sous quinze jours.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contrat et bon de commande — preuves de paiement — capture datée de la page</w:t>
      </w:r>
    </w:p>
    <w:p>
      <w:pPr>
        <w:jc w:val="both"/>
      </w:pPr>
      <w:r>
        <w:rPr>
          <w:b w:val="0"/>
          <w:i w:val="0"/>
        </w:rPr>
        <w:t xml:space="preserve">de vente ou de la brochure — </w:t>
      </w:r>
      <w:r>
        <w:rPr>
          <w:b w:val="0"/>
          <w:i w:val="0"/>
          <w:color w:val="1A365D"/>
          <w:shd w:val="clear" w:color="auto" w:fill="FBF8EE"/>
        </w:rPr>
        <w:t>[signalement sur place et sa réponse]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[photographies]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t>[justificatifs des frais exposés]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