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[Dénomination du vendeur]</w:t>
      </w:r>
    </w:p>
    <w:p>
      <w:pPr>
        <w:spacing w:after="0" w:line="252" w:lineRule="auto"/>
        <w:ind w:left="5102"/>
      </w:pPr>
      <w:r>
        <w:rPr>
          <w:sz w:val="18"/>
        </w:rPr>
        <w:t>[Adresse du vendeur]</w:t>
      </w:r>
    </w:p>
    <w:p>
      <w:pPr>
        <w:spacing w:after="0" w:line="252" w:lineRule="auto"/>
        <w:ind w:left="5102"/>
      </w:pPr>
      <w:r>
        <w:rPr>
          <w:sz w:val="18"/>
        </w:rPr>
        <w:t>Lettre recommandée avec demande d'avis de réception</w:t>
      </w:r>
    </w:p>
    <w:p>
      <w:pPr>
        <w:spacing w:after="0" w:line="252" w:lineRule="auto"/>
        <w:ind w:left="5102"/>
      </w:pPr>
      <w:r>
        <w:rPr>
          <w:sz w:val="18"/>
        </w:rPr>
        <w:t>[et par courriel le même jour]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dossier n° </w:t>
      </w:r>
      <w:r>
        <w:rPr>
          <w:b/>
          <w:i w:val="0"/>
          <w:color w:val="1A365D"/>
          <w:shd w:val="clear" w:color="auto" w:fill="FBF8EE"/>
        </w:rPr>
        <w:t>[numéro de dossier]</w:t>
      </w:r>
      <w:r>
        <w:rPr>
          <w:b/>
          <w:i w:val="0"/>
        </w:rPr>
        <w:t xml:space="preserve"> — RÉSOLUTION du contrat de voyage du </w:t>
      </w:r>
      <w:r>
        <w:rPr>
          <w:b/>
          <w:i w:val="0"/>
          <w:color w:val="1A365D"/>
          <w:shd w:val="clear" w:color="auto" w:fill="FBF8EE"/>
        </w:rPr>
        <w:t>[date de départ prévue]</w:t>
      </w:r>
    </w:p>
    <w:p>
      <w:pPr>
        <w:jc w:val="both"/>
      </w:pPr>
      <w:r>
        <w:t>Madame, Monsieur,</w:t>
      </w:r>
    </w:p>
    <w:p>
      <w:pPr>
        <w:jc w:val="both"/>
      </w:pPr>
      <w:r>
        <w:rPr>
          <w:b w:val="0"/>
          <w:i w:val="0"/>
        </w:rPr>
        <w:t xml:space="preserve">Par contrat du </w:t>
      </w:r>
      <w:r>
        <w:rPr>
          <w:b w:val="0"/>
          <w:i w:val="0"/>
          <w:color w:val="1A365D"/>
          <w:shd w:val="clear" w:color="auto" w:fill="FBF8EE"/>
        </w:rPr>
        <w:t>[date de conclusion du contrat]</w:t>
      </w:r>
      <w:r>
        <w:rPr>
          <w:b w:val="0"/>
          <w:i w:val="0"/>
        </w:rPr>
        <w:t>, j'ai acheté un forfait touristique à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[destination]</w:t>
      </w:r>
      <w:r>
        <w:rPr>
          <w:b w:val="0"/>
          <w:i w:val="0"/>
        </w:rPr>
        <w:t xml:space="preserve">, au départ du </w:t>
      </w:r>
      <w:r>
        <w:rPr>
          <w:b w:val="0"/>
          <w:i w:val="0"/>
          <w:color w:val="1A365D"/>
          <w:shd w:val="clear" w:color="auto" w:fill="FBF8EE"/>
        </w:rPr>
        <w:t>[date de départ prévue]</w:t>
      </w:r>
      <w:r>
        <w:rPr>
          <w:b w:val="0"/>
          <w:i w:val="0"/>
        </w:rPr>
        <w:t xml:space="preserve">, pour un prix total de </w:t>
      </w:r>
      <w:r>
        <w:rPr>
          <w:b w:val="0"/>
          <w:i w:val="0"/>
          <w:color w:val="1A365D"/>
          <w:shd w:val="clear" w:color="auto" w:fill="FBF8EE"/>
        </w:rPr>
        <w:t>[prix total du voyage]</w:t>
      </w:r>
      <w:r>
        <w:rPr>
          <w:b w:val="0"/>
          <w:i w:val="0"/>
        </w:rPr>
        <w:t xml:space="preserve"> euros.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JE RÉSOUS LE CONTRAT, ET VOICI POURQUOI</w:t>
      </w:r>
    </w:p>
    <w:p>
      <w:pPr>
        <w:jc w:val="both"/>
      </w:pPr>
      <w:r>
        <w:t>[Choisir un seul motif, et le documenter :]</w:t>
      </w:r>
    </w:p>
    <w:p>
      <w:pPr>
        <w:jc w:val="both"/>
      </w:pPr>
      <w:r>
        <w:t>— CIRCONSTANCES EXCEPTIONNELLES ET INÉVITABLES À DESTINATION. [Décrire : nature de</w:t>
      </w:r>
    </w:p>
    <w:p>
      <w:pPr>
        <w:jc w:val="both"/>
      </w:pPr>
      <w:r>
        <w:t>l'événement, lieu, date, source officielle.] Ces circonstances surviennent au lieu de</w:t>
      </w:r>
    </w:p>
    <w:p>
      <w:pPr>
        <w:jc w:val="both"/>
      </w:pPr>
      <w:r>
        <w:t>destination ou à proximité immédiate et ont des conséquences importantes sur l'exécution du</w:t>
      </w:r>
    </w:p>
    <w:p>
      <w:pPr>
        <w:jc w:val="both"/>
      </w:pPr>
      <w:r>
        <w:t>contrat. Je résous donc le contrat SANS frais de résolution, et vous demande le remboursement</w:t>
      </w:r>
    </w:p>
    <w:p>
      <w:pPr>
        <w:jc w:val="both"/>
      </w:pPr>
      <w:r>
        <w:rPr>
          <w:b w:val="0"/>
          <w:i w:val="0"/>
        </w:rPr>
        <w:t xml:space="preserve">intégral des paiements effectués, soit </w:t>
      </w:r>
      <w:r>
        <w:rPr>
          <w:b w:val="0"/>
          <w:i w:val="0"/>
          <w:color w:val="1A365D"/>
          <w:shd w:val="clear" w:color="auto" w:fill="FBF8EE"/>
        </w:rPr>
        <w:t>[prix total du voyage]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t>— HAUSSE DU PRIX SUPÉRIEURE À 8 %, OU MODIFICATION D'UN ÉLÉMENT ESSENTIEL. Vous m'avez</w:t>
      </w:r>
    </w:p>
    <w:p>
      <w:pPr>
        <w:jc w:val="both"/>
      </w:pPr>
      <w:r>
        <w:rPr>
          <w:b w:val="0"/>
          <w:i w:val="0"/>
        </w:rPr>
        <w:t xml:space="preserve">notifié le </w:t>
      </w:r>
      <w:r>
        <w:rPr>
          <w:b w:val="0"/>
          <w:i w:val="0"/>
          <w:color w:val="1A365D"/>
          <w:shd w:val="clear" w:color="auto" w:fill="FBF8EE"/>
        </w:rPr>
        <w:t>[date de la notification du vendeur]</w:t>
      </w:r>
      <w:r>
        <w:rPr>
          <w:b w:val="0"/>
          <w:i w:val="0"/>
        </w:rPr>
        <w:t xml:space="preserve"> [une hausse portant le prix à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[nouveau prix annoncé]</w:t>
      </w:r>
      <w:r>
        <w:rPr>
          <w:b w:val="0"/>
          <w:i w:val="0"/>
        </w:rPr>
        <w:t xml:space="preserve"> euros, soit une augmentation de </w:t>
      </w:r>
      <w:r>
        <w:rPr>
          <w:b w:val="0"/>
          <w:i w:val="0"/>
          <w:color w:val="1A365D"/>
          <w:shd w:val="clear" w:color="auto" w:fill="FBF8EE"/>
        </w:rPr>
        <w:t>[pourcentage de hausse]</w:t>
      </w:r>
      <w:r>
        <w:rPr>
          <w:b w:val="0"/>
          <w:i w:val="0"/>
        </w:rPr>
        <w:t xml:space="preserve"> % /</w:t>
      </w:r>
    </w:p>
    <w:p>
      <w:pPr>
        <w:jc w:val="both"/>
      </w:pPr>
      <w:r>
        <w:rPr>
          <w:b w:val="0"/>
          <w:i w:val="0"/>
        </w:rPr>
        <w:t xml:space="preserve">la modification suivante : </w:t>
      </w:r>
      <w:r>
        <w:rPr>
          <w:b w:val="0"/>
          <w:i w:val="0"/>
          <w:color w:val="1A365D"/>
          <w:shd w:val="clear" w:color="auto" w:fill="FBF8EE"/>
        </w:rPr>
        <w:t>[élément modifié]</w:t>
      </w:r>
      <w:r>
        <w:rPr>
          <w:b w:val="0"/>
          <w:i w:val="0"/>
        </w:rPr>
        <w:t>]. Je n'accepte pas cette modification et je</w:t>
      </w:r>
    </w:p>
    <w:p>
      <w:pPr>
        <w:jc w:val="both"/>
      </w:pPr>
      <w:r>
        <w:t>résous le contrat. Le remboursement de tous les paiements m'est dû, au plus tard quatorze</w:t>
      </w:r>
    </w:p>
    <w:p>
      <w:pPr>
        <w:jc w:val="both"/>
      </w:pPr>
      <w:r>
        <w:t>jours après la présente.</w:t>
      </w:r>
    </w:p>
    <w:p>
      <w:pPr>
        <w:jc w:val="both"/>
      </w:pPr>
      <w:r>
        <w:t>— RÉSOLUTION POUR CONVENANCE. Je résous le contrat et prends acte de ce que des frais de</w:t>
      </w:r>
    </w:p>
    <w:p>
      <w:pPr>
        <w:jc w:val="both"/>
      </w:pPr>
      <w:r>
        <w:t>résolution peuvent m'être demandés. Je vous demande, conformément au texte, de me JUSTIFIER</w:t>
      </w:r>
    </w:p>
    <w:p>
      <w:pPr>
        <w:jc w:val="both"/>
      </w:pPr>
      <w:r>
        <w:t>le montant de ces frais, en indiquant les économies de coûts réalisées et les revenus</w:t>
      </w:r>
    </w:p>
    <w:p>
      <w:pPr>
        <w:jc w:val="both"/>
      </w:pPr>
      <w:r>
        <w:t>escomptés de la remise à disposition des services concernés.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VOUS DEMANDE</w:t>
      </w:r>
    </w:p>
    <w:p>
      <w:pPr>
        <w:jc w:val="both"/>
      </w:pPr>
      <w:r>
        <w:rPr>
          <w:b w:val="0"/>
          <w:i w:val="0"/>
        </w:rPr>
        <w:t xml:space="preserve">Le remboursement de </w:t>
      </w:r>
      <w:r>
        <w:rPr>
          <w:b w:val="0"/>
          <w:i w:val="0"/>
          <w:color w:val="1A365D"/>
          <w:shd w:val="clear" w:color="auto" w:fill="FBF8EE"/>
        </w:rPr>
        <w:t>[montant réclamé]</w:t>
      </w:r>
      <w:r>
        <w:rPr>
          <w:b w:val="0"/>
          <w:i w:val="0"/>
        </w:rPr>
        <w:t xml:space="preserve"> euros, dans les quatorze jours au plus tard suivant la</w:t>
      </w:r>
    </w:p>
    <w:p>
      <w:pPr>
        <w:jc w:val="both"/>
      </w:pPr>
      <w:r>
        <w:t>résolution du contrat, par virement sur le compte dont le relevé d'identité bancaire est joint.</w:t>
      </w:r>
    </w:p>
    <w:p>
      <w:pPr>
        <w:jc w:val="both"/>
      </w:pPr>
      <w:r>
        <w:t>⚠️ Je ne consens à aucun avoir ni bon à valoir en lieu et place de ce remboursement.</w:t>
      </w:r>
    </w:p>
    <w:p>
      <w:pPr>
        <w:jc w:val="both"/>
      </w:pPr>
      <w:r>
        <w:t>Je vous prie d'agréer, Madame, Monsieur, l'expression de mes salutations distinguées.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t>PIÈCES JOINTES : contrat et bon de commande — preuves de paiement — relevé d'identité bancaire</w:t>
      </w:r>
    </w:p>
    <w:p>
      <w:pPr>
        <w:jc w:val="both"/>
      </w:pPr>
      <w:r>
        <w:rPr>
          <w:b w:val="0"/>
          <w:i w:val="0"/>
        </w:rPr>
        <w:t xml:space="preserve">— </w:t>
      </w:r>
      <w:r>
        <w:rPr>
          <w:b w:val="0"/>
          <w:i w:val="0"/>
          <w:color w:val="1A365D"/>
          <w:shd w:val="clear" w:color="auto" w:fill="FBF8EE"/>
        </w:rPr>
        <w:t>[pièces documentant les circonstances à destination, datées]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[notification du vendeur]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