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Conciliateur de justice</w:t>
      </w:r>
    </w:p>
    <w:p>
      <w:pPr>
        <w:spacing w:after="0" w:line="252" w:lineRule="auto"/>
        <w:ind w:left="5102"/>
      </w:pPr>
      <w:r>
        <w:rPr>
          <w:sz w:val="18"/>
        </w:rPr>
        <w:t>[Adresse du point-justice, de la mairie ou du tribunal de proximité]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conciliation — </w:t>
      </w:r>
      <w:r>
        <w:rPr>
          <w:b/>
          <w:i w:val="0"/>
          <w:color w:val="1A365D"/>
          <w:shd w:val="clear" w:color="auto" w:fill="FBF8EE"/>
        </w:rPr>
        <w:t>[dénomination du vendeur]</w:t>
      </w:r>
    </w:p>
    <w:p>
      <w:pPr>
        <w:jc w:val="both"/>
      </w:pPr>
      <w:r>
        <w:t>Madame, Monsieur le Conciliateur,</w:t>
      </w:r>
    </w:p>
    <w:p>
      <w:pPr>
        <w:jc w:val="both"/>
      </w:pPr>
      <w:r>
        <w:rPr>
          <w:b w:val="0"/>
          <w:i w:val="0"/>
        </w:rPr>
        <w:t xml:space="preserve">Je sollicite votre intervention dans un litige qui m'oppose à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>, dont</w:t>
      </w:r>
    </w:p>
    <w:p>
      <w:pPr>
        <w:jc w:val="both"/>
      </w:pPr>
      <w:r>
        <w:rPr>
          <w:b w:val="0"/>
          <w:i w:val="0"/>
        </w:rPr>
        <w:t xml:space="preserve">le siège est </w:t>
      </w:r>
      <w:r>
        <w:rPr>
          <w:b w:val="0"/>
          <w:i w:val="0"/>
          <w:color w:val="1A365D"/>
          <w:shd w:val="clear" w:color="auto" w:fill="FBF8EE"/>
        </w:rPr>
        <w:t>[adresse du siège social]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rPr>
          <w:b w:val="0"/>
          <w:i w:val="0"/>
        </w:rPr>
        <w:t xml:space="preserve">J'ai acheté le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 xml:space="preserve"> un forfait touristique à </w:t>
      </w:r>
      <w:r>
        <w:rPr>
          <w:b w:val="0"/>
          <w:i w:val="0"/>
          <w:color w:val="1A365D"/>
          <w:shd w:val="clear" w:color="auto" w:fill="FBF8EE"/>
        </w:rPr>
        <w:t>[destination]</w:t>
      </w:r>
      <w:r>
        <w:rPr>
          <w:b w:val="0"/>
          <w:i w:val="0"/>
        </w:rPr>
        <w:t>, au</w:t>
      </w:r>
    </w:p>
    <w:p>
      <w:pPr>
        <w:jc w:val="both"/>
      </w:pPr>
      <w:r>
        <w:rPr>
          <w:b w:val="0"/>
          <w:i w:val="0"/>
        </w:rPr>
        <w:t xml:space="preserve">départ du </w:t>
      </w:r>
      <w:r>
        <w:rPr>
          <w:b w:val="0"/>
          <w:i w:val="0"/>
          <w:color w:val="1A365D"/>
          <w:shd w:val="clear" w:color="auto" w:fill="FBF8EE"/>
        </w:rPr>
        <w:t>[date de départ prévue]</w:t>
      </w:r>
      <w:r>
        <w:rPr>
          <w:b w:val="0"/>
          <w:i w:val="0"/>
        </w:rPr>
        <w:t xml:space="preserve">, pour un prix total de </w:t>
      </w:r>
      <w:r>
        <w:rPr>
          <w:b w:val="0"/>
          <w:i w:val="0"/>
          <w:color w:val="1A365D"/>
          <w:shd w:val="clear" w:color="auto" w:fill="FBF8EE"/>
        </w:rPr>
        <w:t>[prix total du voyage]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[Décrire en trois lignes ce qui s'est passé, avec les dates.]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Le versement de </w:t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[Sans réponse / Refus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.]</w:t>
      </w:r>
    </w:p>
    <w:p>
      <w:pPr>
        <w:jc w:val="both"/>
      </w:pPr>
      <w:r>
        <w:t>Je vous remercie de bien vouloir convoquer les parties, et, à défaut d'accord ou de</w:t>
      </w:r>
    </w:p>
    <w:p>
      <w:pPr>
        <w:jc w:val="both"/>
      </w:pPr>
      <w:r>
        <w:t>comparution, de m'en délivrer constat.</w:t>
      </w:r>
    </w:p>
    <w:p>
      <w:pPr>
        <w:jc w:val="both"/>
      </w:pPr>
      <w:r>
        <w:t>Je vous prie d'agréer, Madame, Monsieur le Conciliateur,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contrat et bon de commande — preuves de paiement — réclamation et mise en</w:t>
      </w:r>
    </w:p>
    <w:p>
      <w:pPr>
        <w:jc w:val="both"/>
      </w:pPr>
      <w:r>
        <w:rPr>
          <w:b w:val="0"/>
          <w:i w:val="0"/>
        </w:rPr>
        <w:t xml:space="preserve">demeure avec leurs accusés de réception — </w:t>
      </w:r>
      <w:r>
        <w:rPr>
          <w:b w:val="0"/>
          <w:i w:val="0"/>
          <w:color w:val="1A365D"/>
          <w:shd w:val="clear" w:color="auto" w:fill="FBF8EE"/>
        </w:rPr>
        <w:t>[réponse du vendeur]</w:t>
      </w:r>
      <w:r>
        <w:rPr>
          <w:b w:val="0"/>
          <w:i w:val="0"/>
        </w:rPr>
        <w:t xml:space="preserve"> — décompte détaillé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