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du garage]</w:t>
      </w:r>
    </w:p>
    <w:p>
      <w:pPr>
        <w:spacing w:after="0" w:line="252" w:lineRule="auto"/>
        <w:ind w:left="5102"/>
      </w:pPr>
      <w:r>
        <w:rPr>
          <w:sz w:val="18"/>
        </w:rPr>
        <w:t>[Adresse du garage]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véhicule </w:t>
      </w:r>
      <w:r>
        <w:rPr>
          <w:b/>
          <w:i w:val="0"/>
          <w:color w:val="1A365D"/>
          <w:shd w:val="clear" w:color="auto" w:fill="FBF8EE"/>
        </w:rPr>
        <w:t>[marque et modèle]</w:t>
      </w:r>
      <w:r>
        <w:rPr>
          <w:b/>
          <w:i w:val="0"/>
        </w:rPr>
        <w:t xml:space="preserve">, immatriculé </w:t>
      </w:r>
      <w:r>
        <w:rPr>
          <w:b/>
          <w:i w:val="0"/>
          <w:color w:val="1A365D"/>
          <w:shd w:val="clear" w:color="auto" w:fill="FBF8EE"/>
        </w:rPr>
        <w:t>[numéro d'immatriculation]</w:t>
      </w:r>
      <w:r>
        <w:rPr>
          <w:b/>
          <w:i w:val="0"/>
        </w:rPr>
        <w:t xml:space="preserve"> — réparation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— réclamation</w:t>
      </w:r>
    </w:p>
    <w:p>
      <w:pPr>
        <w:jc w:val="both"/>
      </w:pPr>
      <w:r>
        <w:t>Madame, Monsieur,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FAITS</w:t>
      </w:r>
    </w:p>
    <w:p>
      <w:pPr>
        <w:jc w:val="both"/>
      </w:pPr>
      <w:r>
        <w:rPr>
          <w:b w:val="0"/>
          <w:i w:val="0"/>
        </w:rPr>
        <w:t xml:space="preserve">Je vous ai confié 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le véhicule </w:t>
      </w:r>
      <w:r>
        <w:rPr>
          <w:b w:val="0"/>
          <w:i w:val="0"/>
          <w:color w:val="1A365D"/>
          <w:shd w:val="clear" w:color="auto" w:fill="FBF8EE"/>
        </w:rPr>
        <w:t>[marque et modèle]</w:t>
      </w:r>
      <w:r>
        <w:rPr>
          <w:b w:val="0"/>
          <w:i w:val="0"/>
        </w:rPr>
        <w:t>, immatriculé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pour [objet de l'intervention, tel qu'il figure sur l'ordre de</w:t>
      </w:r>
    </w:p>
    <w:p>
      <w:pPr>
        <w:jc w:val="both"/>
      </w:pPr>
      <w:r>
        <w:t>réparation].</w:t>
      </w:r>
    </w:p>
    <w:p>
      <w:pPr>
        <w:jc w:val="both"/>
      </w:pPr>
      <w:r>
        <w:rPr>
          <w:b w:val="0"/>
          <w:i w:val="0"/>
        </w:rPr>
        <w:t xml:space="preserve">Vous m'avez facturé, le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 xml:space="preserve">, la somme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que j'ai réglée.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d'apparition du désordre]</w:t>
      </w:r>
      <w:r>
        <w:rPr>
          <w:b w:val="0"/>
          <w:i w:val="0"/>
        </w:rPr>
        <w:t>, [décrire le désordre en une ou deux phrases, sans en expliquer la cause :</w:t>
      </w:r>
    </w:p>
    <w:p>
      <w:pPr>
        <w:jc w:val="both"/>
      </w:pPr>
      <w:r>
        <w:t>la panne réparée est réapparue / le défaut n'a jamais cessé / un autre désordre est apparu /</w:t>
      </w:r>
    </w:p>
    <w:p>
      <w:pPr>
        <w:jc w:val="both"/>
      </w:pPr>
      <w:r>
        <w:t>le véhicule présente des dommages qu'il n'avait pas à la remise].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[Choisir :]</w:t>
      </w:r>
    </w:p>
    <w:p>
      <w:pPr>
        <w:jc w:val="both"/>
      </w:pPr>
      <w:r>
        <w:t>— La remise en état du véhicule à vos frais, sans nouvelle facturation.</w:t>
      </w:r>
    </w:p>
    <w:p>
      <w:pPr>
        <w:jc w:val="both"/>
      </w:pPr>
      <w:r>
        <w:rPr>
          <w:b w:val="0"/>
          <w:i w:val="0"/>
        </w:rPr>
        <w:t xml:space="preserve">— Le remboursement de la somme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la prestation n'ayant pas atteint son</w:t>
      </w:r>
    </w:p>
    <w:p>
      <w:pPr>
        <w:jc w:val="both"/>
      </w:pPr>
      <w:r>
        <w:t>objet.</w:t>
      </w:r>
    </w:p>
    <w:p>
      <w:pPr>
        <w:jc w:val="both"/>
      </w:pPr>
      <w:r>
        <w:rPr>
          <w:b w:val="0"/>
          <w:i w:val="0"/>
        </w:rPr>
        <w:t xml:space="preserve">S'y ajoutent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 correspondant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[détailler : immobilisation, location d'un véhicule, dépannage, trajets]</w:t>
      </w:r>
      <w:r>
        <w:rPr>
          <w:b w:val="0"/>
          <w:i w:val="0"/>
        </w:rPr>
        <w:t>, dont je joins les</w:t>
      </w:r>
    </w:p>
    <w:p>
      <w:pPr>
        <w:jc w:val="both"/>
      </w:pPr>
      <w:r>
        <w:t>justificatifs.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CHARGE DE LA PREUVE</w:t>
      </w:r>
    </w:p>
    <w:p>
      <w:pPr>
        <w:jc w:val="both"/>
      </w:pPr>
      <w:r>
        <w:t>Dès lors que des désordres surviennent ou persistent après l'intervention d'un garagiste,</w:t>
      </w:r>
    </w:p>
    <w:p>
      <w:pPr>
        <w:jc w:val="both"/>
      </w:pPr>
      <w:r>
        <w:t>l'existence d'une faute et celle d'un lien causal entre la faute et ces désordres sont</w:t>
      </w:r>
    </w:p>
    <w:p>
      <w:pPr>
        <w:jc w:val="both"/>
      </w:pPr>
      <w:r>
        <w:t>présumées. Il ne m'appartient donc pas d'établir en quoi la prestation a été défaillante.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DE ME COMMUNIQUER</w:t>
      </w:r>
    </w:p>
    <w:p>
      <w:pPr>
        <w:jc w:val="both"/>
      </w:pPr>
      <w:r>
        <w:rPr>
          <w:b w:val="0"/>
          <w:i w:val="0"/>
        </w:rPr>
        <w:t xml:space="preserve">1. la copie de l'ordre de réparation que j'ai signé 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2. la facture détaillée, distinguant les pièces et la main-d'œuvre ;</w:t>
      </w:r>
    </w:p>
    <w:p>
      <w:pPr>
        <w:jc w:val="both"/>
      </w:pPr>
      <w:r>
        <w:t>3. la nature des pièces posées, neuves ou issues de l'économie circulaire ;</w:t>
      </w:r>
    </w:p>
    <w:p>
      <w:pPr>
        <w:jc w:val="both"/>
      </w:pPr>
      <w:r>
        <w:t>4. les coordonnées du médiateur de la consommation dont vous relevez.</w:t>
      </w:r>
    </w:p>
    <w:p>
      <w:pPr>
        <w:jc w:val="both"/>
      </w:pPr>
      <w:r>
        <w:t>Merci de me répondre sous quinze jours.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ordre de réparation — facture du </w:t>
      </w:r>
      <w:r>
        <w:rPr>
          <w:b w:val="0"/>
          <w:i w:val="0"/>
          <w:color w:val="1A365D"/>
          <w:shd w:val="clear" w:color="auto" w:fill="FBF8EE"/>
        </w:rPr>
        <w:t>[date de la facture]</w:t>
      </w:r>
      <w:r>
        <w:rPr>
          <w:b w:val="0"/>
          <w:i w:val="0"/>
        </w:rPr>
        <w:t xml:space="preserve"> et sa preuve de paiement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[photographies datées]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[justificatifs des frais exposés]</w:t>
      </w:r>
      <w:r>
        <w:rPr>
          <w:b w:val="0"/>
          <w:i w:val="0"/>
        </w:rPr>
        <w:t xml:space="preserve"> — [rapport d'un autre</w:t>
      </w:r>
    </w:p>
    <w:p>
      <w:pPr>
        <w:jc w:val="both"/>
      </w:pPr>
      <w:r>
        <w:t>professionnel, s'il en existe un]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