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52" w:lineRule="auto"/>
      </w:pPr>
      <w:r>
        <w:rPr>
          <w:sz w:val="18"/>
        </w:rPr>
        <w:t>[Vos nom et prénom]</w:t>
      </w:r>
    </w:p>
    <w:p>
      <w:pPr>
        <w:spacing w:after="0" w:line="252" w:lineRule="auto"/>
      </w:pPr>
      <w:r>
        <w:rPr>
          <w:sz w:val="18"/>
        </w:rPr>
        <w:t>[Adresse du logement loué]</w:t>
      </w:r>
    </w:p>
    <w:p>
      <w:pPr>
        <w:spacing w:after="0" w:line="252" w:lineRule="auto"/>
      </w:pPr>
      <w:r>
        <w:rPr>
          <w:b w:val="0"/>
          <w:i w:val="0"/>
          <w:color w:val="1A365D"/>
          <w:shd w:val="clear" w:color="auto" w:fill="FBF8EE"/>
        </w:rPr>
        <w:t>[Votre téléphone]</w:t>
      </w:r>
      <w:r>
        <w:rPr>
          <w:b w:val="0"/>
          <w:i w:val="0"/>
        </w:rPr>
        <w:t xml:space="preserve"> — </w:t>
      </w:r>
      <w:r>
        <w:rPr>
          <w:b w:val="0"/>
          <w:i w:val="0"/>
          <w:color w:val="1A365D"/>
          <w:shd w:val="clear" w:color="auto" w:fill="FBF8EE"/>
        </w:rPr>
        <w:t>[votre courriel]</w:t>
      </w:r>
    </w:p>
    <w:p>
      <w:pPr>
        <w:spacing w:after="0" w:line="252" w:lineRule="auto"/>
        <w:ind w:left="5102"/>
      </w:pPr>
      <w:r>
        <w:rPr>
          <w:sz w:val="18"/>
        </w:rPr>
        <w:t>[Nom du bailleur]</w:t>
      </w:r>
    </w:p>
    <w:p>
      <w:pPr>
        <w:spacing w:after="0" w:line="252" w:lineRule="auto"/>
        <w:ind w:left="5102"/>
      </w:pPr>
      <w:r>
        <w:rPr>
          <w:sz w:val="18"/>
        </w:rPr>
        <w:t>[Adresse du bailleur]</w:t>
      </w:r>
    </w:p>
    <w:p>
      <w:pPr>
        <w:spacing w:before="280" w:after="280"/>
      </w:pPr>
      <w:r>
        <w:rPr>
          <w:b/>
          <w:caps/>
          <w:color w:val="A88B1F"/>
          <w:sz w:val="16"/>
        </w:rPr>
        <w:t>LETTRE RECOMMANDÉE AVEC ACCUSÉ DE RÉCEPTION</w:t>
      </w:r>
    </w:p>
    <w:p>
      <w:pPr>
        <w:spacing w:before="320" w:after="440"/>
        <w:ind w:left="5102"/>
      </w:pPr>
      <w:r>
        <w:rPr>
          <w:b w:val="0"/>
          <w:i w:val="0"/>
          <w:color w:val="1A365D"/>
          <w:shd w:val="clear" w:color="auto" w:fill="FBF8EE"/>
        </w:rPr>
        <w:t>[Votre commune]</w:t>
      </w:r>
      <w:r>
        <w:rPr>
          <w:b w:val="0"/>
          <w:i w:val="0"/>
        </w:rPr>
        <w:t xml:space="preserve">, le </w:t>
      </w:r>
      <w:r>
        <w:rPr>
          <w:b w:val="0"/>
          <w:i w:val="0"/>
          <w:color w:val="1A365D"/>
          <w:shd w:val="clear" w:color="auto" w:fill="FBF8EE"/>
        </w:rPr>
        <w:t>[date du jour]</w:t>
      </w:r>
    </w:p>
    <w:p>
      <w:pPr>
        <w:pBdr>
          <w:bottom w:val="single" w:sz="6" w:space="4" w:color="C9A227"/>
        </w:pBdr>
        <w:spacing w:before="200"/>
      </w:pPr>
      <w:r>
        <w:rPr>
          <w:b/>
          <w:color w:val="1A365D"/>
          <w:sz w:val="22"/>
        </w:rPr>
        <w:t>Objet : proposition d'échelonnement de ma dette locative</w:t>
      </w:r>
    </w:p>
    <w:p>
      <w:pPr>
        <w:jc w:val="both"/>
      </w:pPr>
      <w:r>
        <w:rPr>
          <w:b w:val="0"/>
          <w:i w:val="0"/>
        </w:rPr>
        <w:t xml:space="preserve">Logement : </w:t>
      </w:r>
      <w:r>
        <w:rPr>
          <w:b w:val="0"/>
          <w:i w:val="0"/>
          <w:color w:val="1A365D"/>
          <w:shd w:val="clear" w:color="auto" w:fill="FBF8EE"/>
        </w:rPr>
        <w:t>[adresse du logement loué]</w:t>
      </w:r>
      <w:r>
        <w:rPr>
          <w:b w:val="0"/>
          <w:i w:val="0"/>
        </w:rPr>
        <w:t xml:space="preserve"> — bail du </w:t>
      </w:r>
      <w:r>
        <w:rPr>
          <w:b w:val="0"/>
          <w:i w:val="0"/>
          <w:color w:val="1A365D"/>
          <w:shd w:val="clear" w:color="auto" w:fill="FBF8EE"/>
        </w:rPr>
        <w:t>[date de signature du bail]</w:t>
      </w:r>
    </w:p>
    <w:p>
      <w:pPr>
        <w:jc w:val="both"/>
      </w:pPr>
      <w:r>
        <w:t>Madame, Monsieur,</w:t>
      </w:r>
    </w:p>
    <w:p>
      <w:pPr>
        <w:jc w:val="both"/>
      </w:pPr>
      <w:r>
        <w:rPr>
          <w:b w:val="0"/>
          <w:i w:val="0"/>
        </w:rPr>
        <w:t xml:space="preserve">Je suis locataire du logement désigné ci-dessus depuis le </w:t>
      </w:r>
      <w:r>
        <w:rPr>
          <w:b w:val="0"/>
          <w:i w:val="0"/>
          <w:color w:val="1A365D"/>
          <w:shd w:val="clear" w:color="auto" w:fill="FBF8EE"/>
        </w:rPr>
        <w:t>[date de signature du bail]</w:t>
      </w:r>
      <w:r>
        <w:rPr>
          <w:b w:val="0"/>
          <w:i w:val="0"/>
        </w:rPr>
        <w:t xml:space="preserve">, pour un loyer mensuel de </w:t>
      </w:r>
      <w:r>
        <w:rPr>
          <w:b w:val="0"/>
          <w:i w:val="0"/>
          <w:color w:val="1A365D"/>
          <w:shd w:val="clear" w:color="auto" w:fill="FBF8EE"/>
        </w:rPr>
        <w:t>[loyer mensuel]</w:t>
      </w:r>
      <w:r>
        <w:rPr>
          <w:b w:val="0"/>
          <w:i w:val="0"/>
        </w:rPr>
        <w:t xml:space="preserve"> euros charges comprises.</w:t>
      </w:r>
    </w:p>
    <w:p>
      <w:pPr>
        <w:jc w:val="both"/>
      </w:pPr>
      <w:r>
        <w:rPr>
          <w:b w:val="0"/>
          <w:i w:val="0"/>
        </w:rPr>
        <w:t xml:space="preserve">Je n'ai pu régler </w:t>
      </w:r>
      <w:r>
        <w:rPr>
          <w:b w:val="0"/>
          <w:i w:val="0"/>
          <w:color w:val="1A365D"/>
          <w:shd w:val="clear" w:color="auto" w:fill="FBF8EE"/>
        </w:rPr>
        <w:t>[décrire les échéances impayées : mois concernés]</w:t>
      </w:r>
      <w:r>
        <w:rPr>
          <w:b w:val="0"/>
          <w:i w:val="0"/>
        </w:rPr>
        <w:t xml:space="preserve">. La cause en est </w:t>
      </w:r>
      <w:r>
        <w:rPr>
          <w:b w:val="0"/>
          <w:i w:val="0"/>
          <w:color w:val="1A365D"/>
          <w:shd w:val="clear" w:color="auto" w:fill="FBF8EE"/>
        </w:rPr>
        <w:t>[exposer brièvement : perte d'emploi, arrêt de travail, séparation, baisse de ressources]</w:t>
      </w:r>
      <w:r>
        <w:rPr>
          <w:b w:val="0"/>
          <w:i w:val="0"/>
        </w:rPr>
        <w:t xml:space="preserve">, et ma situation a évolué de la manière suivante : </w:t>
      </w:r>
      <w:r>
        <w:rPr>
          <w:b w:val="0"/>
          <w:i w:val="0"/>
          <w:color w:val="1A365D"/>
          <w:shd w:val="clear" w:color="auto" w:fill="FBF8EE"/>
        </w:rPr>
        <w:t>[ce qui a changé depuis]</w:t>
      </w:r>
      <w:r>
        <w:rPr>
          <w:b w:val="0"/>
          <w:i w:val="0"/>
        </w:rPr>
        <w:t>.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[Si vous avez repris :]</w:t>
      </w:r>
      <w:r>
        <w:rPr>
          <w:b w:val="0"/>
          <w:i w:val="0"/>
        </w:rPr>
        <w:t xml:space="preserve"> J'ai repris le versement intégral du loyer courant depuis le </w:t>
      </w:r>
      <w:r>
        <w:rPr>
          <w:b w:val="0"/>
          <w:i w:val="0"/>
          <w:color w:val="1A365D"/>
          <w:shd w:val="clear" w:color="auto" w:fill="FBF8EE"/>
        </w:rPr>
        <w:t>[date de reprise du loyer courant]</w:t>
      </w:r>
      <w:r>
        <w:rPr>
          <w:b w:val="0"/>
          <w:i w:val="0"/>
        </w:rPr>
        <w:t>, comme en attestent les justificatifs joints.</w:t>
      </w:r>
    </w:p>
    <w:p>
      <w:pPr>
        <w:jc w:val="both"/>
      </w:pPr>
      <w:r>
        <w:rPr>
          <w:b w:val="0"/>
          <w:i w:val="0"/>
        </w:rPr>
        <w:t xml:space="preserve">Je vous propose d'apurer l'arriéré, que j'évalue à </w:t>
      </w:r>
      <w:r>
        <w:rPr>
          <w:b w:val="0"/>
          <w:i w:val="0"/>
          <w:color w:val="1A365D"/>
          <w:shd w:val="clear" w:color="auto" w:fill="FBF8EE"/>
        </w:rPr>
        <w:t>[montant de la dette]</w:t>
      </w:r>
      <w:r>
        <w:rPr>
          <w:b w:val="0"/>
          <w:i w:val="0"/>
        </w:rPr>
        <w:t xml:space="preserve"> euros, par versements mensuels de </w:t>
      </w:r>
      <w:r>
        <w:rPr>
          <w:b w:val="0"/>
          <w:i w:val="0"/>
          <w:color w:val="1A365D"/>
          <w:shd w:val="clear" w:color="auto" w:fill="FBF8EE"/>
        </w:rPr>
        <w:t>[montant mensuel proposé]</w:t>
      </w:r>
      <w:r>
        <w:rPr>
          <w:b w:val="0"/>
          <w:i w:val="0"/>
        </w:rPr>
        <w:t xml:space="preserve"> euros à compter du </w:t>
      </w:r>
      <w:r>
        <w:rPr>
          <w:b w:val="0"/>
          <w:i w:val="0"/>
          <w:color w:val="1A365D"/>
          <w:shd w:val="clear" w:color="auto" w:fill="FBF8EE"/>
        </w:rPr>
        <w:t>[date du premier versement proposé]</w:t>
      </w:r>
      <w:r>
        <w:rPr>
          <w:b w:val="0"/>
          <w:i w:val="0"/>
        </w:rPr>
        <w:t>, en sus du loyer courant.</w:t>
      </w:r>
    </w:p>
    <w:p>
      <w:pPr>
        <w:jc w:val="both"/>
      </w:pPr>
      <w:r>
        <w:rPr>
          <w:b w:val="0"/>
          <w:i w:val="0"/>
        </w:rPr>
        <w:t xml:space="preserve">J'ai par ailleurs saisi </w:t>
      </w:r>
      <w:r>
        <w:rPr>
          <w:b w:val="0"/>
          <w:i w:val="0"/>
          <w:color w:val="1A365D"/>
          <w:shd w:val="clear" w:color="auto" w:fill="FBF8EE"/>
        </w:rPr>
        <w:t>[le fonds de solidarité pour le logement de mon département / la caisse d'allocations familiales / un travailleur social]</w:t>
      </w:r>
      <w:r>
        <w:rPr>
          <w:b w:val="0"/>
          <w:i w:val="0"/>
        </w:rPr>
        <w:t xml:space="preserve"> le </w:t>
      </w:r>
      <w:r>
        <w:rPr>
          <w:b w:val="0"/>
          <w:i w:val="0"/>
          <w:color w:val="1A365D"/>
          <w:shd w:val="clear" w:color="auto" w:fill="FBF8EE"/>
        </w:rPr>
        <w:t>[date de la démarche sociale]</w:t>
      </w:r>
      <w:r>
        <w:rPr>
          <w:b w:val="0"/>
          <w:i w:val="0"/>
        </w:rPr>
        <w:t>, afin d'obtenir une aide à l'apurement.</w:t>
      </w:r>
    </w:p>
    <w:p>
      <w:pPr>
        <w:jc w:val="both"/>
      </w:pPr>
      <w:r>
        <w:t>Je vous remercie de me faire connaître votre position sous quinzaine. Je reste à votre disposition pour en convenir autrement si cette proposition ne vous convient pas.</w:t>
      </w:r>
    </w:p>
    <w:p>
      <w:pPr>
        <w:jc w:val="both"/>
      </w:pPr>
      <w:r>
        <w:t>Je vous prie d'agréer, Madame, Monsieur, l'expression de mes salutations distinguées.</w:t>
      </w:r>
    </w:p>
    <w:p>
      <w:pPr>
        <w:jc w:val="both"/>
      </w:pPr>
      <w:r>
        <w:t>[Vos nom et prénom]</w:t>
      </w:r>
    </w:p>
    <w:p>
      <w:pPr>
        <w:pBdr>
          <w:top w:val="single" w:sz="4" w:space="4" w:color="E8EDF4"/>
        </w:pBdr>
        <w:spacing w:before="280"/>
      </w:pPr>
      <w:r>
        <w:rPr>
          <w:b w:val="0"/>
          <w:i/>
        </w:rPr>
        <w:t xml:space="preserve">Pièces jointes : justificatifs de reprise du loyer courant — justificatifs de ressources — </w:t>
      </w:r>
      <w:r>
        <w:rPr>
          <w:b w:val="0"/>
          <w:i/>
          <w:color w:val="1A365D"/>
          <w:shd w:val="clear" w:color="auto" w:fill="FBF8EE"/>
        </w:rPr>
        <w:t>[preuve de la démarche auprès du fonds de solidarité]</w:t>
      </w:r>
    </w:p>
    <w:sectPr w:rsidR="00FC693F" w:rsidRPr="0006063C" w:rsidSect="00034616">
      <w:footerReference w:type="default" r:id="rId9"/>
      <w:pgSz w:w="11906" w:h="16838"/>
      <w:pgMar w:top="1417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center"/>
    </w:pPr>
    <w:r>
      <w:rPr>
        <w:rFonts w:ascii="Cambria" w:hAnsi="Cambria"/>
        <w:color w:val="6C757D"/>
        <w:sz w:val="18"/>
      </w:rPr>
      <w:t xml:space="preserve">Page </w:t>
    </w:r>
    <w:r>
      <w:rPr>
        <w:rFonts w:ascii="Cambria" w:hAnsi="Cambria"/>
        <w:color w:val="6C757D"/>
        <w:sz w:val="18"/>
      </w:rPr>
      <w:fldChar w:fldCharType="begin"/>
    </w:r>
    <w:r>
      <w:rPr>
        <w:rFonts w:ascii="Cambria" w:hAnsi="Cambria"/>
        <w:color w:val="6C757D"/>
        <w:sz w:val="18"/>
      </w:rPr>
      <w:instrText xml:space="preserve"> PAGE </w:instrText>
    </w:r>
    <w:r>
      <w:rPr>
        <w:rFonts w:ascii="Cambria" w:hAnsi="Cambria"/>
        <w:color w:val="6C757D"/>
        <w:sz w:val="18"/>
      </w:rPr>
      <w:fldChar w:fldCharType="end"/>
    </w:r>
    <w:r>
      <w:rPr>
        <w:rFonts w:ascii="Cambria" w:hAnsi="Cambria"/>
        <w:color w:val="6C757D"/>
        <w:sz w:val="18"/>
      </w:rPr>
      <w:t xml:space="preserve"> sur </w:t>
    </w:r>
    <w:r>
      <w:rPr>
        <w:rFonts w:ascii="Cambria" w:hAnsi="Cambria"/>
        <w:color w:val="6C757D"/>
        <w:sz w:val="18"/>
      </w:rPr>
      <w:fldChar w:fldCharType="begin"/>
    </w:r>
    <w:r>
      <w:rPr>
        <w:rFonts w:ascii="Cambria" w:hAnsi="Cambria"/>
        <w:color w:val="6C757D"/>
        <w:sz w:val="18"/>
      </w:rPr>
      <w:instrText xml:space="preserve"> NUMPAGES </w:instrText>
    </w:r>
    <w:r>
      <w:rPr>
        <w:rFonts w:ascii="Cambria" w:hAnsi="Cambria"/>
        <w:color w:val="6C757D"/>
        <w:sz w:val="18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88" w:lineRule="auto"/>
    </w:pPr>
    <w:rPr>
      <w:rFonts w:ascii="Cambria" w:hAnsi="Cambria"/>
      <w:color w:val="2D3748"/>
      <w:sz w:val="22"/>
      <w:lang w:val="fr-FR" w:eastAsia="fr-F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