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line="252" w:lineRule="auto"/>
      </w:pPr>
      <w:r>
        <w:rPr>
          <w:sz w:val="18"/>
        </w:rPr>
        <w:t>[Vos nom et prénom]</w:t>
      </w:r>
    </w:p>
    <w:p>
      <w:pPr>
        <w:spacing w:after="0" w:line="252" w:lineRule="auto"/>
      </w:pPr>
      <w:r>
        <w:rPr>
          <w:sz w:val="18"/>
        </w:rPr>
        <w:t>[Adresse du logement loué]</w:t>
      </w:r>
    </w:p>
    <w:p>
      <w:pPr>
        <w:spacing w:after="0" w:line="252" w:lineRule="auto"/>
      </w:pPr>
      <w:r>
        <w:rPr>
          <w:b w:val="0"/>
          <w:i w:val="0"/>
          <w:color w:val="1A365D"/>
          <w:shd w:val="clear" w:color="auto" w:fill="FBF8EE"/>
        </w:rPr>
        <w:t>[Votre téléphone]</w:t>
      </w:r>
      <w:r>
        <w:rPr>
          <w:b w:val="0"/>
          <w:i w:val="0"/>
        </w:rPr>
        <w:t xml:space="preserve"> — </w:t>
      </w:r>
      <w:r>
        <w:rPr>
          <w:b w:val="0"/>
          <w:i w:val="0"/>
          <w:color w:val="1A365D"/>
          <w:shd w:val="clear" w:color="auto" w:fill="FBF8EE"/>
        </w:rPr>
        <w:t>[votre courriel]</w:t>
      </w:r>
    </w:p>
    <w:p>
      <w:pPr>
        <w:spacing w:after="0" w:line="252" w:lineRule="auto"/>
        <w:ind w:left="5102"/>
      </w:pPr>
      <w:r>
        <w:rPr>
          <w:sz w:val="18"/>
        </w:rPr>
        <w:t>[Nom du bailleur]</w:t>
      </w:r>
    </w:p>
    <w:p>
      <w:pPr>
        <w:spacing w:after="0" w:line="252" w:lineRule="auto"/>
        <w:ind w:left="5102"/>
      </w:pPr>
      <w:r>
        <w:rPr>
          <w:sz w:val="18"/>
        </w:rPr>
        <w:t>[Adresse du bailleur]</w:t>
      </w:r>
    </w:p>
    <w:p>
      <w:pPr>
        <w:spacing w:after="0" w:line="252" w:lineRule="auto"/>
        <w:ind w:left="5102"/>
      </w:pPr>
      <w:r>
        <w:rPr>
          <w:b w:val="0"/>
          <w:i w:val="0"/>
        </w:rPr>
        <w:t xml:space="preserve">Copie : </w:t>
      </w:r>
      <w:r>
        <w:rPr>
          <w:b w:val="0"/>
          <w:i w:val="0"/>
          <w:color w:val="1A365D"/>
          <w:shd w:val="clear" w:color="auto" w:fill="FBF8EE"/>
        </w:rPr>
        <w:t>[nom de l'étude de commissaire de justice]</w:t>
      </w:r>
    </w:p>
    <w:p>
      <w:pPr>
        <w:spacing w:before="280" w:after="280"/>
      </w:pPr>
      <w:r>
        <w:rPr>
          <w:b/>
          <w:caps/>
          <w:color w:val="A88B1F"/>
          <w:sz w:val="16"/>
        </w:rPr>
        <w:t>LETTRE RECOMMANDÉE AVEC ACCUSÉ DE RÉCEPTION</w:t>
      </w:r>
    </w:p>
    <w:p>
      <w:pPr>
        <w:spacing w:before="320" w:after="440"/>
        <w:ind w:left="5102"/>
      </w:pPr>
      <w:r>
        <w:rPr>
          <w:b w:val="0"/>
          <w:i w:val="0"/>
          <w:color w:val="1A365D"/>
          <w:shd w:val="clear" w:color="auto" w:fill="FBF8EE"/>
        </w:rPr>
        <w:t>[Votre commune]</w:t>
      </w:r>
      <w:r>
        <w:rPr>
          <w:b w:val="0"/>
          <w:i w:val="0"/>
        </w:rPr>
        <w:t xml:space="preserve">, le </w:t>
      </w:r>
      <w:r>
        <w:rPr>
          <w:b w:val="0"/>
          <w:i w:val="0"/>
          <w:color w:val="1A365D"/>
          <w:shd w:val="clear" w:color="auto" w:fill="FBF8EE"/>
        </w:rPr>
        <w:t>[date du jour]</w:t>
      </w:r>
    </w:p>
    <w:p>
      <w:pPr>
        <w:pBdr>
          <w:bottom w:val="single" w:sz="6" w:space="4" w:color="C9A227"/>
        </w:pBdr>
        <w:spacing w:before="200"/>
      </w:pPr>
      <w:r>
        <w:rPr>
          <w:b/>
          <w:i w:val="0"/>
        </w:rPr>
        <w:t xml:space="preserve">Objet : contestation du décompte joint au commandement de payer du </w:t>
      </w:r>
      <w:r>
        <w:rPr>
          <w:b/>
          <w:i w:val="0"/>
          <w:color w:val="1A365D"/>
          <w:shd w:val="clear" w:color="auto" w:fill="FBF8EE"/>
        </w:rPr>
        <w:t>[date du commandement]</w:t>
      </w:r>
    </w:p>
    <w:p>
      <w:pPr>
        <w:jc w:val="both"/>
      </w:pPr>
      <w:r>
        <w:t>Madame, Monsieur,</w:t>
      </w:r>
    </w:p>
    <w:p>
      <w:pPr>
        <w:jc w:val="both"/>
      </w:pPr>
      <w:r>
        <w:rPr>
          <w:b w:val="0"/>
          <w:i w:val="0"/>
        </w:rPr>
        <w:t xml:space="preserve">J'ai reçu le </w:t>
      </w:r>
      <w:r>
        <w:rPr>
          <w:b w:val="0"/>
          <w:i w:val="0"/>
          <w:color w:val="1A365D"/>
          <w:shd w:val="clear" w:color="auto" w:fill="FBF8EE"/>
        </w:rPr>
        <w:t>[date du commandement]</w:t>
      </w:r>
      <w:r>
        <w:rPr>
          <w:b w:val="0"/>
          <w:i w:val="0"/>
        </w:rPr>
        <w:t xml:space="preserve"> un commandement de payer visant la clause résolutoire du bail conclu le </w:t>
      </w:r>
      <w:r>
        <w:rPr>
          <w:b w:val="0"/>
          <w:i w:val="0"/>
          <w:color w:val="1A365D"/>
          <w:shd w:val="clear" w:color="auto" w:fill="FBF8EE"/>
        </w:rPr>
        <w:t>[date de signature du bail]</w:t>
      </w:r>
      <w:r>
        <w:rPr>
          <w:b w:val="0"/>
          <w:i w:val="0"/>
        </w:rPr>
        <w:t xml:space="preserve">, portant sur une somme de </w:t>
      </w:r>
      <w:r>
        <w:rPr>
          <w:b w:val="0"/>
          <w:i w:val="0"/>
          <w:color w:val="1A365D"/>
          <w:shd w:val="clear" w:color="auto" w:fill="FBF8EE"/>
        </w:rPr>
        <w:t>[montant de la dette]</w:t>
      </w:r>
      <w:r>
        <w:rPr>
          <w:b w:val="0"/>
          <w:i w:val="0"/>
        </w:rPr>
        <w:t xml:space="preserve"> euros.</w:t>
      </w:r>
    </w:p>
    <w:p>
      <w:pPr>
        <w:jc w:val="both"/>
      </w:pPr>
      <w:r>
        <w:t>Je conteste ce décompte sur les points suivants.</w:t>
      </w:r>
    </w:p>
    <w:p>
      <w:pPr>
        <w:pBdr>
          <w:bottom w:val="single" w:sz="4" w:space="4" w:color="EADFC0"/>
        </w:pBdr>
        <w:spacing w:before="240"/>
      </w:pPr>
      <w:r>
        <w:rPr>
          <w:b/>
          <w:color w:val="1A365D"/>
          <w:sz w:val="22"/>
        </w:rPr>
        <w:t>1. LOYERS PRESCRITS</w:t>
      </w:r>
    </w:p>
    <w:p>
      <w:pPr>
        <w:jc w:val="both"/>
      </w:pPr>
      <w:r>
        <w:rPr>
          <w:b w:val="0"/>
          <w:i w:val="0"/>
        </w:rPr>
        <w:t xml:space="preserve">Le décompte fait figurer des loyers échus antérieurement au </w:t>
      </w:r>
      <w:r>
        <w:rPr>
          <w:b w:val="0"/>
          <w:i w:val="0"/>
          <w:color w:val="1A365D"/>
          <w:shd w:val="clear" w:color="auto" w:fill="FBF8EE"/>
        </w:rPr>
        <w:t>[date de prescription]</w:t>
      </w:r>
      <w:r>
        <w:rPr>
          <w:b w:val="0"/>
          <w:i w:val="0"/>
        </w:rPr>
        <w:t xml:space="preserve">, soit plus de trois ans avant la délivrance du commandement. Or les actions dérivant du contrat de location se prescrivent par trois ans à compter du jour où le titulaire a connu les faits, en application de l'article 7-1 de la loi du 6 juillet 1989. Ces sommes ne sont plus exigibles, pour un total de </w:t>
      </w:r>
      <w:r>
        <w:rPr>
          <w:b w:val="0"/>
          <w:i w:val="0"/>
          <w:color w:val="1A365D"/>
          <w:shd w:val="clear" w:color="auto" w:fill="FBF8EE"/>
        </w:rPr>
        <w:t>[montant des loyers prescrits]</w:t>
      </w:r>
      <w:r>
        <w:rPr>
          <w:b w:val="0"/>
          <w:i w:val="0"/>
        </w:rPr>
        <w:t xml:space="preserve"> euros.</w:t>
      </w:r>
    </w:p>
    <w:p>
      <w:pPr>
        <w:pBdr>
          <w:bottom w:val="single" w:sz="4" w:space="4" w:color="EADFC0"/>
        </w:pBdr>
        <w:spacing w:before="240"/>
      </w:pPr>
      <w:r>
        <w:rPr>
          <w:b/>
          <w:color w:val="1A365D"/>
          <w:sz w:val="22"/>
        </w:rPr>
        <w:t>2. CHARGES NON JUSTIFIÉES</w:t>
      </w:r>
    </w:p>
    <w:p>
      <w:pPr>
        <w:jc w:val="both"/>
      </w:pPr>
      <w:r>
        <w:rPr>
          <w:b w:val="0"/>
          <w:i w:val="0"/>
        </w:rPr>
        <w:t xml:space="preserve">Le décompte porte </w:t>
      </w:r>
      <w:r>
        <w:rPr>
          <w:b w:val="0"/>
          <w:i w:val="0"/>
          <w:color w:val="1A365D"/>
          <w:shd w:val="clear" w:color="auto" w:fill="FBF8EE"/>
        </w:rPr>
        <w:t>[montant des charges contestées]</w:t>
      </w:r>
      <w:r>
        <w:rPr>
          <w:b w:val="0"/>
          <w:i w:val="0"/>
        </w:rPr>
        <w:t xml:space="preserve"> euros au titre des charges locatives. Je n'ai reçu ni décompte par nature de charges, ni justificatifs, ni la régularisation annuelle. Je vous demande de me les communiquer ; à défaut, ces sommes ne peuvent être tenues pour dues.</w:t>
      </w:r>
    </w:p>
    <w:p>
      <w:pPr>
        <w:pBdr>
          <w:bottom w:val="single" w:sz="4" w:space="4" w:color="EADFC0"/>
        </w:pBdr>
        <w:spacing w:before="240"/>
      </w:pPr>
      <w:r>
        <w:rPr>
          <w:b/>
          <w:i w:val="0"/>
        </w:rPr>
        <w:t xml:space="preserve">3. </w:t>
      </w:r>
      <w:r>
        <w:rPr>
          <w:b/>
          <w:i w:val="0"/>
          <w:color w:val="1A365D"/>
          <w:shd w:val="clear" w:color="auto" w:fill="FBF8EE"/>
        </w:rPr>
        <w:t>[AUTRES POSTES CONTESTÉS]</w:t>
      </w:r>
    </w:p>
    <w:p>
      <w:pPr>
        <w:jc w:val="both"/>
      </w:pPr>
      <w:r>
        <w:rPr>
          <w:b w:val="0"/>
          <w:i w:val="0"/>
          <w:color w:val="1A365D"/>
          <w:shd w:val="clear" w:color="auto" w:fill="FBF8EE"/>
        </w:rPr>
        <w:t>[Décrire : versements non pris en compte, aide au logement versée en tiers payant, dépôt de garantie imputé à tort, indemnités d'occupation calculées avant résiliation]</w:t>
      </w:r>
      <w:r>
        <w:rPr>
          <w:b w:val="0"/>
          <w:i w:val="0"/>
        </w:rPr>
        <w:t>.</w:t>
      </w:r>
    </w:p>
    <w:p>
      <w:pPr>
        <w:jc w:val="both"/>
      </w:pPr>
      <w:r>
        <w:rPr>
          <w:b w:val="0"/>
          <w:i w:val="0"/>
        </w:rPr>
        <w:t xml:space="preserve">Après reprise de ces postes, la dette que je reconnais s'élève à </w:t>
      </w:r>
      <w:r>
        <w:rPr>
          <w:b w:val="0"/>
          <w:i w:val="0"/>
          <w:color w:val="1A365D"/>
          <w:shd w:val="clear" w:color="auto" w:fill="FBF8EE"/>
        </w:rPr>
        <w:t>[montant reconnu]</w:t>
      </w:r>
      <w:r>
        <w:rPr>
          <w:b w:val="0"/>
          <w:i w:val="0"/>
        </w:rPr>
        <w:t xml:space="preserve"> euros, que je vous propose d'apurer selon les modalités exposées dans mon courrier du </w:t>
      </w:r>
      <w:r>
        <w:rPr>
          <w:b w:val="0"/>
          <w:i w:val="0"/>
          <w:color w:val="1A365D"/>
          <w:shd w:val="clear" w:color="auto" w:fill="FBF8EE"/>
        </w:rPr>
        <w:t>[date de votre proposition]</w:t>
      </w:r>
      <w:r>
        <w:rPr>
          <w:b w:val="0"/>
          <w:i w:val="0"/>
        </w:rPr>
        <w:t>.</w:t>
      </w:r>
    </w:p>
    <w:p>
      <w:pPr>
        <w:jc w:val="both"/>
      </w:pPr>
      <w:r>
        <w:t>Je vous prie d'agréer, Madame, Monsieur, l'expression de mes salutations distinguées.</w:t>
      </w:r>
    </w:p>
    <w:p>
      <w:pPr>
        <w:jc w:val="both"/>
      </w:pPr>
      <w:r>
        <w:t>[Vos nom et prénom]</w:t>
      </w:r>
    </w:p>
    <w:p>
      <w:pPr>
        <w:pBdr>
          <w:top w:val="single" w:sz="4" w:space="4" w:color="E8EDF4"/>
        </w:pBdr>
        <w:spacing w:before="280"/>
      </w:pPr>
      <w:r>
        <w:rPr>
          <w:b w:val="0"/>
          <w:i/>
        </w:rPr>
        <w:t xml:space="preserve">Pièces jointes : copie du commandement — relevés de paiement — </w:t>
      </w:r>
      <w:r>
        <w:rPr>
          <w:b w:val="0"/>
          <w:i/>
          <w:color w:val="1A365D"/>
          <w:shd w:val="clear" w:color="auto" w:fill="FBF8EE"/>
        </w:rPr>
        <w:t>[attestation de la caisse d'allocations familiales]</w:t>
      </w:r>
      <w:r>
        <w:rPr>
          <w:b w:val="0"/>
          <w:i/>
        </w:rPr>
        <w:t xml:space="preserve"> — </w:t>
      </w:r>
      <w:r>
        <w:rPr>
          <w:b w:val="0"/>
          <w:i/>
          <w:color w:val="1A365D"/>
          <w:shd w:val="clear" w:color="auto" w:fill="FBF8EE"/>
        </w:rPr>
        <w:t>[décomptes de charges reçus]</w:t>
      </w:r>
    </w:p>
    <w:sectPr w:rsidR="00FC693F" w:rsidRPr="0006063C" w:rsidSect="00034616">
      <w:footerReference w:type="default" r:id="rId9"/>
      <w:pgSz w:w="11906" w:h="16838"/>
      <w:pgMar w:top="1417" w:right="1417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/>
      <w:jc w:val="center"/>
    </w:pPr>
    <w:r>
      <w:rPr>
        <w:rFonts w:ascii="Cambria" w:hAnsi="Cambria"/>
        <w:color w:val="6C757D"/>
        <w:sz w:val="18"/>
      </w:rPr>
      <w:t xml:space="preserve">Page </w:t>
    </w:r>
    <w:r>
      <w:rPr>
        <w:rFonts w:ascii="Cambria" w:hAnsi="Cambria"/>
        <w:color w:val="6C757D"/>
        <w:sz w:val="18"/>
      </w:rPr>
      <w:fldChar w:fldCharType="begin"/>
    </w:r>
    <w:r>
      <w:rPr>
        <w:rFonts w:ascii="Cambria" w:hAnsi="Cambria"/>
        <w:color w:val="6C757D"/>
        <w:sz w:val="18"/>
      </w:rPr>
      <w:instrText xml:space="preserve"> PAGE </w:instrText>
    </w:r>
    <w:r>
      <w:rPr>
        <w:rFonts w:ascii="Cambria" w:hAnsi="Cambria"/>
        <w:color w:val="6C757D"/>
        <w:sz w:val="18"/>
      </w:rPr>
      <w:fldChar w:fldCharType="end"/>
    </w:r>
    <w:r>
      <w:rPr>
        <w:rFonts w:ascii="Cambria" w:hAnsi="Cambria"/>
        <w:color w:val="6C757D"/>
        <w:sz w:val="18"/>
      </w:rPr>
      <w:t xml:space="preserve"> sur </w:t>
    </w:r>
    <w:r>
      <w:rPr>
        <w:rFonts w:ascii="Cambria" w:hAnsi="Cambria"/>
        <w:color w:val="6C757D"/>
        <w:sz w:val="18"/>
      </w:rPr>
      <w:fldChar w:fldCharType="begin"/>
    </w:r>
    <w:r>
      <w:rPr>
        <w:rFonts w:ascii="Cambria" w:hAnsi="Cambria"/>
        <w:color w:val="6C757D"/>
        <w:sz w:val="18"/>
      </w:rPr>
      <w:instrText xml:space="preserve"> NUMPAGES </w:instrText>
    </w:r>
    <w:r>
      <w:rPr>
        <w:rFonts w:ascii="Cambria" w:hAnsi="Cambria"/>
        <w:color w:val="6C757D"/>
        <w:sz w:val="18"/>
      </w:rPr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88" w:lineRule="auto"/>
    </w:pPr>
    <w:rPr>
      <w:rFonts w:ascii="Cambria" w:hAnsi="Cambria"/>
      <w:color w:val="2D3748"/>
      <w:sz w:val="22"/>
      <w:lang w:val="fr-FR" w:eastAsia="fr-FR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