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[Adresse du logement loué]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Fonds de solidarité pour le logement</w:t>
      </w:r>
    </w:p>
    <w:p>
      <w:pPr>
        <w:spacing w:after="0" w:line="252" w:lineRule="auto"/>
        <w:ind w:left="5102"/>
      </w:pPr>
      <w:r>
        <w:rPr>
          <w:sz w:val="18"/>
        </w:rPr>
        <w:t>[Adresse du fonds, telle qu'indiquée au commandement]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commune]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demande d'aide financière à l'apurement d'une dette locative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Je sollicite l'intervention du fonds de solidarité pour le logement pour l'apurement de la dette locative que j'ai contractée envers </w:t>
      </w:r>
      <w:r>
        <w:rPr>
          <w:b w:val="0"/>
          <w:i w:val="0"/>
          <w:color w:val="1A365D"/>
          <w:shd w:val="clear" w:color="auto" w:fill="FBF8EE"/>
        </w:rPr>
        <w:t>[nom du bailleur]</w:t>
      </w:r>
      <w:r>
        <w:rPr>
          <w:b w:val="0"/>
          <w:i w:val="0"/>
        </w:rPr>
        <w:t xml:space="preserve">, bailleur du logement situé </w:t>
      </w:r>
      <w:r>
        <w:rPr>
          <w:b w:val="0"/>
          <w:i w:val="0"/>
          <w:color w:val="1A365D"/>
          <w:shd w:val="clear" w:color="auto" w:fill="FBF8EE"/>
        </w:rPr>
        <w:t>[adresse du logement loué]</w:t>
      </w:r>
      <w:r>
        <w:rPr>
          <w:b w:val="0"/>
          <w:i w:val="0"/>
        </w:rPr>
        <w:t xml:space="preserve">, que j'occupe depuis le </w:t>
      </w:r>
      <w:r>
        <w:rPr>
          <w:b w:val="0"/>
          <w:i w:val="0"/>
          <w:color w:val="1A365D"/>
          <w:shd w:val="clear" w:color="auto" w:fill="FBF8EE"/>
        </w:rPr>
        <w:t>[date de signature du bail]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MA SITUATION. Le loyer mensuel s'élève à </w:t>
      </w:r>
      <w:r>
        <w:rPr>
          <w:b w:val="0"/>
          <w:i w:val="0"/>
          <w:color w:val="1A365D"/>
          <w:shd w:val="clear" w:color="auto" w:fill="FBF8EE"/>
        </w:rPr>
        <w:t>[loyer mensuel]</w:t>
      </w:r>
      <w:r>
        <w:rPr>
          <w:b w:val="0"/>
          <w:i w:val="0"/>
        </w:rPr>
        <w:t xml:space="preserve"> euros charges comprises. Mes ressources mensuelles sont de </w:t>
      </w:r>
      <w:r>
        <w:rPr>
          <w:b w:val="0"/>
          <w:i w:val="0"/>
          <w:color w:val="1A365D"/>
          <w:shd w:val="clear" w:color="auto" w:fill="FBF8EE"/>
        </w:rPr>
        <w:t>[ressources mensuelles]</w:t>
      </w:r>
      <w:r>
        <w:rPr>
          <w:b w:val="0"/>
          <w:i w:val="0"/>
        </w:rPr>
        <w:t xml:space="preserve"> euros, composées de </w:t>
      </w:r>
      <w:r>
        <w:rPr>
          <w:b w:val="0"/>
          <w:i w:val="0"/>
          <w:color w:val="1A365D"/>
          <w:shd w:val="clear" w:color="auto" w:fill="FBF8EE"/>
        </w:rPr>
        <w:t>[nature des ressources]</w:t>
      </w:r>
      <w:r>
        <w:rPr>
          <w:b w:val="0"/>
          <w:i w:val="0"/>
        </w:rPr>
        <w:t xml:space="preserve">. Mon foyer compte </w:t>
      </w:r>
      <w:r>
        <w:rPr>
          <w:b w:val="0"/>
          <w:i w:val="0"/>
          <w:color w:val="1A365D"/>
          <w:shd w:val="clear" w:color="auto" w:fill="FBF8EE"/>
        </w:rPr>
        <w:t>[nombre de personnes au foyer]</w:t>
      </w:r>
      <w:r>
        <w:rPr>
          <w:b w:val="0"/>
          <w:i w:val="0"/>
        </w:rPr>
        <w:t xml:space="preserve"> personne(s).</w:t>
      </w:r>
    </w:p>
    <w:p>
      <w:pPr>
        <w:jc w:val="both"/>
      </w:pPr>
      <w:r>
        <w:rPr>
          <w:b w:val="0"/>
          <w:i w:val="0"/>
        </w:rPr>
        <w:t xml:space="preserve">L'ORIGINE DE LA DETTE. </w:t>
      </w:r>
      <w:r>
        <w:rPr>
          <w:b w:val="0"/>
          <w:i w:val="0"/>
          <w:color w:val="1A365D"/>
          <w:shd w:val="clear" w:color="auto" w:fill="FBF8EE"/>
        </w:rPr>
        <w:t>[Exposer : perte d'emploi, arrêt de travail, séparation, baisse de ressources, avec les dates]</w:t>
      </w:r>
      <w:r>
        <w:rPr>
          <w:b w:val="0"/>
          <w:i w:val="0"/>
        </w:rPr>
        <w:t xml:space="preserve">. La dette s'élève aujourd'hui à </w:t>
      </w:r>
      <w:r>
        <w:rPr>
          <w:b w:val="0"/>
          <w:i w:val="0"/>
          <w:color w:val="1A365D"/>
          <w:shd w:val="clear" w:color="auto" w:fill="FBF8EE"/>
        </w:rPr>
        <w:t>[montant de la dette]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OÙ EN EST LA PROCÉDURE. Un commandement de payer visant la clause résolutoire m'a été délivré le </w:t>
      </w:r>
      <w:r>
        <w:rPr>
          <w:b w:val="0"/>
          <w:i w:val="0"/>
          <w:color w:val="1A365D"/>
          <w:shd w:val="clear" w:color="auto" w:fill="FBF8EE"/>
        </w:rPr>
        <w:t>[date du commandement]</w:t>
      </w:r>
      <w:r>
        <w:rPr>
          <w:b w:val="0"/>
          <w:i w:val="0"/>
        </w:rPr>
        <w:t xml:space="preserve">. </w:t>
      </w: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suis assigné devant le juge des contentieux de la protection pour l'audience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MES DÉMARCHES. [J'ai repris le versement du loyer courant depuis le </w:t>
      </w:r>
      <w:r>
        <w:rPr>
          <w:b w:val="0"/>
          <w:i w:val="0"/>
          <w:color w:val="1A365D"/>
          <w:shd w:val="clear" w:color="auto" w:fill="FBF8EE"/>
        </w:rPr>
        <w:t>[date de reprise du loyer courant]</w:t>
      </w:r>
      <w:r>
        <w:rPr>
          <w:b w:val="0"/>
          <w:i w:val="0"/>
        </w:rPr>
        <w:t xml:space="preserve">. / J'ai proposé au bailleur un échelonnement par courrier du </w:t>
      </w:r>
      <w:r>
        <w:rPr>
          <w:b w:val="0"/>
          <w:i w:val="0"/>
          <w:color w:val="1A365D"/>
          <w:shd w:val="clear" w:color="auto" w:fill="FBF8EE"/>
        </w:rPr>
        <w:t>[date de votre proposition]</w:t>
      </w:r>
      <w:r>
        <w:rPr>
          <w:b w:val="0"/>
          <w:i w:val="0"/>
        </w:rPr>
        <w:t xml:space="preserve">. / J'ai déposé un dossier de surendettement le </w:t>
      </w:r>
      <w:r>
        <w:rPr>
          <w:b w:val="0"/>
          <w:i w:val="0"/>
          <w:color w:val="1A365D"/>
          <w:shd w:val="clear" w:color="auto" w:fill="FBF8EE"/>
        </w:rPr>
        <w:t>[date du dossier de surendettement]</w:t>
      </w:r>
      <w:r>
        <w:rPr>
          <w:b w:val="0"/>
          <w:i w:val="0"/>
        </w:rPr>
        <w:t>.]</w:t>
      </w:r>
    </w:p>
    <w:p>
      <w:pPr>
        <w:jc w:val="both"/>
      </w:pPr>
      <w:r>
        <w:t>Je vous remercie de l'examen que vous voudrez bien réserver à ma demande et me tiens à votre disposition pour tout justificatif.</w:t>
      </w:r>
    </w:p>
    <w:p>
      <w:pPr>
        <w:jc w:val="both"/>
      </w:pPr>
      <w:r>
        <w:t>Je vous prie d'agréer, Madame, Monsieur, l'expression de mes salutations distinguées.</w:t>
      </w:r>
    </w:p>
    <w:p>
      <w:pPr>
        <w:jc w:val="both"/>
      </w:pPr>
      <w:r>
        <w:t>[Vos nom et prénom]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copie du commandement de payer — bail — justificatifs de ressources — justificatifs de charges — </w:t>
      </w:r>
      <w:r>
        <w:rPr>
          <w:b w:val="0"/>
          <w:i/>
          <w:color w:val="1A365D"/>
          <w:shd w:val="clear" w:color="auto" w:fill="FBF8EE"/>
        </w:rPr>
        <w:t>[preuve de reprise du loyer courant]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