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252" w:lineRule="auto"/>
      </w:pPr>
      <w:r>
        <w:rPr>
          <w:sz w:val="18"/>
        </w:rPr>
        <w:t>[Vos nom et prénom]</w:t>
      </w:r>
    </w:p>
    <w:p>
      <w:pPr>
        <w:spacing w:after="0" w:line="252" w:lineRule="auto"/>
      </w:pPr>
      <w:r>
        <w:rPr>
          <w:sz w:val="18"/>
        </w:rPr>
        <w:t>[Adresse du logement loué]</w:t>
      </w:r>
    </w:p>
    <w:p>
      <w:pPr>
        <w:spacing w:after="0" w:line="252" w:lineRule="auto"/>
      </w:pPr>
      <w:r>
        <w:rPr>
          <w:b w:val="0"/>
          <w:i w:val="0"/>
          <w:color w:val="1A365D"/>
          <w:shd w:val="clear" w:color="auto" w:fill="FBF8EE"/>
        </w:rPr>
        <w:t>[Votre téléphone]</w:t>
      </w:r>
      <w:r>
        <w:rPr>
          <w:b w:val="0"/>
          <w:i w:val="0"/>
        </w:rPr>
        <w:t xml:space="preserve"> — </w:t>
      </w:r>
      <w:r>
        <w:rPr>
          <w:b w:val="0"/>
          <w:i w:val="0"/>
          <w:color w:val="1A365D"/>
          <w:shd w:val="clear" w:color="auto" w:fill="FBF8EE"/>
        </w:rPr>
        <w:t>[votre courriel]</w:t>
      </w:r>
    </w:p>
    <w:p>
      <w:pPr>
        <w:spacing w:after="0" w:line="252" w:lineRule="auto"/>
        <w:ind w:left="5102"/>
      </w:pPr>
      <w:r>
        <w:rPr>
          <w:sz w:val="18"/>
        </w:rPr>
        <w:t>À Monsieur ou Madame le Conciliateur de justice</w:t>
      </w:r>
    </w:p>
    <w:p>
      <w:pPr>
        <w:spacing w:after="0" w:line="252" w:lineRule="auto"/>
        <w:ind w:left="5102"/>
      </w:pPr>
      <w:r>
        <w:rPr>
          <w:sz w:val="18"/>
        </w:rPr>
        <w:t>[Mairie ou point-justice de votre commune]</w:t>
      </w:r>
    </w:p>
    <w:p>
      <w:pPr>
        <w:spacing w:before="320" w:after="440"/>
        <w:ind w:left="5102"/>
      </w:pPr>
      <w:r>
        <w:rPr>
          <w:b w:val="0"/>
          <w:i w:val="0"/>
          <w:color w:val="1A365D"/>
          <w:shd w:val="clear" w:color="auto" w:fill="FBF8EE"/>
        </w:rPr>
        <w:t>[Votre commune]</w:t>
      </w:r>
      <w:r>
        <w:rPr>
          <w:b w:val="0"/>
          <w:i w:val="0"/>
        </w:rPr>
        <w:t xml:space="preserve">, le </w:t>
      </w:r>
      <w:r>
        <w:rPr>
          <w:b w:val="0"/>
          <w:i w:val="0"/>
          <w:color w:val="1A365D"/>
          <w:shd w:val="clear" w:color="auto" w:fill="FBF8EE"/>
        </w:rPr>
        <w:t>[date du jour]</w:t>
      </w:r>
    </w:p>
    <w:p>
      <w:pPr>
        <w:pBdr>
          <w:bottom w:val="single" w:sz="6" w:space="4" w:color="C9A227"/>
        </w:pBdr>
        <w:spacing w:before="200"/>
      </w:pPr>
      <w:r>
        <w:rPr>
          <w:b/>
          <w:color w:val="1A365D"/>
          <w:sz w:val="22"/>
        </w:rPr>
        <w:t>Objet : demande de conciliation — dette locative</w:t>
      </w:r>
    </w:p>
    <w:p>
      <w:pPr>
        <w:jc w:val="both"/>
      </w:pPr>
      <w:r>
        <w:t>Madame, Monsieur le Conciliateur,</w:t>
      </w:r>
    </w:p>
    <w:p>
      <w:pPr>
        <w:jc w:val="both"/>
      </w:pPr>
      <w:r>
        <w:rPr>
          <w:b w:val="0"/>
          <w:i w:val="0"/>
        </w:rPr>
        <w:t xml:space="preserve">Je sollicite votre intervention dans le différend qui m'oppose à </w:t>
      </w:r>
      <w:r>
        <w:rPr>
          <w:b w:val="0"/>
          <w:i w:val="0"/>
          <w:color w:val="1A365D"/>
          <w:shd w:val="clear" w:color="auto" w:fill="FBF8EE"/>
        </w:rPr>
        <w:t>[nom du bailleur]</w:t>
      </w:r>
      <w:r>
        <w:rPr>
          <w:b w:val="0"/>
          <w:i w:val="0"/>
        </w:rPr>
        <w:t xml:space="preserve">, </w:t>
      </w:r>
      <w:r>
        <w:rPr>
          <w:b w:val="0"/>
          <w:i w:val="0"/>
          <w:color w:val="1A365D"/>
          <w:shd w:val="clear" w:color="auto" w:fill="FBF8EE"/>
        </w:rPr>
        <w:t>[adresse du bailleur]</w:t>
      </w:r>
      <w:r>
        <w:rPr>
          <w:b w:val="0"/>
          <w:i w:val="0"/>
        </w:rPr>
        <w:t xml:space="preserve">, bailleur du logement que j'occupe </w:t>
      </w:r>
      <w:r>
        <w:rPr>
          <w:b w:val="0"/>
          <w:i w:val="0"/>
          <w:color w:val="1A365D"/>
          <w:shd w:val="clear" w:color="auto" w:fill="FBF8EE"/>
        </w:rPr>
        <w:t>[adresse du logement loué]</w:t>
      </w:r>
      <w:r>
        <w:rPr>
          <w:b w:val="0"/>
          <w:i w:val="0"/>
        </w:rPr>
        <w:t xml:space="preserve"> en vertu d'un bail du </w:t>
      </w:r>
      <w:r>
        <w:rPr>
          <w:b w:val="0"/>
          <w:i w:val="0"/>
          <w:color w:val="1A365D"/>
          <w:shd w:val="clear" w:color="auto" w:fill="FBF8EE"/>
        </w:rPr>
        <w:t>[date de signature du bail]</w:t>
      </w:r>
      <w:r>
        <w:rPr>
          <w:b w:val="0"/>
          <w:i w:val="0"/>
        </w:rPr>
        <w:t>.</w:t>
      </w:r>
    </w:p>
    <w:p>
      <w:pPr>
        <w:jc w:val="both"/>
      </w:pPr>
      <w:r>
        <w:rPr>
          <w:b w:val="0"/>
          <w:i w:val="0"/>
        </w:rPr>
        <w:t xml:space="preserve">LES FAITS. Le loyer mensuel est de </w:t>
      </w:r>
      <w:r>
        <w:rPr>
          <w:b w:val="0"/>
          <w:i w:val="0"/>
          <w:color w:val="1A365D"/>
          <w:shd w:val="clear" w:color="auto" w:fill="FBF8EE"/>
        </w:rPr>
        <w:t>[loyer mensuel]</w:t>
      </w:r>
      <w:r>
        <w:rPr>
          <w:b w:val="0"/>
          <w:i w:val="0"/>
        </w:rPr>
        <w:t xml:space="preserve"> euros charges comprises. À la suite de </w:t>
      </w:r>
      <w:r>
        <w:rPr>
          <w:b w:val="0"/>
          <w:i w:val="0"/>
          <w:color w:val="1A365D"/>
          <w:shd w:val="clear" w:color="auto" w:fill="FBF8EE"/>
        </w:rPr>
        <w:t>[exposer l'origine de l'impayé]</w:t>
      </w:r>
      <w:r>
        <w:rPr>
          <w:b w:val="0"/>
          <w:i w:val="0"/>
        </w:rPr>
        <w:t xml:space="preserve">, une dette de </w:t>
      </w:r>
      <w:r>
        <w:rPr>
          <w:b w:val="0"/>
          <w:i w:val="0"/>
          <w:color w:val="1A365D"/>
          <w:shd w:val="clear" w:color="auto" w:fill="FBF8EE"/>
        </w:rPr>
        <w:t>[montant de la dette]</w:t>
      </w:r>
      <w:r>
        <w:rPr>
          <w:b w:val="0"/>
          <w:i w:val="0"/>
        </w:rPr>
        <w:t xml:space="preserve"> euros s'est constituée. Un commandement de payer m'a été délivré le </w:t>
      </w:r>
      <w:r>
        <w:rPr>
          <w:b w:val="0"/>
          <w:i w:val="0"/>
          <w:color w:val="1A365D"/>
          <w:shd w:val="clear" w:color="auto" w:fill="FBF8EE"/>
        </w:rPr>
        <w:t>[date du commandement]</w:t>
      </w:r>
      <w:r>
        <w:rPr>
          <w:b w:val="0"/>
          <w:i w:val="0"/>
        </w:rPr>
        <w:t>.</w:t>
      </w:r>
    </w:p>
    <w:p>
      <w:pPr>
        <w:jc w:val="both"/>
      </w:pPr>
      <w:r>
        <w:rPr>
          <w:b w:val="0"/>
          <w:i w:val="0"/>
        </w:rPr>
        <w:t xml:space="preserve">MES DÉMARCHES. J'ai proposé au bailleur, par lettre recommandée du </w:t>
      </w:r>
      <w:r>
        <w:rPr>
          <w:b w:val="0"/>
          <w:i w:val="0"/>
          <w:color w:val="1A365D"/>
          <w:shd w:val="clear" w:color="auto" w:fill="FBF8EE"/>
        </w:rPr>
        <w:t>[date de votre proposition]</w:t>
      </w:r>
      <w:r>
        <w:rPr>
          <w:b w:val="0"/>
          <w:i w:val="0"/>
        </w:rPr>
        <w:t xml:space="preserve">, d'apurer cette dette par versements de </w:t>
      </w:r>
      <w:r>
        <w:rPr>
          <w:b w:val="0"/>
          <w:i w:val="0"/>
          <w:color w:val="1A365D"/>
          <w:shd w:val="clear" w:color="auto" w:fill="FBF8EE"/>
        </w:rPr>
        <w:t>[montant mensuel proposé]</w:t>
      </w:r>
      <w:r>
        <w:rPr>
          <w:b w:val="0"/>
          <w:i w:val="0"/>
        </w:rPr>
        <w:t xml:space="preserve"> euros en sus du loyer courant. </w:t>
      </w:r>
      <w:r>
        <w:rPr>
          <w:b w:val="0"/>
          <w:i w:val="0"/>
          <w:color w:val="1A365D"/>
          <w:shd w:val="clear" w:color="auto" w:fill="FBF8EE"/>
        </w:rPr>
        <w:t>[Cette proposition est restée sans réponse. / Elle a été refusée sans contre-proposition.]</w:t>
      </w:r>
    </w:p>
    <w:p>
      <w:pPr>
        <w:jc w:val="both"/>
      </w:pPr>
      <w:r>
        <w:rPr>
          <w:b w:val="0"/>
          <w:i w:val="0"/>
          <w:color w:val="1A365D"/>
          <w:shd w:val="clear" w:color="auto" w:fill="FBF8EE"/>
        </w:rPr>
        <w:t>[Le cas échéant :]</w:t>
      </w:r>
      <w:r>
        <w:rPr>
          <w:b w:val="0"/>
          <w:i w:val="0"/>
        </w:rPr>
        <w:t xml:space="preserve"> J'ai repris le versement du loyer courant depuis le </w:t>
      </w:r>
      <w:r>
        <w:rPr>
          <w:b w:val="0"/>
          <w:i w:val="0"/>
          <w:color w:val="1A365D"/>
          <w:shd w:val="clear" w:color="auto" w:fill="FBF8EE"/>
        </w:rPr>
        <w:t>[date de reprise du loyer courant]</w:t>
      </w:r>
      <w:r>
        <w:rPr>
          <w:b w:val="0"/>
          <w:i w:val="0"/>
        </w:rPr>
        <w:t>.</w:t>
      </w:r>
    </w:p>
    <w:p>
      <w:pPr>
        <w:jc w:val="both"/>
      </w:pPr>
      <w:r>
        <w:t>CE QUE JE RECHERCHE. Un échéancier accepté par les deux parties, qui me permette de rester dans les lieux tout en apurant la dette, et d'éviter une procédure judiciaire dont le coût s'ajouterait à ce que je dois.</w:t>
      </w:r>
    </w:p>
    <w:p>
      <w:pPr>
        <w:jc w:val="both"/>
      </w:pPr>
      <w:r>
        <w:t>Je vous remercie de bien vouloir convoquer les parties et, quelle que soit l'issue, de me délivrer une attestation de tentative de conciliation.</w:t>
      </w:r>
    </w:p>
    <w:p>
      <w:pPr>
        <w:jc w:val="both"/>
      </w:pPr>
      <w:r>
        <w:t>Je vous prie d'agréer, Madame, Monsieur le Conciliateur, l'expression de mes salutations distinguées.</w:t>
      </w:r>
    </w:p>
    <w:p>
      <w:pPr>
        <w:jc w:val="both"/>
      </w:pPr>
      <w:r>
        <w:t>[Vos nom et prénom]</w:t>
      </w:r>
    </w:p>
    <w:p>
      <w:pPr>
        <w:pBdr>
          <w:top w:val="single" w:sz="4" w:space="4" w:color="E8EDF4"/>
        </w:pBdr>
        <w:spacing w:before="280"/>
      </w:pPr>
      <w:r>
        <w:rPr>
          <w:i/>
          <w:color w:val="6C757D"/>
          <w:sz w:val="18"/>
        </w:rPr>
        <w:t>Pièces jointes : bail — commandement de payer — copie de ma proposition d'échelonnement — justificatifs de ressources</w:t>
      </w:r>
    </w:p>
    <w:sectPr w:rsidR="00FC693F" w:rsidRPr="0006063C" w:rsidSect="00034616">
      <w:footerReference w:type="default" r:id="rId9"/>
      <w:pgSz w:w="11906" w:h="16838"/>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Cambria" w:hAnsi="Cambria"/>
        <w:color w:val="6C757D"/>
        <w:sz w:val="18"/>
      </w:rPr>
      <w:t xml:space="preserve">Page </w:t>
    </w:r>
    <w:r>
      <w:rPr>
        <w:rFonts w:ascii="Cambria" w:hAnsi="Cambria"/>
        <w:color w:val="6C757D"/>
        <w:sz w:val="18"/>
      </w:rPr>
      <w:fldChar w:fldCharType="begin"/>
    </w:r>
    <w:r>
      <w:rPr>
        <w:rFonts w:ascii="Cambria" w:hAnsi="Cambria"/>
        <w:color w:val="6C757D"/>
        <w:sz w:val="18"/>
      </w:rPr>
      <w:instrText xml:space="preserve"> PAGE </w:instrText>
    </w:r>
    <w:r>
      <w:rPr>
        <w:rFonts w:ascii="Cambria" w:hAnsi="Cambria"/>
        <w:color w:val="6C757D"/>
        <w:sz w:val="18"/>
      </w:rPr>
      <w:fldChar w:fldCharType="end"/>
    </w:r>
    <w:r>
      <w:rPr>
        <w:rFonts w:ascii="Cambria" w:hAnsi="Cambria"/>
        <w:color w:val="6C757D"/>
        <w:sz w:val="18"/>
      </w:rPr>
      <w:t xml:space="preserve"> sur </w:t>
    </w:r>
    <w:r>
      <w:rPr>
        <w:rFonts w:ascii="Cambria" w:hAnsi="Cambria"/>
        <w:color w:val="6C757D"/>
        <w:sz w:val="18"/>
      </w:rPr>
      <w:fldChar w:fldCharType="begin"/>
    </w:r>
    <w:r>
      <w:rPr>
        <w:rFonts w:ascii="Cambria" w:hAnsi="Cambria"/>
        <w:color w:val="6C757D"/>
        <w:sz w:val="18"/>
      </w:rPr>
      <w:instrText xml:space="preserve"> NUMPAGES </w:instrText>
    </w:r>
    <w:r>
      <w:rPr>
        <w:rFonts w:ascii="Cambria" w:hAnsi="Cambria"/>
        <w:color w:val="6C757D"/>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88" w:lineRule="auto"/>
    </w:pPr>
    <w:rPr>
      <w:rFonts w:ascii="Cambria" w:hAnsi="Cambria"/>
      <w:color w:val="2D3748"/>
      <w:sz w:val="22"/>
      <w:lang w:val="fr-FR" w:eastAsia="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