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[Nom du demandeur ou dénomination]</w:t>
      </w:r>
    </w:p>
    <w:p>
      <w:pPr>
        <w:spacing w:after="0" w:line="252" w:lineRule="auto"/>
        <w:ind w:left="5102"/>
      </w:pPr>
      <w:r>
        <w:rPr>
          <w:sz w:val="18"/>
        </w:rPr>
        <w:t>[Adresse du demandeur]</w:t>
      </w:r>
    </w:p>
    <w:p>
      <w:pPr>
        <w:spacing w:after="0" w:line="252" w:lineRule="auto"/>
        <w:ind w:left="5102"/>
      </w:pPr>
      <w:r>
        <w:rPr>
          <w:sz w:val="18"/>
        </w:rPr>
        <w:t>Lettre recommandée avec demande d'avis de réception</w:t>
      </w:r>
    </w:p>
    <w:p>
      <w:pPr>
        <w:spacing w:after="0" w:line="252" w:lineRule="auto"/>
        <w:ind w:left="5102"/>
      </w:pPr>
      <w:r>
        <w:rPr>
          <w:sz w:val="18"/>
        </w:rPr>
        <w:t>[et par courriel le même jour]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facture n° </w:t>
      </w:r>
      <w:r>
        <w:rPr>
          <w:b/>
          <w:i w:val="0"/>
          <w:color w:val="1A365D"/>
          <w:shd w:val="clear" w:color="auto" w:fill="FBF8EE"/>
        </w:rPr>
        <w:t>[numéro de facture]</w:t>
      </w:r>
      <w:r>
        <w:rPr>
          <w:b/>
          <w:i w:val="0"/>
        </w:rPr>
        <w:t xml:space="preserve"> — CONTESTATION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Vous me réclamez la somme de </w:t>
      </w:r>
      <w:r>
        <w:rPr>
          <w:b w:val="0"/>
          <w:i w:val="0"/>
          <w:color w:val="1A365D"/>
          <w:shd w:val="clear" w:color="auto" w:fill="FBF8EE"/>
        </w:rPr>
        <w:t>[montant réclamé par le vendeur]</w:t>
      </w:r>
      <w:r>
        <w:rPr>
          <w:b w:val="0"/>
          <w:i w:val="0"/>
        </w:rPr>
        <w:t xml:space="preserve"> euros au titre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[désignation de la prestation ou du bien]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SUR LA DATE QUI OUVRE VOTRE DÉLAI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[Les travaux ont été achevés / la livraison est intervenue]</w:t>
      </w:r>
      <w:r>
        <w:rPr>
          <w:b w:val="0"/>
          <w:i w:val="0"/>
        </w:rPr>
        <w:t xml:space="preserve"> le </w:t>
      </w:r>
      <w:r>
        <w:rPr>
          <w:b w:val="0"/>
          <w:i w:val="0"/>
          <w:color w:val="1A365D"/>
          <w:shd w:val="clear" w:color="auto" w:fill="FBF8EE"/>
        </w:rPr>
        <w:t>[date d'achèvement ou de livraison]</w:t>
      </w:r>
      <w:r>
        <w:rPr>
          <w:b w:val="0"/>
          <w:i w:val="0"/>
        </w:rPr>
        <w:t>. C'est cette</w:t>
      </w:r>
    </w:p>
    <w:p>
      <w:pPr>
        <w:jc w:val="both"/>
      </w:pPr>
      <w:r>
        <w:t>date, et non celle de votre facture, qui rend la créance exigible et fait courir le délai de</w:t>
      </w:r>
    </w:p>
    <w:p>
      <w:pPr>
        <w:jc w:val="both"/>
      </w:pPr>
      <w:r>
        <w:t>votre action.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CONTESTE</w:t>
      </w:r>
    </w:p>
    <w:p>
      <w:pPr>
        <w:jc w:val="both"/>
      </w:pPr>
      <w:r>
        <w:rPr>
          <w:b w:val="0"/>
          <w:i w:val="0"/>
        </w:rPr>
        <w:t xml:space="preserve">— [Ligne </w:t>
      </w:r>
      <w:r>
        <w:rPr>
          <w:b w:val="0"/>
          <w:i w:val="0"/>
          <w:color w:val="1A365D"/>
          <w:shd w:val="clear" w:color="auto" w:fill="FBF8EE"/>
        </w:rPr>
        <w:t>[numéro de ligne]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[désignation]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[montant de la ligne]</w:t>
      </w:r>
      <w:r>
        <w:rPr>
          <w:b w:val="0"/>
          <w:i w:val="0"/>
        </w:rPr>
        <w:t xml:space="preserve"> € : </w:t>
      </w:r>
      <w:r>
        <w:rPr>
          <w:b w:val="0"/>
          <w:i w:val="0"/>
          <w:color w:val="1A365D"/>
          <w:shd w:val="clear" w:color="auto" w:fill="FBF8EE"/>
        </w:rPr>
        <w:t>[motif]</w:t>
      </w:r>
      <w:r>
        <w:rPr>
          <w:b w:val="0"/>
          <w:i w:val="0"/>
        </w:rPr>
        <w:t>.]</w:t>
      </w:r>
    </w:p>
    <w:p>
      <w:pPr>
        <w:jc w:val="both"/>
      </w:pPr>
      <w:r>
        <w:rPr>
          <w:b w:val="0"/>
          <w:i w:val="0"/>
        </w:rPr>
        <w:t xml:space="preserve">— [Ligne </w:t>
      </w:r>
      <w:r>
        <w:rPr>
          <w:b w:val="0"/>
          <w:i w:val="0"/>
          <w:color w:val="1A365D"/>
          <w:shd w:val="clear" w:color="auto" w:fill="FBF8EE"/>
        </w:rPr>
        <w:t>[numéro de ligne]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[désignation]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[montant de la ligne]</w:t>
      </w:r>
      <w:r>
        <w:rPr>
          <w:b w:val="0"/>
          <w:i w:val="0"/>
        </w:rPr>
        <w:t xml:space="preserve"> € : </w:t>
      </w:r>
      <w:r>
        <w:rPr>
          <w:b w:val="0"/>
          <w:i w:val="0"/>
          <w:color w:val="1A365D"/>
          <w:shd w:val="clear" w:color="auto" w:fill="FBF8EE"/>
        </w:rPr>
        <w:t>[motif]</w:t>
      </w:r>
      <w:r>
        <w:rPr>
          <w:b w:val="0"/>
          <w:i w:val="0"/>
        </w:rPr>
        <w:t>.]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Ces prestations n'ont pas été exécutées. Je refuse d'en payer le prix, sans</w:t>
      </w:r>
    </w:p>
    <w:p>
      <w:pPr>
        <w:jc w:val="both"/>
      </w:pPr>
      <w:r>
        <w:t>avoir à invoquer de créance en retour : il vous appartient d'établir la réalité de la prestation</w:t>
      </w:r>
    </w:p>
    <w:p>
      <w:pPr>
        <w:jc w:val="both"/>
      </w:pPr>
      <w:r>
        <w:t>dont vous demandez le prix.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NE CONTESTE PAS</w:t>
      </w:r>
    </w:p>
    <w:p>
      <w:pPr>
        <w:jc w:val="both"/>
      </w:pPr>
      <w:r>
        <w:rPr>
          <w:b w:val="0"/>
          <w:i w:val="0"/>
        </w:rPr>
        <w:t xml:space="preserve">— [Ligne </w:t>
      </w:r>
      <w:r>
        <w:rPr>
          <w:b w:val="0"/>
          <w:i w:val="0"/>
          <w:color w:val="1A365D"/>
          <w:shd w:val="clear" w:color="auto" w:fill="FBF8EE"/>
        </w:rPr>
        <w:t>[numéro de ligne]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[désignation]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[montant de la ligne]</w:t>
      </w:r>
      <w:r>
        <w:rPr>
          <w:b w:val="0"/>
          <w:i w:val="0"/>
        </w:rPr>
        <w:t xml:space="preserve"> €.]</w:t>
      </w:r>
    </w:p>
    <w:p>
      <w:pPr>
        <w:jc w:val="both"/>
      </w:pPr>
      <w:r>
        <w:rPr>
          <w:b w:val="0"/>
          <w:i w:val="0"/>
        </w:rPr>
        <w:t xml:space="preserve">Total non contesté : </w:t>
      </w:r>
      <w:r>
        <w:rPr>
          <w:b w:val="0"/>
          <w:i w:val="0"/>
          <w:color w:val="1A365D"/>
          <w:shd w:val="clear" w:color="auto" w:fill="FBF8EE"/>
        </w:rPr>
        <w:t>[montant non contesté]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L'exécution étant imparfaite, je vous notifie ma décision de réduire le prix</w:t>
      </w:r>
    </w:p>
    <w:p>
      <w:pPr>
        <w:jc w:val="both"/>
      </w:pPr>
      <w:r>
        <w:rPr>
          <w:b w:val="0"/>
          <w:i w:val="0"/>
        </w:rPr>
        <w:t xml:space="preserve">de manière proportionnelle, à hauteur de </w:t>
      </w:r>
      <w:r>
        <w:rPr>
          <w:b w:val="0"/>
          <w:i w:val="0"/>
          <w:color w:val="1A365D"/>
          <w:shd w:val="clear" w:color="auto" w:fill="FBF8EE"/>
        </w:rPr>
        <w:t>[montant non contesté]</w:t>
      </w:r>
      <w:r>
        <w:rPr>
          <w:b w:val="0"/>
          <w:i w:val="0"/>
        </w:rPr>
        <w:t xml:space="preserve"> euros.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VOUS DEMANDE DE PRODUIRE</w:t>
      </w:r>
    </w:p>
    <w:p>
      <w:pPr>
        <w:jc w:val="both"/>
      </w:pPr>
      <w:r>
        <w:t>1. le devis signé et le bon de commande ;</w:t>
      </w:r>
    </w:p>
    <w:p>
      <w:pPr>
        <w:jc w:val="both"/>
      </w:pPr>
      <w:r>
        <w:t>2. le procès-verbal de réception, ou le bon de livraison signé ;</w:t>
      </w:r>
    </w:p>
    <w:p>
      <w:pPr>
        <w:jc w:val="both"/>
      </w:pPr>
      <w:r>
        <w:t>3. le décompte détaillé, poste par poste ;</w:t>
      </w:r>
    </w:p>
    <w:p>
      <w:pPr>
        <w:jc w:val="both"/>
      </w:pPr>
      <w:r>
        <w:rPr>
          <w:b w:val="0"/>
          <w:i w:val="0"/>
        </w:rPr>
        <w:t xml:space="preserve">4. </w:t>
      </w:r>
      <w:r>
        <w:rPr>
          <w:b w:val="0"/>
          <w:i w:val="0"/>
          <w:color w:val="1A365D"/>
          <w:shd w:val="clear" w:color="auto" w:fill="FBF8EE"/>
        </w:rPr>
        <w:t>[la clause sur laquelle vous fondez les pénalités réclamées]</w:t>
      </w:r>
      <w:r>
        <w:rPr>
          <w:b w:val="0"/>
          <w:i w:val="0"/>
        </w:rPr>
        <w:t>.</w:t>
      </w:r>
    </w:p>
    <w:p>
      <w:pPr>
        <w:jc w:val="both"/>
      </w:pPr>
      <w:r>
        <w:t>Je ne procède à aucun versement à ce stade et je ne reconnais aucune des sommes réclamées.</w:t>
      </w:r>
    </w:p>
    <w:p>
      <w:pPr>
        <w:jc w:val="both"/>
      </w:pPr>
      <w:r>
        <w:t>Je vous demande enfin de me communiquer les coordonnées du médiateur de la consommation dont</w:t>
      </w:r>
    </w:p>
    <w:p>
      <w:pPr>
        <w:jc w:val="both"/>
      </w:pPr>
      <w:r>
        <w:t>vous relevez.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rPr>
          <w:b w:val="0"/>
          <w:i w:val="0"/>
        </w:rPr>
        <w:t xml:space="preserve">PIÈCES JOINTES : devis ou bon de commande — facture contestée — </w:t>
      </w:r>
      <w:r>
        <w:rPr>
          <w:b w:val="0"/>
          <w:i w:val="0"/>
          <w:color w:val="1A365D"/>
          <w:shd w:val="clear" w:color="auto" w:fill="FBF8EE"/>
        </w:rPr>
        <w:t>[procès-verbal de réception]</w:t>
      </w:r>
      <w:r>
        <w:rPr>
          <w:b w:val="0"/>
          <w:i w:val="0"/>
        </w:rPr>
        <w:t xml:space="preserve"> —</w:t>
      </w:r>
    </w:p>
    <w:p>
      <w:pPr>
        <w:jc w:val="both"/>
      </w:pPr>
      <w:r>
        <w:t>photographies — échanges écrits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