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[Dénomination et adresse du médiateur dont relève le professionnel, telles qu'il vous les a</w:t>
      </w:r>
    </w:p>
    <w:p>
      <w:pPr>
        <w:spacing w:after="0" w:line="252" w:lineRule="auto"/>
        <w:ind w:left="5102"/>
      </w:pPr>
      <w:r>
        <w:rPr>
          <w:sz w:val="18"/>
        </w:rPr>
        <w:t>communiquées — il en a l'obligation]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saisine du médiateur — facture n° </w:t>
      </w:r>
      <w:r>
        <w:rPr>
          <w:b/>
          <w:i w:val="0"/>
          <w:color w:val="1A365D"/>
          <w:shd w:val="clear" w:color="auto" w:fill="FBF8EE"/>
        </w:rPr>
        <w:t>[numéro de facture]</w:t>
      </w:r>
    </w:p>
    <w:p>
      <w:pPr>
        <w:jc w:val="both"/>
      </w:pPr>
      <w:r>
        <w:rPr>
          <w:b w:val="0"/>
          <w:i w:val="0"/>
        </w:rPr>
        <w:t xml:space="preserve">Professionnel mis en cause : </w:t>
      </w:r>
      <w:r>
        <w:rPr>
          <w:b w:val="0"/>
          <w:i w:val="0"/>
          <w:color w:val="1A365D"/>
          <w:shd w:val="clear" w:color="auto" w:fill="FBF8EE"/>
        </w:rPr>
        <w:t>[nom du demandeur ou dénomination]</w:t>
      </w:r>
    </w:p>
    <w:p>
      <w:pPr>
        <w:jc w:val="both"/>
      </w:pPr>
      <w:r>
        <w:t>Madame, Monsieur le Médiateur,</w:t>
      </w:r>
    </w:p>
    <w:p>
      <w:pPr>
        <w:jc w:val="both"/>
      </w:pPr>
      <w:r>
        <w:rPr>
          <w:b w:val="0"/>
          <w:i w:val="0"/>
        </w:rPr>
        <w:t xml:space="preserve">Je vous saisis d'un litige né d'une demande en paiement de </w:t>
      </w:r>
      <w:r>
        <w:rPr>
          <w:b w:val="0"/>
          <w:i w:val="0"/>
          <w:color w:val="1A365D"/>
          <w:shd w:val="clear" w:color="auto" w:fill="FBF8EE"/>
        </w:rPr>
        <w:t>[montant réclamé par le vendeur]</w:t>
      </w:r>
      <w:r>
        <w:rPr>
          <w:b w:val="0"/>
          <w:i w:val="0"/>
        </w:rPr>
        <w:t xml:space="preserve"> euros</w:t>
      </w:r>
    </w:p>
    <w:p>
      <w:pPr>
        <w:jc w:val="both"/>
      </w:pPr>
      <w:r>
        <w:rPr>
          <w:b w:val="0"/>
          <w:i w:val="0"/>
        </w:rPr>
        <w:t xml:space="preserve">formée par </w:t>
      </w:r>
      <w:r>
        <w:rPr>
          <w:b w:val="0"/>
          <w:i w:val="0"/>
          <w:color w:val="1A365D"/>
          <w:shd w:val="clear" w:color="auto" w:fill="FBF8EE"/>
        </w:rPr>
        <w:t>[nom du demandeur ou dénomination]</w:t>
      </w:r>
      <w:r>
        <w:rPr>
          <w:b w:val="0"/>
          <w:i w:val="0"/>
        </w:rPr>
        <w:t xml:space="preserve"> au titre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[désignation de la prestation ou du bien]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QUI S'EST PASSÉ</w:t>
      </w:r>
    </w:p>
    <w:p>
      <w:pPr>
        <w:jc w:val="both"/>
      </w:pPr>
      <w:r>
        <w:t>[Décrire en quelques lignes, avec les dates : la commande, l'exécution, ce qui n'a pas été fait,</w:t>
      </w:r>
    </w:p>
    <w:p>
      <w:pPr>
        <w:jc w:val="both"/>
      </w:pPr>
      <w:r>
        <w:t>la facturation, les relances.]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CONTESTE</w:t>
      </w:r>
    </w:p>
    <w:p>
      <w:pPr>
        <w:jc w:val="both"/>
      </w:pPr>
      <w:r>
        <w:rPr>
          <w:b w:val="0"/>
          <w:i w:val="0"/>
        </w:rPr>
        <w:t xml:space="preserve">1. La prescription de l'action : </w:t>
      </w:r>
      <w:r>
        <w:rPr>
          <w:b w:val="0"/>
          <w:i w:val="0"/>
          <w:color w:val="1A365D"/>
          <w:shd w:val="clear" w:color="auto" w:fill="FBF8EE"/>
        </w:rPr>
        <w:t>[les travaux ont été achevés / la livraison est intervenue]</w:t>
      </w:r>
    </w:p>
    <w:p>
      <w:pPr>
        <w:jc w:val="both"/>
      </w:pPr>
      <w:r>
        <w:rPr>
          <w:b w:val="0"/>
          <w:i w:val="0"/>
        </w:rPr>
        <w:t xml:space="preserve">le </w:t>
      </w:r>
      <w:r>
        <w:rPr>
          <w:b w:val="0"/>
          <w:i w:val="0"/>
          <w:color w:val="1A365D"/>
          <w:shd w:val="clear" w:color="auto" w:fill="FBF8EE"/>
        </w:rPr>
        <w:t>[date d'achèvement ou de livraison]</w:t>
      </w:r>
      <w:r>
        <w:rPr>
          <w:b w:val="0"/>
          <w:i w:val="0"/>
        </w:rPr>
        <w:t>, et le délai court de cette date, non de la facture.</w:t>
      </w:r>
    </w:p>
    <w:p>
      <w:pPr>
        <w:jc w:val="both"/>
      </w:pPr>
      <w:r>
        <w:rPr>
          <w:b w:val="0"/>
          <w:i w:val="0"/>
        </w:rPr>
        <w:t xml:space="preserve">2. [L'exécution : les prestations suivantes n'ont pas été réalisées : </w:t>
      </w:r>
      <w:r>
        <w:rPr>
          <w:b w:val="0"/>
          <w:i w:val="0"/>
          <w:color w:val="1A365D"/>
          <w:shd w:val="clear" w:color="auto" w:fill="FBF8EE"/>
        </w:rPr>
        <w:t>[désignation]</w:t>
      </w:r>
      <w:r>
        <w:rPr>
          <w:b w:val="0"/>
          <w:i w:val="0"/>
        </w:rPr>
        <w:t>.]</w:t>
      </w:r>
    </w:p>
    <w:p>
      <w:pPr>
        <w:jc w:val="both"/>
      </w:pPr>
      <w:r>
        <w:rPr>
          <w:b w:val="0"/>
          <w:i w:val="0"/>
        </w:rPr>
        <w:t xml:space="preserve">3. </w:t>
      </w:r>
      <w:r>
        <w:rPr>
          <w:b w:val="0"/>
          <w:i w:val="0"/>
          <w:color w:val="1A365D"/>
          <w:shd w:val="clear" w:color="auto" w:fill="FBF8EE"/>
        </w:rPr>
        <w:t>[Le montant : les pénalités réclamées sont manifestement excessives.]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DEMANDE</w:t>
      </w:r>
    </w:p>
    <w:p>
      <w:pPr>
        <w:jc w:val="both"/>
      </w:pPr>
      <w:r>
        <w:rPr>
          <w:b w:val="0"/>
          <w:i w:val="0"/>
        </w:rPr>
        <w:t xml:space="preserve">[Le rejet de la demande / la réduction du prix à </w:t>
      </w:r>
      <w:r>
        <w:rPr>
          <w:b w:val="0"/>
          <w:i w:val="0"/>
          <w:color w:val="1A365D"/>
          <w:shd w:val="clear" w:color="auto" w:fill="FBF8EE"/>
        </w:rPr>
        <w:t>[montant non contesté]</w:t>
      </w:r>
      <w:r>
        <w:rPr>
          <w:b w:val="0"/>
          <w:i w:val="0"/>
        </w:rPr>
        <w:t xml:space="preserve"> euros.]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MA CONTESTATION ET LA SUITE QUI LUI A ÉTÉ DONNÉE</w:t>
      </w:r>
    </w:p>
    <w:p>
      <w:pPr>
        <w:jc w:val="both"/>
      </w:pPr>
      <w:r>
        <w:rPr>
          <w:b w:val="0"/>
          <w:i w:val="0"/>
        </w:rPr>
        <w:t xml:space="preserve">Contestation écrite du </w:t>
      </w:r>
      <w:r>
        <w:rPr>
          <w:b w:val="0"/>
          <w:i w:val="0"/>
          <w:color w:val="1A365D"/>
          <w:shd w:val="clear" w:color="auto" w:fill="FBF8EE"/>
        </w:rPr>
        <w:t>[date de votre contestation écrite]</w:t>
      </w:r>
      <w:r>
        <w:rPr>
          <w:b w:val="0"/>
          <w:i w:val="0"/>
        </w:rPr>
        <w:t xml:space="preserve">. [Sans réponse / Refus du </w:t>
      </w:r>
      <w:r>
        <w:rPr>
          <w:b w:val="0"/>
          <w:i w:val="0"/>
          <w:color w:val="1A365D"/>
          <w:shd w:val="clear" w:color="auto" w:fill="FBF8EE"/>
        </w:rPr>
        <w:t>[date du refus]</w:t>
      </w:r>
      <w:r>
        <w:rPr>
          <w:b w:val="0"/>
          <w:i w:val="0"/>
        </w:rPr>
        <w:t>.]</w:t>
      </w:r>
    </w:p>
    <w:p>
      <w:pPr>
        <w:jc w:val="both"/>
      </w:pPr>
      <w:r>
        <w:t>Le litige n'a été soumis à aucun autre médiateur ni à aucun tribunal.</w:t>
      </w:r>
    </w:p>
    <w:p>
      <w:pPr>
        <w:jc w:val="both"/>
      </w:pPr>
      <w:r>
        <w:t>Je vous prie d'agréer, Madame, Monsieur le Médiateur, l'expression de ma considération</w:t>
      </w:r>
    </w:p>
    <w:p>
      <w:pPr>
        <w:jc w:val="both"/>
      </w:pPr>
      <w:r>
        <w:t>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JOINTES — elles conditionnent la recevabilité : devis ou bon de commande — facture —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[procès-verbal de réception]</w:t>
      </w:r>
      <w:r>
        <w:rPr>
          <w:b w:val="0"/>
          <w:i w:val="0"/>
        </w:rPr>
        <w:t xml:space="preserve"> — contestation du </w:t>
      </w:r>
      <w:r>
        <w:rPr>
          <w:b w:val="0"/>
          <w:i w:val="0"/>
          <w:color w:val="1A365D"/>
          <w:shd w:val="clear" w:color="auto" w:fill="FBF8EE"/>
        </w:rPr>
        <w:t>[date de votre contestation écrite]</w:t>
      </w:r>
      <w:r>
        <w:rPr>
          <w:b w:val="0"/>
          <w:i w:val="0"/>
        </w:rPr>
        <w:t xml:space="preserve"> et son accusé de réception —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[réponse reçue]</w:t>
      </w:r>
      <w:r>
        <w:rPr>
          <w:b w:val="0"/>
          <w:i w:val="0"/>
        </w:rPr>
        <w:t xml:space="preserve"> — décompte poste par poste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