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Monsieur ou Madame le Conciliateur de justice</w:t>
      </w:r>
    </w:p>
    <w:p>
      <w:pPr>
        <w:spacing w:after="0" w:line="252" w:lineRule="auto"/>
        <w:ind w:left="5102"/>
      </w:pPr>
      <w:r>
        <w:rPr>
          <w:sz w:val="18"/>
        </w:rPr>
        <w:t>[Adresse du point-justice, de la mairie ou du tribunal de proximité]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demande de conciliation — </w:t>
      </w:r>
      <w:r>
        <w:rPr>
          <w:b/>
          <w:i w:val="0"/>
          <w:color w:val="1A365D"/>
          <w:shd w:val="clear" w:color="auto" w:fill="FBF8EE"/>
        </w:rPr>
        <w:t>[nom du demandeur ou dénomination]</w:t>
      </w:r>
    </w:p>
    <w:p>
      <w:pPr>
        <w:jc w:val="both"/>
      </w:pPr>
      <w:r>
        <w:t>Madame, Monsieur le Conciliateur,</w:t>
      </w:r>
    </w:p>
    <w:p>
      <w:pPr>
        <w:jc w:val="both"/>
      </w:pPr>
      <w:r>
        <w:t>Je sollicite votre intervention dans un litige qui m'oppose à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[nom du demandeur ou dénomination]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[demeurant / dont le siège est]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1A365D"/>
          <w:shd w:val="clear" w:color="auto" w:fill="FBF8EE"/>
        </w:rPr>
        <w:t>[adresse du demandeur]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QUI S'EST PASSÉ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[Désignation de la prestation ou du bien]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[achevé / livré]</w:t>
      </w:r>
      <w:r>
        <w:rPr>
          <w:b w:val="0"/>
          <w:i w:val="0"/>
        </w:rPr>
        <w:t xml:space="preserve"> le </w:t>
      </w:r>
      <w:r>
        <w:rPr>
          <w:b w:val="0"/>
          <w:i w:val="0"/>
          <w:color w:val="1A365D"/>
          <w:shd w:val="clear" w:color="auto" w:fill="FBF8EE"/>
        </w:rPr>
        <w:t>[date d'achèvement ou de livraison]</w:t>
      </w:r>
      <w:r>
        <w:rPr>
          <w:b w:val="0"/>
          <w:i w:val="0"/>
        </w:rPr>
        <w:t>, facturé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réclamé par le vendeur]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t>[Décrire en trois lignes ce qui est contesté, avec les dates.]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DEMANDE</w:t>
      </w:r>
    </w:p>
    <w:p>
      <w:pPr>
        <w:jc w:val="both"/>
      </w:pPr>
      <w:r>
        <w:rPr>
          <w:b w:val="0"/>
          <w:i w:val="0"/>
        </w:rPr>
        <w:t xml:space="preserve">[Le rejet de la demande / la réduction du prix à </w:t>
      </w:r>
      <w:r>
        <w:rPr>
          <w:b w:val="0"/>
          <w:i w:val="0"/>
          <w:color w:val="1A365D"/>
          <w:shd w:val="clear" w:color="auto" w:fill="FBF8EE"/>
        </w:rPr>
        <w:t>[montant non contesté]</w:t>
      </w:r>
      <w:r>
        <w:rPr>
          <w:b w:val="0"/>
          <w:i w:val="0"/>
        </w:rPr>
        <w:t xml:space="preserve"> euros /</w:t>
      </w:r>
    </w:p>
    <w:p>
      <w:pPr>
        <w:jc w:val="both"/>
      </w:pPr>
      <w:r>
        <w:t>un échelonnement du paiement.]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J'AI DÉJÀ FAIT</w:t>
      </w:r>
    </w:p>
    <w:p>
      <w:pPr>
        <w:jc w:val="both"/>
      </w:pPr>
      <w:r>
        <w:rPr>
          <w:b w:val="0"/>
          <w:i w:val="0"/>
        </w:rPr>
        <w:t xml:space="preserve">Contestation écrite du </w:t>
      </w:r>
      <w:r>
        <w:rPr>
          <w:b w:val="0"/>
          <w:i w:val="0"/>
          <w:color w:val="1A365D"/>
          <w:shd w:val="clear" w:color="auto" w:fill="FBF8EE"/>
        </w:rPr>
        <w:t>[date de votre contestation écrite]</w:t>
      </w:r>
      <w:r>
        <w:rPr>
          <w:b w:val="0"/>
          <w:i w:val="0"/>
        </w:rPr>
        <w:t xml:space="preserve">. [Sans réponse / Refus du </w:t>
      </w:r>
      <w:r>
        <w:rPr>
          <w:b w:val="0"/>
          <w:i w:val="0"/>
          <w:color w:val="1A365D"/>
          <w:shd w:val="clear" w:color="auto" w:fill="FBF8EE"/>
        </w:rPr>
        <w:t>[date du refus]</w:t>
      </w:r>
      <w:r>
        <w:rPr>
          <w:b w:val="0"/>
          <w:i w:val="0"/>
        </w:rPr>
        <w:t>.]</w:t>
      </w:r>
    </w:p>
    <w:p>
      <w:pPr>
        <w:jc w:val="both"/>
      </w:pPr>
      <w:r>
        <w:t>Je vous remercie de bien vouloir convoquer les parties, et, à défaut d'accord ou de comparution,</w:t>
      </w:r>
    </w:p>
    <w:p>
      <w:pPr>
        <w:jc w:val="both"/>
      </w:pPr>
      <w:r>
        <w:t>de m'en délivrer constat.</w:t>
      </w:r>
    </w:p>
    <w:p>
      <w:pPr>
        <w:jc w:val="both"/>
      </w:pPr>
      <w:r>
        <w:t>Je vous prie d'agréer, Madame, Monsieur le Conciliateur, l'expression de ma considération</w:t>
      </w:r>
    </w:p>
    <w:p>
      <w:pPr>
        <w:jc w:val="both"/>
      </w:pPr>
      <w:r>
        <w:t>distinguée.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t>PIÈCES JOINTES : devis ou bon de commande — facture — contestation et son accusé de réception —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[réponse reçue]</w:t>
      </w:r>
      <w:r>
        <w:rPr>
          <w:b w:val="0"/>
          <w:i w:val="0"/>
        </w:rPr>
        <w:t xml:space="preserve"> — décompte poste par poste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