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line="252" w:lineRule="auto"/>
      </w:pPr>
      <w:r>
        <w:rPr>
          <w:sz w:val="18"/>
        </w:rPr>
        <w:t>[Vos nom et prénom]</w:t>
      </w:r>
    </w:p>
    <w:p>
      <w:pPr>
        <w:spacing w:after="0" w:line="252" w:lineRule="auto"/>
      </w:pPr>
      <w:r>
        <w:rPr>
          <w:sz w:val="18"/>
        </w:rPr>
        <w:t>[Votre adresse]</w:t>
      </w:r>
    </w:p>
    <w:p>
      <w:pPr>
        <w:spacing w:after="0" w:line="252" w:lineRule="auto"/>
      </w:pPr>
      <w:r>
        <w:rPr>
          <w:b w:val="0"/>
          <w:i w:val="0"/>
          <w:color w:val="1A365D"/>
          <w:shd w:val="clear" w:color="auto" w:fill="FBF8EE"/>
        </w:rPr>
        <w:t>[Votre téléphone]</w:t>
      </w:r>
      <w:r>
        <w:rPr>
          <w:b w:val="0"/>
          <w:i w:val="0"/>
        </w:rPr>
        <w:t xml:space="preserve"> — </w:t>
      </w:r>
      <w:r>
        <w:rPr>
          <w:b w:val="0"/>
          <w:i w:val="0"/>
          <w:color w:val="1A365D"/>
          <w:shd w:val="clear" w:color="auto" w:fill="FBF8EE"/>
        </w:rPr>
        <w:t>[votre courriel]</w:t>
      </w:r>
    </w:p>
    <w:p>
      <w:pPr>
        <w:spacing w:after="0" w:line="252" w:lineRule="auto"/>
        <w:ind w:left="5102"/>
      </w:pPr>
      <w:r>
        <w:rPr>
          <w:b w:val="0"/>
          <w:i w:val="0"/>
        </w:rPr>
        <w:t xml:space="preserve">Commission de surendettement des particuliers de </w:t>
      </w:r>
      <w:r>
        <w:rPr>
          <w:b w:val="0"/>
          <w:i w:val="0"/>
          <w:color w:val="1A365D"/>
          <w:shd w:val="clear" w:color="auto" w:fill="FBF8EE"/>
        </w:rPr>
        <w:t>[département]</w:t>
      </w:r>
    </w:p>
    <w:p>
      <w:pPr>
        <w:spacing w:after="0" w:line="252" w:lineRule="auto"/>
        <w:ind w:left="5102"/>
      </w:pPr>
      <w:r>
        <w:rPr>
          <w:sz w:val="18"/>
        </w:rPr>
        <w:t>Secrétariat — Banque de France</w:t>
      </w:r>
    </w:p>
    <w:p>
      <w:pPr>
        <w:spacing w:before="280" w:after="280"/>
      </w:pPr>
      <w:r>
        <w:rPr>
          <w:b/>
          <w:caps/>
          <w:color w:val="A88B1F"/>
          <w:sz w:val="16"/>
        </w:rPr>
        <w:t>LETTRE RECOMMANDÉE AVEC DEMANDE D'AVIS DE RÉCEPTION</w:t>
      </w:r>
    </w:p>
    <w:p>
      <w:pPr>
        <w:spacing w:before="320" w:after="440"/>
        <w:ind w:left="5102"/>
      </w:pPr>
      <w:r>
        <w:rPr>
          <w:b w:val="0"/>
          <w:i w:val="0"/>
        </w:rPr>
        <w:t xml:space="preserve">À </w:t>
      </w:r>
      <w:r>
        <w:rPr>
          <w:b w:val="0"/>
          <w:i w:val="0"/>
          <w:color w:val="1A365D"/>
          <w:shd w:val="clear" w:color="auto" w:fill="FBF8EE"/>
        </w:rPr>
        <w:t>[ville d'où vous écrivez]</w:t>
      </w:r>
      <w:r>
        <w:rPr>
          <w:b w:val="0"/>
          <w:i w:val="0"/>
        </w:rPr>
        <w:t xml:space="preserve">, le </w:t>
      </w:r>
      <w:r>
        <w:rPr>
          <w:b w:val="0"/>
          <w:i w:val="0"/>
          <w:color w:val="1A365D"/>
          <w:shd w:val="clear" w:color="auto" w:fill="FBF8EE"/>
        </w:rPr>
        <w:t>[date du jour]</w:t>
      </w:r>
    </w:p>
    <w:p>
      <w:pPr>
        <w:pBdr>
          <w:bottom w:val="single" w:sz="6" w:space="4" w:color="C9A227"/>
        </w:pBdr>
        <w:spacing w:before="280"/>
      </w:pPr>
      <w:r>
        <w:rPr>
          <w:b/>
          <w:color w:val="1A365D"/>
          <w:sz w:val="28"/>
        </w:rPr>
        <w:t>DÉCLARATION DE CONTESTATION</w:t>
      </w:r>
    </w:p>
    <w:p>
      <w:pPr>
        <w:pBdr>
          <w:bottom w:val="single" w:sz="6" w:space="4" w:color="C9A227"/>
        </w:pBdr>
        <w:spacing w:before="200"/>
      </w:pPr>
      <w:r>
        <w:rPr>
          <w:b/>
          <w:i w:val="0"/>
        </w:rPr>
        <w:t xml:space="preserve">Objet : contestation des mesures notifiées le </w:t>
      </w:r>
      <w:r>
        <w:rPr>
          <w:b/>
          <w:i w:val="0"/>
          <w:color w:val="1A365D"/>
          <w:shd w:val="clear" w:color="auto" w:fill="FBF8EE"/>
        </w:rPr>
        <w:t>[date de notification]</w:t>
      </w:r>
    </w:p>
    <w:p>
      <w:pPr>
        <w:jc w:val="both"/>
      </w:pPr>
      <w:r>
        <w:rPr>
          <w:b w:val="0"/>
          <w:i w:val="0"/>
        </w:rPr>
        <w:t xml:space="preserve">Dossier n° </w:t>
      </w:r>
      <w:r>
        <w:rPr>
          <w:b w:val="0"/>
          <w:i w:val="0"/>
          <w:color w:val="1A365D"/>
          <w:shd w:val="clear" w:color="auto" w:fill="FBF8EE"/>
        </w:rPr>
        <w:t>[numéro du dossier de surendettement]</w:t>
      </w:r>
    </w:p>
    <w:p>
      <w:pPr>
        <w:jc w:val="both"/>
      </w:pPr>
      <w:r>
        <w:t>Madame, Monsieur le Secrétaire,</w:t>
      </w:r>
    </w:p>
    <w:p>
      <w:pPr>
        <w:jc w:val="both"/>
      </w:pPr>
      <w:r>
        <w:rPr>
          <w:b w:val="0"/>
          <w:i w:val="0"/>
        </w:rPr>
        <w:t xml:space="preserve">Je soussigné(e) </w:t>
      </w:r>
      <w:r>
        <w:rPr>
          <w:b w:val="0"/>
          <w:i w:val="0"/>
          <w:color w:val="1A365D"/>
          <w:shd w:val="clear" w:color="auto" w:fill="FBF8EE"/>
        </w:rPr>
        <w:t>[vos nom et prénom]</w:t>
      </w:r>
      <w:r>
        <w:rPr>
          <w:b w:val="0"/>
          <w:i w:val="0"/>
        </w:rPr>
        <w:t xml:space="preserve">, demeurant </w:t>
      </w:r>
      <w:r>
        <w:rPr>
          <w:b w:val="0"/>
          <w:i w:val="0"/>
          <w:color w:val="1A365D"/>
          <w:shd w:val="clear" w:color="auto" w:fill="FBF8EE"/>
        </w:rPr>
        <w:t>[votre adresse]</w:t>
      </w:r>
      <w:r>
        <w:rPr>
          <w:b w:val="0"/>
          <w:i w:val="0"/>
        </w:rPr>
        <w:t>, forme par la présente</w:t>
      </w:r>
    </w:p>
    <w:p>
      <w:pPr>
        <w:jc w:val="both"/>
      </w:pPr>
      <w:r>
        <w:rPr>
          <w:b w:val="0"/>
          <w:i w:val="0"/>
        </w:rPr>
        <w:t xml:space="preserve">contestation de la décision de la commission qui m'a été notifiée le </w:t>
      </w:r>
      <w:r>
        <w:rPr>
          <w:b w:val="0"/>
          <w:i w:val="0"/>
          <w:color w:val="1A365D"/>
          <w:shd w:val="clear" w:color="auto" w:fill="FBF8EE"/>
        </w:rPr>
        <w:t>[date de notification]</w:t>
      </w:r>
      <w:r>
        <w:rPr>
          <w:b w:val="0"/>
          <w:i w:val="0"/>
        </w:rPr>
        <w:t>.</w:t>
      </w:r>
    </w:p>
    <w:p>
      <w:pPr>
        <w:pBdr>
          <w:bottom w:val="single" w:sz="4" w:space="4" w:color="EADFC0"/>
        </w:pBdr>
        <w:spacing w:before="240"/>
      </w:pPr>
      <w:r>
        <w:rPr>
          <w:b/>
          <w:color w:val="1A365D"/>
          <w:sz w:val="22"/>
        </w:rPr>
        <w:t>LA DÉCISION CONTESTÉE</w:t>
      </w:r>
    </w:p>
    <w:p>
      <w:pPr>
        <w:jc w:val="both"/>
      </w:pPr>
      <w:r>
        <w:t>[Décrire la décision : mesures imposées, rétablissement personnel sans liquidation judiciaire,</w:t>
      </w:r>
    </w:p>
    <w:p>
      <w:pPr>
        <w:jc w:val="both"/>
      </w:pPr>
      <w:r>
        <w:t>décision de recevabilité — et sa date de notification.]</w:t>
      </w:r>
    </w:p>
    <w:p>
      <w:pPr>
        <w:pBdr>
          <w:bottom w:val="single" w:sz="4" w:space="4" w:color="EADFC0"/>
        </w:pBdr>
        <w:spacing w:before="240"/>
      </w:pPr>
      <w:r>
        <w:rPr>
          <w:b/>
          <w:color w:val="1A365D"/>
          <w:sz w:val="22"/>
        </w:rPr>
        <w:t>LES MOTIFS DE MA CONTESTATION</w:t>
      </w:r>
    </w:p>
    <w:p>
      <w:pPr>
        <w:jc w:val="both"/>
      </w:pPr>
      <w:r>
        <w:t>[⛔ LES MOTIFS SONT EXIGÉS PAR LE TEXTE. Une déclaration qui n'en porte aucun est irrégulière.</w:t>
      </w:r>
    </w:p>
    <w:p>
      <w:pPr>
        <w:jc w:val="both"/>
      </w:pPr>
      <w:r>
        <w:t>Exposez-les point par point.]</w:t>
      </w:r>
    </w:p>
    <w:p>
      <w:pPr>
        <w:jc w:val="both"/>
      </w:pPr>
      <w:r>
        <w:rPr>
          <w:b w:val="0"/>
          <w:i w:val="0"/>
        </w:rPr>
        <w:t xml:space="preserve">1. </w:t>
      </w:r>
      <w:r>
        <w:rPr>
          <w:b w:val="0"/>
          <w:i w:val="0"/>
          <w:color w:val="1A365D"/>
          <w:shd w:val="clear" w:color="auto" w:fill="FBF8EE"/>
        </w:rPr>
        <w:t>[Premier motif — par exemple : une créance retenue à tort, ou pour un montant erroné.]</w:t>
      </w:r>
    </w:p>
    <w:p>
      <w:pPr>
        <w:jc w:val="both"/>
      </w:pPr>
      <w:r>
        <w:rPr>
          <w:b w:val="0"/>
          <w:i w:val="0"/>
        </w:rPr>
        <w:t xml:space="preserve">2. </w:t>
      </w:r>
      <w:r>
        <w:rPr>
          <w:b w:val="0"/>
          <w:i w:val="0"/>
          <w:color w:val="1A365D"/>
          <w:shd w:val="clear" w:color="auto" w:fill="FBF8EE"/>
        </w:rPr>
        <w:t>[Deuxième motif — par exemple : des ressources ou des charges mal évaluées.]</w:t>
      </w:r>
    </w:p>
    <w:p>
      <w:pPr>
        <w:jc w:val="both"/>
      </w:pPr>
      <w:r>
        <w:rPr>
          <w:b w:val="0"/>
          <w:i w:val="0"/>
        </w:rPr>
        <w:t xml:space="preserve">3. </w:t>
      </w:r>
      <w:r>
        <w:rPr>
          <w:b w:val="0"/>
          <w:i w:val="0"/>
          <w:color w:val="1A365D"/>
          <w:shd w:val="clear" w:color="auto" w:fill="FBF8EE"/>
        </w:rPr>
        <w:t>[Troisième motif — par exemple : la mesure retenue ne correspond pas à ma situation.]</w:t>
      </w:r>
    </w:p>
    <w:p>
      <w:pPr>
        <w:pBdr>
          <w:bottom w:val="single" w:sz="4" w:space="4" w:color="EADFC0"/>
        </w:pBdr>
        <w:spacing w:before="240"/>
      </w:pPr>
      <w:r>
        <w:rPr>
          <w:b/>
          <w:color w:val="1A365D"/>
          <w:sz w:val="22"/>
        </w:rPr>
        <w:t>CE QUE JE DEMANDE</w:t>
      </w:r>
    </w:p>
    <w:p>
      <w:pPr>
        <w:jc w:val="both"/>
      </w:pPr>
      <w:r>
        <w:t>[Dire ce que vous voulez obtenir à la place, et non seulement ce que vous refusez.]</w:t>
      </w:r>
    </w:p>
    <w:p>
      <w:pPr>
        <w:jc w:val="both"/>
      </w:pPr>
      <w:r>
        <w:t>Je vous prie d'agréer, Madame, Monsieur le Secrétaire, l'expression de mes salutations</w:t>
      </w:r>
    </w:p>
    <w:p>
      <w:pPr>
        <w:jc w:val="both"/>
      </w:pPr>
      <w:r>
        <w:t>distinguées.</w:t>
      </w:r>
    </w:p>
    <w:p>
      <w:pPr>
        <w:jc w:val="both"/>
      </w:pPr>
      <w:r>
        <w:t>[Signature — la déclaration doit être signée par son auteur]</w:t>
      </w:r>
    </w:p>
    <w:p>
      <w:pPr>
        <w:jc w:val="both"/>
      </w:pPr>
      <w:r>
        <w:t>PIÈCES JOINTES : copie de la notification contestée — [justificatifs de ressources et de</w:t>
      </w:r>
    </w:p>
    <w:p>
      <w:pPr>
        <w:jc w:val="both"/>
      </w:pPr>
      <w:r>
        <w:rPr>
          <w:b w:val="0"/>
          <w:i w:val="0"/>
        </w:rPr>
        <w:t xml:space="preserve">charges] — </w:t>
      </w:r>
      <w:r>
        <w:rPr>
          <w:b w:val="0"/>
          <w:i w:val="0"/>
          <w:color w:val="1A365D"/>
          <w:shd w:val="clear" w:color="auto" w:fill="FBF8EE"/>
        </w:rPr>
        <w:t>[pièces établissant le montant exact des créances contestées]</w:t>
      </w:r>
    </w:p>
    <w:sectPr w:rsidR="00FC693F" w:rsidRPr="0006063C" w:rsidSect="00034616">
      <w:footerReference w:type="default" r:id="rId9"/>
      <w:pgSz w:w="11906" w:h="16838"/>
      <w:pgMar w:top="1417" w:right="1417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before="0"/>
      <w:jc w:val="center"/>
    </w:pPr>
    <w:r>
      <w:rPr>
        <w:rFonts w:ascii="Cambria" w:hAnsi="Cambria"/>
        <w:color w:val="6C757D"/>
        <w:sz w:val="18"/>
      </w:rPr>
      <w:t xml:space="preserve">Page </w:t>
    </w:r>
    <w:r>
      <w:rPr>
        <w:rFonts w:ascii="Cambria" w:hAnsi="Cambria"/>
        <w:color w:val="6C757D"/>
        <w:sz w:val="18"/>
      </w:rPr>
      <w:fldChar w:fldCharType="begin"/>
    </w:r>
    <w:r>
      <w:rPr>
        <w:rFonts w:ascii="Cambria" w:hAnsi="Cambria"/>
        <w:color w:val="6C757D"/>
        <w:sz w:val="18"/>
      </w:rPr>
      <w:instrText xml:space="preserve"> PAGE </w:instrText>
    </w:r>
    <w:r>
      <w:rPr>
        <w:rFonts w:ascii="Cambria" w:hAnsi="Cambria"/>
        <w:color w:val="6C757D"/>
        <w:sz w:val="18"/>
      </w:rPr>
      <w:fldChar w:fldCharType="end"/>
    </w:r>
    <w:r>
      <w:rPr>
        <w:rFonts w:ascii="Cambria" w:hAnsi="Cambria"/>
        <w:color w:val="6C757D"/>
        <w:sz w:val="18"/>
      </w:rPr>
      <w:t xml:space="preserve"> sur </w:t>
    </w:r>
    <w:r>
      <w:rPr>
        <w:rFonts w:ascii="Cambria" w:hAnsi="Cambria"/>
        <w:color w:val="6C757D"/>
        <w:sz w:val="18"/>
      </w:rPr>
      <w:fldChar w:fldCharType="begin"/>
    </w:r>
    <w:r>
      <w:rPr>
        <w:rFonts w:ascii="Cambria" w:hAnsi="Cambria"/>
        <w:color w:val="6C757D"/>
        <w:sz w:val="18"/>
      </w:rPr>
      <w:instrText xml:space="preserve"> NUMPAGES </w:instrText>
    </w:r>
    <w:r>
      <w:rPr>
        <w:rFonts w:ascii="Cambria" w:hAnsi="Cambria"/>
        <w:color w:val="6C757D"/>
        <w:sz w:val="18"/>
      </w:rPr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fr-FR" w:eastAsia="fr-F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88" w:lineRule="auto"/>
    </w:pPr>
    <w:rPr>
      <w:rFonts w:ascii="Cambria" w:hAnsi="Cambria"/>
      <w:color w:val="2D3748"/>
      <w:sz w:val="22"/>
      <w:lang w:val="fr-FR" w:eastAsia="fr-FR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