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[Courriel]</w:t>
      </w:r>
    </w:p>
    <w:p>
      <w:pPr>
        <w:spacing w:after="0" w:line="252" w:lineRule="auto"/>
        <w:ind w:left="5102"/>
      </w:pPr>
      <w:r>
        <w:rPr>
          <w:sz w:val="18"/>
        </w:rPr>
        <w:t>[Dénomination du médiateur de la consommation]</w:t>
      </w:r>
    </w:p>
    <w:p>
      <w:pPr>
        <w:spacing w:after="0" w:line="252" w:lineRule="auto"/>
        <w:ind w:left="5102"/>
      </w:pPr>
      <w:r>
        <w:rPr>
          <w:sz w:val="18"/>
        </w:rPr>
        <w:t>[Adresse du médiateur]</w:t>
      </w:r>
    </w:p>
    <w:p>
      <w:pPr>
        <w:spacing w:before="320" w:after="440"/>
        <w:ind w:left="5102"/>
      </w:pPr>
      <w:r>
        <w:rPr>
          <w:b w:val="0"/>
          <w:i w:val="0"/>
          <w:color w:val="1A365D"/>
          <w:shd w:val="clear" w:color="auto" w:fill="FBF8EE"/>
        </w:rPr>
        <w:t>[Votre ville]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color w:val="1A365D"/>
          <w:sz w:val="22"/>
        </w:rPr>
        <w:t>Objet : saisine du médiateur de la consommation</w:t>
      </w:r>
    </w:p>
    <w:p>
      <w:pPr>
        <w:jc w:val="both"/>
      </w:pPr>
      <w:r>
        <w:rPr>
          <w:b w:val="0"/>
          <w:i w:val="0"/>
        </w:rPr>
        <w:t xml:space="preserve">Professionnel concerné : </w:t>
      </w:r>
      <w:r>
        <w:rPr>
          <w:b w:val="0"/>
          <w:i w:val="0"/>
          <w:color w:val="1A365D"/>
          <w:shd w:val="clear" w:color="auto" w:fill="FBF8EE"/>
        </w:rPr>
        <w:t>[dénomination de l'entreprise]</w:t>
      </w:r>
      <w:r>
        <w:rPr>
          <w:b w:val="0"/>
          <w:i w:val="0"/>
        </w:rPr>
        <w:t xml:space="preserve">, </w:t>
      </w:r>
      <w:r>
        <w:rPr>
          <w:b w:val="0"/>
          <w:i w:val="0"/>
          <w:color w:val="1A365D"/>
          <w:shd w:val="clear" w:color="auto" w:fill="FBF8EE"/>
        </w:rPr>
        <w:t>[adresse de l'entreprise]</w:t>
      </w:r>
    </w:p>
    <w:p>
      <w:pPr>
        <w:jc w:val="both"/>
      </w:pPr>
      <w:r>
        <w:t>Madame, Monsieur le Médiateur,</w:t>
      </w:r>
    </w:p>
    <w:p>
      <w:pPr>
        <w:jc w:val="both"/>
      </w:pPr>
      <w:r>
        <w:t>Je vous saisis d'un litige m'opposant à l'entreprise désignée ci-dessus, à la suite de travaux exécutés à mon domicile.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1. LES FAITS</w:t>
      </w:r>
    </w:p>
    <w:p>
      <w:pPr>
        <w:jc w:val="both"/>
      </w:pPr>
      <w:r>
        <w:rPr>
          <w:b w:val="0"/>
          <w:i w:val="0"/>
        </w:rPr>
        <w:t xml:space="preserve">Par devis n° </w:t>
      </w:r>
      <w:r>
        <w:rPr>
          <w:b w:val="0"/>
          <w:i w:val="0"/>
          <w:color w:val="1A365D"/>
          <w:shd w:val="clear" w:color="auto" w:fill="FBF8EE"/>
        </w:rPr>
        <w:t>[numéro du devis]</w:t>
      </w:r>
      <w:r>
        <w:rPr>
          <w:b w:val="0"/>
          <w:i w:val="0"/>
        </w:rPr>
        <w:t xml:space="preserve"> accepté le </w:t>
      </w:r>
      <w:r>
        <w:rPr>
          <w:b w:val="0"/>
          <w:i w:val="0"/>
          <w:color w:val="1A365D"/>
          <w:shd w:val="clear" w:color="auto" w:fill="FBF8EE"/>
        </w:rPr>
        <w:t>[date d'acceptation du devis]</w:t>
      </w:r>
      <w:r>
        <w:rPr>
          <w:b w:val="0"/>
          <w:i w:val="0"/>
        </w:rPr>
        <w:t xml:space="preserve">, l'entreprise s'est engagée à réaliser </w:t>
      </w:r>
      <w:r>
        <w:rPr>
          <w:b w:val="0"/>
          <w:i w:val="0"/>
          <w:color w:val="1A365D"/>
          <w:shd w:val="clear" w:color="auto" w:fill="FBF8EE"/>
        </w:rPr>
        <w:t>[décrire les travaux]</w:t>
      </w:r>
      <w:r>
        <w:rPr>
          <w:b w:val="0"/>
          <w:i w:val="0"/>
        </w:rPr>
        <w:t xml:space="preserve">, pour un prix de </w:t>
      </w:r>
      <w:r>
        <w:rPr>
          <w:b w:val="0"/>
          <w:i w:val="0"/>
          <w:color w:val="1A365D"/>
          <w:shd w:val="clear" w:color="auto" w:fill="FBF8EE"/>
        </w:rPr>
        <w:t>[prix convenu]</w:t>
      </w:r>
      <w:r>
        <w:rPr>
          <w:b w:val="0"/>
          <w:i w:val="0"/>
        </w:rPr>
        <w:t xml:space="preserve"> euros. Les travaux ont été réceptionnés le </w:t>
      </w:r>
      <w:r>
        <w:rPr>
          <w:b w:val="0"/>
          <w:i w:val="0"/>
          <w:color w:val="1A365D"/>
          <w:shd w:val="clear" w:color="auto" w:fill="FBF8EE"/>
        </w:rPr>
        <w:t>[date de réception]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Depuis le </w:t>
      </w:r>
      <w:r>
        <w:rPr>
          <w:b w:val="0"/>
          <w:i w:val="0"/>
          <w:color w:val="1A365D"/>
          <w:shd w:val="clear" w:color="auto" w:fill="FBF8EE"/>
        </w:rPr>
        <w:t>[date d'apparition]</w:t>
      </w:r>
      <w:r>
        <w:rPr>
          <w:b w:val="0"/>
          <w:i w:val="0"/>
        </w:rPr>
        <w:t xml:space="preserve">, je constate les désordres suivants : </w:t>
      </w:r>
      <w:r>
        <w:rPr>
          <w:b w:val="0"/>
          <w:i w:val="0"/>
          <w:color w:val="1A365D"/>
          <w:shd w:val="clear" w:color="auto" w:fill="FBF8EE"/>
        </w:rPr>
        <w:t>[décrire les désordres]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2. MES DÉMARCHES PRÉALABLES</w:t>
      </w:r>
    </w:p>
    <w:p>
      <w:pPr>
        <w:jc w:val="both"/>
      </w:pPr>
      <w:r>
        <w:rPr>
          <w:b w:val="0"/>
          <w:i w:val="0"/>
        </w:rPr>
        <w:t xml:space="preserve">J'ai adressé à l'entreprise une réclamation écrite le </w:t>
      </w:r>
      <w:r>
        <w:rPr>
          <w:b w:val="0"/>
          <w:i w:val="0"/>
          <w:color w:val="1A365D"/>
          <w:shd w:val="clear" w:color="auto" w:fill="FBF8EE"/>
        </w:rPr>
        <w:t>[date de la réclamation]</w:t>
      </w:r>
      <w:r>
        <w:rPr>
          <w:b w:val="0"/>
          <w:i w:val="0"/>
        </w:rPr>
        <w:t xml:space="preserve">, dont copie est jointe. [Cette réclamation est restée sans réponse / L'entreprise m'a opposé un refus par courrier du </w:t>
      </w:r>
      <w:r>
        <w:rPr>
          <w:b w:val="0"/>
          <w:i w:val="0"/>
          <w:color w:val="1A365D"/>
          <w:shd w:val="clear" w:color="auto" w:fill="FBF8EE"/>
        </w:rPr>
        <w:t>[date du refus]</w:t>
      </w:r>
      <w:r>
        <w:rPr>
          <w:b w:val="0"/>
          <w:i w:val="0"/>
        </w:rPr>
        <w:t>, dont copie est jointe.]</w:t>
      </w:r>
    </w:p>
    <w:p>
      <w:pPr>
        <w:jc w:val="both"/>
      </w:pPr>
      <w:r>
        <w:rPr>
          <w:b w:val="0"/>
          <w:i w:val="0"/>
        </w:rPr>
        <w:t xml:space="preserve">Une mise en demeure lui a été adressée par lettre recommandée avec accusé de réception le </w:t>
      </w:r>
      <w:r>
        <w:rPr>
          <w:b w:val="0"/>
          <w:i w:val="0"/>
          <w:color w:val="1A365D"/>
          <w:shd w:val="clear" w:color="auto" w:fill="FBF8EE"/>
        </w:rPr>
        <w:t>[date de la mise en demeure]</w:t>
      </w:r>
      <w:r>
        <w:rPr>
          <w:b w:val="0"/>
          <w:i w:val="0"/>
        </w:rPr>
        <w:t xml:space="preserve">, réceptionnée le </w:t>
      </w:r>
      <w:r>
        <w:rPr>
          <w:b w:val="0"/>
          <w:i w:val="0"/>
          <w:color w:val="1A365D"/>
          <w:shd w:val="clear" w:color="auto" w:fill="FBF8EE"/>
        </w:rPr>
        <w:t>[date de réception de la mise en demeure]</w:t>
      </w:r>
      <w:r>
        <w:rPr>
          <w:b w:val="0"/>
          <w:i w:val="0"/>
        </w:rPr>
        <w:t xml:space="preserve">. </w:t>
      </w:r>
      <w:r>
        <w:rPr>
          <w:b w:val="0"/>
          <w:i w:val="0"/>
          <w:color w:val="1A365D"/>
          <w:shd w:val="clear" w:color="auto" w:fill="FBF8EE"/>
        </w:rPr>
        <w:t>[Elle est demeurée sans effet.]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3. CE QUE JE DEMANDE</w:t>
      </w:r>
    </w:p>
    <w:p>
      <w:pPr>
        <w:jc w:val="both"/>
      </w:pPr>
      <w:r>
        <w:rPr>
          <w:b w:val="0"/>
          <w:i w:val="0"/>
        </w:rPr>
        <w:t xml:space="preserve">Je demande [la reprise des travaux dans un délai déterminé / le remboursement de la somme de </w:t>
      </w:r>
      <w:r>
        <w:rPr>
          <w:b w:val="0"/>
          <w:i w:val="0"/>
          <w:color w:val="1A365D"/>
          <w:shd w:val="clear" w:color="auto" w:fill="FBF8EE"/>
        </w:rPr>
        <w:t>[montant à restituer]</w:t>
      </w:r>
      <w:r>
        <w:rPr>
          <w:b w:val="0"/>
          <w:i w:val="0"/>
        </w:rPr>
        <w:t xml:space="preserve"> euros correspondant au coût de la reprise, tel qu'il ressort du devis joint].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4. DÉCLARATIONS</w:t>
      </w:r>
    </w:p>
    <w:p>
      <w:pPr>
        <w:jc w:val="both"/>
      </w:pPr>
      <w:r>
        <w:t>Je déclare que ce litige n'a pas été soumis à un autre médiateur, qu'il n'a fait l'objet d'aucune action en justice, et que ma réclamation écrite auprès du professionnel remonte à moins d'un an.</w:t>
      </w:r>
    </w:p>
    <w:p>
      <w:pPr>
        <w:jc w:val="both"/>
      </w:pPr>
      <w:r>
        <w:t>Je vous prie d'agréer, Madame, Monsieur le Médiateur, l'expression de ma considération distinguée.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pBdr>
          <w:top w:val="single" w:sz="4" w:space="4" w:color="E8EDF4"/>
        </w:pBdr>
        <w:spacing w:before="280"/>
      </w:pPr>
      <w:r>
        <w:rPr>
          <w:b w:val="0"/>
          <w:i/>
        </w:rPr>
        <w:t xml:space="preserve">Pièces jointes : devis accepté — facture — procès-verbal de réception — photographies datées — réclamation du </w:t>
      </w:r>
      <w:r>
        <w:rPr>
          <w:b w:val="0"/>
          <w:i/>
          <w:color w:val="1A365D"/>
          <w:shd w:val="clear" w:color="auto" w:fill="FBF8EE"/>
        </w:rPr>
        <w:t>[date de la réclamation]</w:t>
      </w:r>
      <w:r>
        <w:rPr>
          <w:b w:val="0"/>
          <w:i/>
        </w:rPr>
        <w:t xml:space="preserve"> et sa preuve d'envoi — mise en demeure et son accusé de réception — </w:t>
      </w:r>
      <w:r>
        <w:rPr>
          <w:b w:val="0"/>
          <w:i/>
          <w:color w:val="1A365D"/>
          <w:shd w:val="clear" w:color="auto" w:fill="FBF8EE"/>
        </w:rPr>
        <w:t>[réponse de l'entreprise]</w:t>
      </w:r>
      <w:r>
        <w:rPr>
          <w:b w:val="0"/>
          <w:i/>
        </w:rPr>
        <w:t xml:space="preserve"> — devis de reprise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