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[Nom du vendeur ou dénomination]</w:t>
      </w:r>
    </w:p>
    <w:p>
      <w:pPr>
        <w:spacing w:after="0" w:line="252" w:lineRule="auto"/>
        <w:ind w:left="5102"/>
      </w:pPr>
      <w:r>
        <w:rPr>
          <w:sz w:val="18"/>
        </w:rPr>
        <w:t>[Adresse du vendeur]</w:t>
      </w:r>
    </w:p>
    <w:p>
      <w:pPr>
        <w:spacing w:after="0" w:line="252" w:lineRule="auto"/>
        <w:ind w:left="5102"/>
      </w:pPr>
      <w:r>
        <w:rPr>
          <w:sz w:val="18"/>
        </w:rPr>
        <w:t>Lettre recommandée avec demande d'avis de réception</w:t>
      </w:r>
    </w:p>
    <w:p>
      <w:pPr>
        <w:spacing w:after="0" w:line="252" w:lineRule="auto"/>
        <w:ind w:left="5102"/>
      </w:pPr>
      <w:r>
        <w:rPr>
          <w:sz w:val="18"/>
        </w:rPr>
        <w:t>[et par courriel le même jour]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i w:val="0"/>
        </w:rPr>
        <w:t xml:space="preserve">Objet : vente du </w:t>
      </w:r>
      <w:r>
        <w:rPr>
          <w:b/>
          <w:i w:val="0"/>
          <w:color w:val="1A365D"/>
          <w:shd w:val="clear" w:color="auto" w:fill="FBF8EE"/>
        </w:rPr>
        <w:t>[date de la vente]</w:t>
      </w:r>
      <w:r>
        <w:rPr>
          <w:b/>
          <w:i w:val="0"/>
        </w:rPr>
        <w:t xml:space="preserve"> — </w:t>
      </w:r>
      <w:r>
        <w:rPr>
          <w:b/>
          <w:i w:val="0"/>
          <w:color w:val="1A365D"/>
          <w:shd w:val="clear" w:color="auto" w:fill="FBF8EE"/>
        </w:rPr>
        <w:t>[désignation du bien vendu]</w:t>
      </w:r>
      <w:r>
        <w:rPr>
          <w:b/>
          <w:i w:val="0"/>
        </w:rPr>
        <w:t xml:space="preserve"> — DEMANDE D'ANNULATION</w:t>
      </w:r>
    </w:p>
    <w:p>
      <w:pPr>
        <w:jc w:val="both"/>
      </w:pPr>
      <w:r>
        <w:t>Madame, Monsieur,</w:t>
      </w:r>
    </w:p>
    <w:p>
      <w:pPr>
        <w:jc w:val="both"/>
      </w:pPr>
      <w:r>
        <w:rPr>
          <w:b w:val="0"/>
          <w:i w:val="0"/>
        </w:rPr>
        <w:t xml:space="preserve">Je vous ai acheté le </w:t>
      </w:r>
      <w:r>
        <w:rPr>
          <w:b w:val="0"/>
          <w:i w:val="0"/>
          <w:color w:val="1A365D"/>
          <w:shd w:val="clear" w:color="auto" w:fill="FBF8EE"/>
        </w:rPr>
        <w:t>[date de la vente]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[désignation du bien vendu]</w:t>
      </w:r>
      <w:r>
        <w:rPr>
          <w:b w:val="0"/>
          <w:i w:val="0"/>
        </w:rPr>
        <w:t>, pour un prix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J'AI DÉCOUVERT, ET QUAND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découverte de la tromperie]</w:t>
      </w:r>
      <w:r>
        <w:rPr>
          <w:b w:val="0"/>
          <w:i w:val="0"/>
        </w:rPr>
        <w:t xml:space="preserve">, j'ai appris que </w:t>
      </w:r>
      <w:r>
        <w:rPr>
          <w:b w:val="0"/>
          <w:i w:val="0"/>
          <w:color w:val="1A365D"/>
          <w:shd w:val="clear" w:color="auto" w:fill="FBF8EE"/>
        </w:rPr>
        <w:t>[ce qui vous a été caché ou présenté faussement]</w:t>
      </w:r>
      <w:r>
        <w:rPr>
          <w:b w:val="0"/>
          <w:i w:val="0"/>
        </w:rPr>
        <w:t>.</w:t>
      </w:r>
    </w:p>
    <w:p>
      <w:pPr>
        <w:jc w:val="both"/>
      </w:pPr>
      <w:r>
        <w:t>[Préciser comment vous l'avez appris : facture, carnet d'entretien, rapport, tiers.]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CETTE INFORMATION ÉTAIT DÉTERMINANTE</w:t>
      </w:r>
    </w:p>
    <w:p>
      <w:pPr>
        <w:jc w:val="both"/>
      </w:pPr>
      <w:r>
        <w:rPr>
          <w:b w:val="0"/>
          <w:i w:val="0"/>
        </w:rPr>
        <w:t xml:space="preserve">Si je l'avais connue, je n'aurais pas acheté </w:t>
      </w:r>
      <w:r>
        <w:rPr>
          <w:b w:val="0"/>
          <w:i w:val="0"/>
          <w:color w:val="1A365D"/>
          <w:shd w:val="clear" w:color="auto" w:fill="FBF8EE"/>
        </w:rPr>
        <w:t>[ou : je n'aurais pas acheté à ce prix]</w:t>
      </w:r>
      <w:r>
        <w:rPr>
          <w:b w:val="0"/>
          <w:i w:val="0"/>
        </w:rPr>
        <w:t>. Elle a un</w:t>
      </w:r>
    </w:p>
    <w:p>
      <w:pPr>
        <w:jc w:val="both"/>
      </w:pPr>
      <w:r>
        <w:t>lien direct et nécessaire avec le contenu du contrat.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VOUS LA CONNAISSIEZ</w:t>
      </w:r>
    </w:p>
    <w:p>
      <w:pPr>
        <w:jc w:val="both"/>
      </w:pPr>
      <w:r>
        <w:rPr>
          <w:b w:val="0"/>
          <w:i w:val="0"/>
        </w:rPr>
        <w:t xml:space="preserve">[Exposer les éléments qui l'établissent : votre annonce mentionnait </w:t>
      </w:r>
      <w:r>
        <w:rPr>
          <w:b w:val="0"/>
          <w:i w:val="0"/>
          <w:color w:val="1A365D"/>
          <w:shd w:val="clear" w:color="auto" w:fill="FBF8EE"/>
        </w:rPr>
        <w:t>[mention de l'annonce]</w:t>
      </w:r>
      <w:r>
        <w:rPr>
          <w:b w:val="0"/>
          <w:i w:val="0"/>
        </w:rPr>
        <w:t>, le</w:t>
      </w:r>
    </w:p>
    <w:p>
      <w:pPr>
        <w:jc w:val="both"/>
      </w:pPr>
      <w:r>
        <w:rPr>
          <w:b w:val="0"/>
          <w:i w:val="0"/>
        </w:rPr>
        <w:t xml:space="preserve">document </w:t>
      </w:r>
      <w:r>
        <w:rPr>
          <w:b w:val="0"/>
          <w:i w:val="0"/>
          <w:color w:val="1A365D"/>
          <w:shd w:val="clear" w:color="auto" w:fill="FBF8EE"/>
        </w:rPr>
        <w:t>[désignation du document]</w:t>
      </w:r>
      <w:r>
        <w:rPr>
          <w:b w:val="0"/>
          <w:i w:val="0"/>
        </w:rPr>
        <w:t xml:space="preserve"> était en votre possession, j'avais posé la question par écrit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la question écrite]</w:t>
      </w:r>
      <w:r>
        <w:rPr>
          <w:b w:val="0"/>
          <w:i w:val="0"/>
        </w:rPr>
        <w:t xml:space="preserve"> et vous avez répondu </w:t>
      </w:r>
      <w:r>
        <w:rPr>
          <w:b w:val="0"/>
          <w:i w:val="0"/>
          <w:color w:val="1A365D"/>
          <w:shd w:val="clear" w:color="auto" w:fill="FBF8EE"/>
        </w:rPr>
        <w:t>[réponse reçue]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EN DROIT</w:t>
      </w:r>
    </w:p>
    <w:p>
      <w:pPr>
        <w:jc w:val="both"/>
      </w:pPr>
      <w:r>
        <w:t>Constitue un dol la dissimulation intentionnelle par l'un des contractants d'une information</w:t>
      </w:r>
    </w:p>
    <w:p>
      <w:pPr>
        <w:jc w:val="both"/>
      </w:pPr>
      <w:r>
        <w:t>dont il sait le caractère déterminant pour l'autre partie. L'erreur qui résulte d'un dol est</w:t>
      </w:r>
    </w:p>
    <w:p>
      <w:pPr>
        <w:jc w:val="both"/>
      </w:pPr>
      <w:r>
        <w:t>toujours excusable : le défaut de vérification de ma part est sans incidence.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VOUS DEMANDE</w:t>
      </w:r>
    </w:p>
    <w:p>
      <w:pPr>
        <w:jc w:val="both"/>
      </w:pPr>
      <w:r>
        <w:t>— l'annulation de la vente d'un commun accord ;</w:t>
      </w:r>
    </w:p>
    <w:p>
      <w:pPr>
        <w:jc w:val="both"/>
      </w:pPr>
      <w:r>
        <w:rPr>
          <w:b w:val="0"/>
          <w:i w:val="0"/>
        </w:rPr>
        <w:t xml:space="preserve">— la restitution de </w:t>
      </w:r>
      <w:r>
        <w:rPr>
          <w:b w:val="0"/>
          <w:i w:val="0"/>
          <w:color w:val="1A365D"/>
          <w:shd w:val="clear" w:color="auto" w:fill="FBF8EE"/>
        </w:rPr>
        <w:t>[montant versé au vendeur]</w:t>
      </w:r>
      <w:r>
        <w:rPr>
          <w:b w:val="0"/>
          <w:i w:val="0"/>
        </w:rPr>
        <w:t xml:space="preserve"> euros contre remise du bien, que je tiens à votre</w:t>
      </w:r>
    </w:p>
    <w:p>
      <w:pPr>
        <w:jc w:val="both"/>
      </w:pPr>
      <w:r>
        <w:t>disposition ;</w:t>
      </w:r>
    </w:p>
    <w:p>
      <w:pPr>
        <w:jc w:val="both"/>
      </w:pPr>
      <w:r>
        <w:rPr>
          <w:b w:val="0"/>
          <w:i w:val="0"/>
        </w:rPr>
        <w:t xml:space="preserve">— [le remboursement de </w:t>
      </w:r>
      <w:r>
        <w:rPr>
          <w:b w:val="0"/>
          <w:i w:val="0"/>
          <w:color w:val="1A365D"/>
          <w:shd w:val="clear" w:color="auto" w:fill="FBF8EE"/>
        </w:rPr>
        <w:t>[montant des frais engagés]</w:t>
      </w:r>
      <w:r>
        <w:rPr>
          <w:b w:val="0"/>
          <w:i w:val="0"/>
        </w:rPr>
        <w:t xml:space="preserve"> euros de frais engagés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[nature des frais]</w:t>
      </w:r>
      <w:r>
        <w:rPr>
          <w:b w:val="0"/>
          <w:i w:val="0"/>
        </w:rPr>
        <w:t>].</w:t>
      </w:r>
    </w:p>
    <w:p>
      <w:pPr>
        <w:jc w:val="both"/>
      </w:pPr>
      <w:r>
        <w:t>Je vous demande également de me communiquer [les documents en votre possession relatifs au bien</w:t>
      </w:r>
    </w:p>
    <w:p>
      <w:pPr>
        <w:jc w:val="both"/>
      </w:pPr>
      <w:r>
        <w:t>avant la vente].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[Si le vendeur est un professionnel :]</w:t>
      </w:r>
      <w:r>
        <w:rPr>
          <w:b w:val="0"/>
          <w:i w:val="0"/>
        </w:rPr>
        <w:t xml:space="preserve"> Je vous demande enfin les coordonnées du médiateur de la</w:t>
      </w:r>
    </w:p>
    <w:p>
      <w:pPr>
        <w:jc w:val="both"/>
      </w:pPr>
      <w:r>
        <w:t>consommation dont vous relevez.</w:t>
      </w:r>
    </w:p>
    <w:p>
      <w:pPr>
        <w:jc w:val="both"/>
      </w:pPr>
      <w:r>
        <w:t>Je vous prie d'agréer, Madame, Monsieur, l'expression de mes salutations distinguées.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JOINTES : bon de commande ou facture — annonce ou description du bien — [preuve de ce qui</w:t>
      </w:r>
    </w:p>
    <w:p>
      <w:pPr>
        <w:jc w:val="both"/>
      </w:pPr>
      <w:r>
        <w:t>a été découvert] — échanges écrits antérieurs à la vente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