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vendeur ou dénomination]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commande du </w:t>
      </w:r>
      <w:r>
        <w:rPr>
          <w:b/>
          <w:i w:val="0"/>
          <w:color w:val="1A365D"/>
          <w:shd w:val="clear" w:color="auto" w:fill="FBF8EE"/>
        </w:rPr>
        <w:t>[date de la vente]</w:t>
      </w:r>
      <w:r>
        <w:rPr>
          <w:b/>
          <w:i w:val="0"/>
        </w:rPr>
        <w:t xml:space="preserve"> — </w:t>
      </w:r>
      <w:r>
        <w:rPr>
          <w:b/>
          <w:i w:val="0"/>
          <w:color w:val="1A365D"/>
          <w:shd w:val="clear" w:color="auto" w:fill="FBF8EE"/>
        </w:rPr>
        <w:t>[désignation du bien vendu]</w:t>
      </w:r>
      <w:r>
        <w:rPr>
          <w:b/>
          <w:i w:val="0"/>
        </w:rPr>
        <w:t xml:space="preserve"> — MISE EN DEMEURE DE LIVRER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J'ai commandé le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euros,</w:t>
      </w:r>
    </w:p>
    <w:p>
      <w:pPr>
        <w:jc w:val="both"/>
      </w:pPr>
      <w:r>
        <w:rPr>
          <w:b w:val="0"/>
          <w:i w:val="0"/>
        </w:rPr>
        <w:t xml:space="preserve">[dont j'ai versé </w:t>
      </w:r>
      <w:r>
        <w:rPr>
          <w:b w:val="0"/>
          <w:i w:val="0"/>
          <w:color w:val="1A365D"/>
          <w:shd w:val="clear" w:color="auto" w:fill="FBF8EE"/>
        </w:rPr>
        <w:t>[montant versé]</w:t>
      </w:r>
      <w:r>
        <w:rPr>
          <w:b w:val="0"/>
          <w:i w:val="0"/>
        </w:rPr>
        <w:t xml:space="preserve"> euros].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LA LIVRAISON N'A PAS EU LIEU</w:t>
      </w:r>
    </w:p>
    <w:p>
      <w:pPr>
        <w:jc w:val="both"/>
      </w:pPr>
      <w:r>
        <w:rPr>
          <w:b w:val="0"/>
          <w:i w:val="0"/>
        </w:rPr>
        <w:t xml:space="preserve">[La date de livraison convenue était le </w:t>
      </w:r>
      <w:r>
        <w:rPr>
          <w:b w:val="0"/>
          <w:i w:val="0"/>
          <w:color w:val="1A365D"/>
          <w:shd w:val="clear" w:color="auto" w:fill="FBF8EE"/>
        </w:rPr>
        <w:t>[date de livraison convenue]</w:t>
      </w:r>
      <w:r>
        <w:rPr>
          <w:b w:val="0"/>
          <w:i w:val="0"/>
        </w:rPr>
        <w:t>, et rien n'a été livré.]</w:t>
      </w:r>
    </w:p>
    <w:p>
      <w:pPr>
        <w:jc w:val="both"/>
      </w:pPr>
      <w:r>
        <w:t>[Aucune date n'avait été convenue : la livraison devait intervenir sans retard injustifié et au</w:t>
      </w:r>
    </w:p>
    <w:p>
      <w:pPr>
        <w:jc w:val="both"/>
      </w:pPr>
      <w:r>
        <w:rPr>
          <w:b w:val="0"/>
          <w:i w:val="0"/>
        </w:rPr>
        <w:t xml:space="preserve">plus tard trente jours après la commande, soit le </w:t>
      </w:r>
      <w:r>
        <w:rPr>
          <w:b w:val="0"/>
          <w:i w:val="0"/>
          <w:color w:val="1A365D"/>
          <w:shd w:val="clear" w:color="auto" w:fill="FBF8EE"/>
        </w:rPr>
        <w:t>[date limite de livraison]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MISE EN DEMEURE</w:t>
      </w:r>
    </w:p>
    <w:p>
      <w:pPr>
        <w:jc w:val="both"/>
      </w:pPr>
      <w:r>
        <w:t>Je vous mets en demeure de procéder à la délivrance dans un délai de [délai supplémentaire</w:t>
      </w:r>
    </w:p>
    <w:p>
      <w:pPr>
        <w:jc w:val="both"/>
      </w:pPr>
      <w:r>
        <w:t>accordé] à compter de la réception de la présente.</w:t>
      </w:r>
    </w:p>
    <w:p>
      <w:pPr>
        <w:jc w:val="both"/>
      </w:pPr>
      <w:r>
        <w:t>À DÉFAUT, ET J'ATTIRE VOTRE ATTENTION SUR CE POINT, JE RÉSOUDRAI LE CONTRAT. Le contrat sera</w:t>
      </w:r>
    </w:p>
    <w:p>
      <w:pPr>
        <w:jc w:val="both"/>
      </w:pPr>
      <w:r>
        <w:t>alors considéré comme résolu à la réception de l'écrit vous en informant, et vous devrez me</w:t>
      </w:r>
    </w:p>
    <w:p>
      <w:pPr>
        <w:jc w:val="both"/>
      </w:pPr>
      <w:r>
        <w:t>rembourser la totalité des sommes versées dans les quatorze jours.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suspends à compter de ce jour le paiement du solde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du solde suspendu]</w:t>
      </w:r>
      <w:r>
        <w:rPr>
          <w:b w:val="0"/>
          <w:i w:val="0"/>
        </w:rPr>
        <w:t xml:space="preserve"> euros jusqu'à exécution de votre obligation.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vous avais indiqué avant la commande, le </w:t>
      </w:r>
      <w:r>
        <w:rPr>
          <w:b w:val="0"/>
          <w:i w:val="0"/>
          <w:color w:val="1A365D"/>
          <w:shd w:val="clear" w:color="auto" w:fill="FBF8EE"/>
        </w:rPr>
        <w:t>[date de la demande expresse]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que la livraison au </w:t>
      </w:r>
      <w:r>
        <w:rPr>
          <w:b w:val="0"/>
          <w:i w:val="0"/>
          <w:color w:val="1A365D"/>
          <w:shd w:val="clear" w:color="auto" w:fill="FBF8EE"/>
        </w:rPr>
        <w:t>[date de livraison convenue]</w:t>
      </w:r>
      <w:r>
        <w:rPr>
          <w:b w:val="0"/>
          <w:i w:val="0"/>
        </w:rPr>
        <w:t xml:space="preserve"> était pour moi une condition essentielle, pour le</w:t>
      </w:r>
    </w:p>
    <w:p>
      <w:pPr>
        <w:jc w:val="both"/>
      </w:pPr>
      <w:r>
        <w:rPr>
          <w:b w:val="0"/>
          <w:i w:val="0"/>
        </w:rPr>
        <w:t xml:space="preserve">motif suivant :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 Je me réserve de résoudre immédiatement le contrat.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bon de commande — preuve du paiement — </w:t>
      </w:r>
      <w:r>
        <w:rPr>
          <w:b w:val="0"/>
          <w:i w:val="0"/>
          <w:color w:val="1A365D"/>
          <w:shd w:val="clear" w:color="auto" w:fill="FBF8EE"/>
        </w:rPr>
        <w:t>[échanges sur la date de livraison]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