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vendeur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commande du </w:t>
      </w:r>
      <w:r>
        <w:rPr>
          <w:b/>
          <w:i w:val="0"/>
          <w:color w:val="1A365D"/>
          <w:shd w:val="clear" w:color="auto" w:fill="FBF8EE"/>
        </w:rPr>
        <w:t>[date de la vente]</w:t>
      </w:r>
      <w:r>
        <w:rPr>
          <w:b/>
          <w:i w:val="0"/>
        </w:rPr>
        <w:t xml:space="preserve"> — </w:t>
      </w:r>
      <w:r>
        <w:rPr>
          <w:b/>
          <w:i w:val="0"/>
          <w:color w:val="1A365D"/>
          <w:shd w:val="clear" w:color="auto" w:fill="FBF8EE"/>
        </w:rPr>
        <w:t>[désignation du bien vendu]</w:t>
      </w:r>
      <w:r>
        <w:rPr>
          <w:b/>
          <w:i w:val="0"/>
        </w:rPr>
        <w:t xml:space="preserve"> — RÉSOLUTION DU CONTRAT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lettre recommandée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je vous ai mis en demeure de procéder à</w:t>
      </w:r>
    </w:p>
    <w:p>
      <w:pPr>
        <w:jc w:val="both"/>
      </w:pPr>
      <w:r>
        <w:rPr>
          <w:b w:val="0"/>
          <w:i w:val="0"/>
        </w:rPr>
        <w:t xml:space="preserve">la délivrance de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 xml:space="preserve"> dans un délai de </w:t>
      </w:r>
      <w:r>
        <w:rPr>
          <w:b w:val="0"/>
          <w:i w:val="0"/>
          <w:color w:val="1A365D"/>
          <w:shd w:val="clear" w:color="auto" w:fill="FBF8EE"/>
        </w:rPr>
        <w:t>[délai supplémentaire accordé]</w:t>
      </w:r>
      <w:r>
        <w:rPr>
          <w:b w:val="0"/>
          <w:i w:val="0"/>
        </w:rPr>
        <w:t>, en</w:t>
      </w:r>
    </w:p>
    <w:p>
      <w:pPr>
        <w:jc w:val="both"/>
      </w:pPr>
      <w:r>
        <w:t>vous indiquant qu'à défaut je résoudrais le contrat.</w:t>
      </w:r>
    </w:p>
    <w:p>
      <w:pPr>
        <w:jc w:val="both"/>
      </w:pPr>
      <w:r>
        <w:rPr>
          <w:b w:val="0"/>
          <w:i w:val="0"/>
        </w:rPr>
        <w:t xml:space="preserve">Ce délai est expiré [le </w:t>
      </w:r>
      <w:r>
        <w:rPr>
          <w:b w:val="0"/>
          <w:i w:val="0"/>
          <w:color w:val="1A365D"/>
          <w:shd w:val="clear" w:color="auto" w:fill="FBF8EE"/>
        </w:rPr>
        <w:t>[date d'expiration du délai]</w:t>
      </w:r>
      <w:r>
        <w:rPr>
          <w:b w:val="0"/>
          <w:i w:val="0"/>
        </w:rPr>
        <w:t>] et vous ne vous êtes pas exécuté.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JE RÉSOUS LE CONTRAT</w:t>
      </w:r>
    </w:p>
    <w:p>
      <w:pPr>
        <w:jc w:val="both"/>
      </w:pPr>
      <w:r>
        <w:rPr>
          <w:b w:val="0"/>
          <w:i w:val="0"/>
        </w:rPr>
        <w:t xml:space="preserve">Je vous notifie la résolution du contrat conclu le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RAISONS QUI LA MOTIVENT</w:t>
      </w:r>
    </w:p>
    <w:p>
      <w:pPr>
        <w:jc w:val="both"/>
      </w:pPr>
      <w:r>
        <w:rPr>
          <w:b w:val="0"/>
          <w:i w:val="0"/>
        </w:rPr>
        <w:t xml:space="preserve">— la livraison n'est pas intervenue [à la date convenue du </w:t>
      </w:r>
      <w:r>
        <w:rPr>
          <w:b w:val="0"/>
          <w:i w:val="0"/>
          <w:color w:val="1A365D"/>
          <w:shd w:val="clear" w:color="auto" w:fill="FBF8EE"/>
        </w:rPr>
        <w:t>[date de livraison convenue]</w:t>
      </w:r>
      <w:r>
        <w:rPr>
          <w:b w:val="0"/>
          <w:i w:val="0"/>
        </w:rPr>
        <w:t xml:space="preserve"> / dans le</w:t>
      </w:r>
    </w:p>
    <w:p>
      <w:pPr>
        <w:jc w:val="both"/>
      </w:pPr>
      <w:r>
        <w:t>délai de trente jours suivant la commande] ;</w:t>
      </w:r>
    </w:p>
    <w:p>
      <w:pPr>
        <w:jc w:val="both"/>
      </w:pPr>
      <w:r>
        <w:rPr>
          <w:b w:val="0"/>
          <w:i w:val="0"/>
        </w:rPr>
        <w:t xml:space="preserve">— 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est restée sans effet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[l'inexécution est totale : rien ne m'a été livré]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rPr>
          <w:b w:val="0"/>
          <w:i w:val="0"/>
        </w:rPr>
        <w:t xml:space="preserve">Le remboursement de la totalité des sommes versées, soit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euros, dans les</w:t>
      </w:r>
    </w:p>
    <w:p>
      <w:pPr>
        <w:jc w:val="both"/>
      </w:pPr>
      <w:r>
        <w:t>QUATORZE JOURS suivant la réception de la présente.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tiens à votre disposition [désignation de ce qui a été partiellement</w:t>
      </w:r>
    </w:p>
    <w:p>
      <w:pPr>
        <w:jc w:val="both"/>
      </w:pPr>
      <w:r>
        <w:t>livré], que vous voudrez bien faire enlever à vos frais.</w:t>
      </w:r>
    </w:p>
    <w:p>
      <w:pPr>
        <w:jc w:val="both"/>
      </w:pPr>
      <w:r>
        <w:t>À défaut de remboursement dans ce délai, les intérêts au taux légal courront et je saisirai la</w:t>
      </w:r>
    </w:p>
    <w:p>
      <w:pPr>
        <w:jc w:val="both"/>
      </w:pPr>
      <w:r>
        <w:t>juridiction compétente.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bon de commande — preuve du paiement — mise en demeure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