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52" w:lineRule="auto"/>
      </w:pPr>
      <w:r>
        <w:rPr>
          <w:sz w:val="18"/>
        </w:rPr>
        <w:t>[Vos nom et prénom]</w:t>
      </w:r>
    </w:p>
    <w:p>
      <w:pPr>
        <w:spacing w:after="0" w:line="252" w:lineRule="auto"/>
      </w:pPr>
      <w:r>
        <w:rPr>
          <w:sz w:val="18"/>
        </w:rPr>
        <w:t>[Votre adresse]</w:t>
      </w:r>
    </w:p>
    <w:p>
      <w:pPr>
        <w:spacing w:after="0" w:line="252" w:lineRule="auto"/>
      </w:pPr>
      <w:r>
        <w:rPr>
          <w:b w:val="0"/>
          <w:i w:val="0"/>
          <w:color w:val="1A365D"/>
          <w:shd w:val="clear" w:color="auto" w:fill="FBF8EE"/>
        </w:rPr>
        <w:t>[Votre téléphone]</w:t>
      </w:r>
      <w:r>
        <w:rPr>
          <w:b w:val="0"/>
          <w:i w:val="0"/>
        </w:rPr>
        <w:t xml:space="preserve"> — </w:t>
      </w:r>
      <w:r>
        <w:rPr>
          <w:b w:val="0"/>
          <w:i w:val="0"/>
          <w:color w:val="1A365D"/>
          <w:shd w:val="clear" w:color="auto" w:fill="FBF8EE"/>
        </w:rPr>
        <w:t>[votre courriel]</w:t>
      </w:r>
    </w:p>
    <w:p>
      <w:pPr>
        <w:spacing w:after="0" w:line="252" w:lineRule="auto"/>
        <w:ind w:left="5102"/>
      </w:pPr>
      <w:r>
        <w:rPr>
          <w:sz w:val="18"/>
        </w:rPr>
        <w:t>[Dénomination et adresse du médiateur dont relève le vendeur, telles qu'il vous les a</w:t>
      </w:r>
    </w:p>
    <w:p>
      <w:pPr>
        <w:spacing w:after="0" w:line="252" w:lineRule="auto"/>
        <w:ind w:left="5102"/>
      </w:pPr>
      <w:r>
        <w:rPr>
          <w:sz w:val="18"/>
        </w:rPr>
        <w:t>communiquées — il en a l'obligation]</w:t>
      </w:r>
    </w:p>
    <w:p>
      <w:pPr>
        <w:spacing w:before="320" w:after="440"/>
        <w:ind w:left="5102"/>
      </w:pPr>
      <w:r>
        <w:rPr>
          <w:b w:val="0"/>
          <w:i w:val="0"/>
        </w:rPr>
        <w:t xml:space="preserve">À </w:t>
      </w:r>
      <w:r>
        <w:rPr>
          <w:b w:val="0"/>
          <w:i w:val="0"/>
          <w:color w:val="1A365D"/>
          <w:shd w:val="clear" w:color="auto" w:fill="FBF8EE"/>
        </w:rPr>
        <w:t>[ville d'où vous écrivez]</w:t>
      </w:r>
      <w:r>
        <w:rPr>
          <w:b w:val="0"/>
          <w:i w:val="0"/>
        </w:rPr>
        <w:t xml:space="preserve">, le </w:t>
      </w:r>
      <w:r>
        <w:rPr>
          <w:b w:val="0"/>
          <w:i w:val="0"/>
          <w:color w:val="1A365D"/>
          <w:shd w:val="clear" w:color="auto" w:fill="FBF8EE"/>
        </w:rPr>
        <w:t>[date du jour]</w:t>
      </w:r>
    </w:p>
    <w:p>
      <w:pPr>
        <w:pBdr>
          <w:bottom w:val="single" w:sz="6" w:space="4" w:color="C9A227"/>
        </w:pBdr>
        <w:spacing w:before="200"/>
      </w:pPr>
      <w:r>
        <w:rPr>
          <w:b/>
          <w:i w:val="0"/>
        </w:rPr>
        <w:t xml:space="preserve">Objet : saisine du médiateur — vente du </w:t>
      </w:r>
      <w:r>
        <w:rPr>
          <w:b/>
          <w:i w:val="0"/>
          <w:color w:val="1A365D"/>
          <w:shd w:val="clear" w:color="auto" w:fill="FBF8EE"/>
        </w:rPr>
        <w:t>[date de la vente]</w:t>
      </w:r>
    </w:p>
    <w:p>
      <w:pPr>
        <w:jc w:val="both"/>
      </w:pPr>
      <w:r>
        <w:rPr>
          <w:b w:val="0"/>
          <w:i w:val="0"/>
        </w:rPr>
        <w:t xml:space="preserve">Professionnel mis en cause : </w:t>
      </w:r>
      <w:r>
        <w:rPr>
          <w:b w:val="0"/>
          <w:i w:val="0"/>
          <w:color w:val="1A365D"/>
          <w:shd w:val="clear" w:color="auto" w:fill="FBF8EE"/>
        </w:rPr>
        <w:t>[nom du vendeur ou dénomination]</w:t>
      </w:r>
    </w:p>
    <w:p>
      <w:pPr>
        <w:jc w:val="both"/>
      </w:pPr>
      <w:r>
        <w:t>Madame, Monsieur le Médiateur,</w:t>
      </w:r>
    </w:p>
    <w:p>
      <w:pPr>
        <w:jc w:val="both"/>
      </w:pPr>
      <w:r>
        <w:rPr>
          <w:b w:val="0"/>
          <w:i w:val="0"/>
        </w:rPr>
        <w:t xml:space="preserve">Je vous saisis d'un litige né d'une vente conclue le </w:t>
      </w:r>
      <w:r>
        <w:rPr>
          <w:b w:val="0"/>
          <w:i w:val="0"/>
          <w:color w:val="1A365D"/>
          <w:shd w:val="clear" w:color="auto" w:fill="FBF8EE"/>
        </w:rPr>
        <w:t>[date de la vente]</w:t>
      </w:r>
      <w:r>
        <w:rPr>
          <w:b w:val="0"/>
          <w:i w:val="0"/>
        </w:rPr>
        <w:t xml:space="preserve"> avec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[nom du vendeur ou dénomination]</w:t>
      </w:r>
      <w:r>
        <w:rPr>
          <w:b w:val="0"/>
          <w:i w:val="0"/>
        </w:rPr>
        <w:t xml:space="preserve">, portant sur </w:t>
      </w:r>
      <w:r>
        <w:rPr>
          <w:b w:val="0"/>
          <w:i w:val="0"/>
          <w:color w:val="1A365D"/>
          <w:shd w:val="clear" w:color="auto" w:fill="FBF8EE"/>
        </w:rPr>
        <w:t>[désignation du bien vendu]</w:t>
      </w:r>
      <w:r>
        <w:rPr>
          <w:b w:val="0"/>
          <w:i w:val="0"/>
        </w:rPr>
        <w:t>, pour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[montant versé au vendeur]</w:t>
      </w:r>
      <w:r>
        <w:rPr>
          <w:b w:val="0"/>
          <w:i w:val="0"/>
        </w:rPr>
        <w:t xml:space="preserve"> euros.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CE QUI S'EST PASSÉ</w:t>
      </w:r>
    </w:p>
    <w:p>
      <w:pPr>
        <w:jc w:val="both"/>
      </w:pPr>
      <w:r>
        <w:t>[Décrire en quelques lignes, avec les dates : ce qui avait été annoncé, ce que vous avez</w:t>
      </w:r>
    </w:p>
    <w:p>
      <w:pPr>
        <w:jc w:val="both"/>
      </w:pPr>
      <w:r>
        <w:rPr>
          <w:b w:val="0"/>
          <w:i w:val="0"/>
        </w:rPr>
        <w:t xml:space="preserve">découvert le </w:t>
      </w:r>
      <w:r>
        <w:rPr>
          <w:b w:val="0"/>
          <w:i w:val="0"/>
          <w:color w:val="1A365D"/>
          <w:shd w:val="clear" w:color="auto" w:fill="FBF8EE"/>
        </w:rPr>
        <w:t>[date de découverte de la tromperie]</w:t>
      </w:r>
      <w:r>
        <w:rPr>
          <w:b w:val="0"/>
          <w:i w:val="0"/>
        </w:rPr>
        <w:t>, ou ce qui n'a pas été livré.]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CE QUE JE REPROCHE</w:t>
      </w:r>
    </w:p>
    <w:p>
      <w:pPr>
        <w:jc w:val="both"/>
      </w:pPr>
      <w:r>
        <w:t>[Une dissimulation intentionnelle d'une information déterminante, dont le vendeur avait</w:t>
      </w:r>
    </w:p>
    <w:p>
      <w:pPr>
        <w:jc w:val="both"/>
      </w:pPr>
      <w:r>
        <w:rPr>
          <w:b w:val="0"/>
          <w:i w:val="0"/>
        </w:rPr>
        <w:t xml:space="preserve">connaissance.] </w:t>
      </w:r>
      <w:r>
        <w:rPr>
          <w:b w:val="0"/>
          <w:i w:val="0"/>
          <w:color w:val="1A365D"/>
          <w:shd w:val="clear" w:color="auto" w:fill="FBF8EE"/>
        </w:rPr>
        <w:t>[Un défaut de délivrance, la livraison n'étant pas intervenue à la date due.]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CE QUE JE DEMANDE</w:t>
      </w:r>
    </w:p>
    <w:p>
      <w:pPr>
        <w:jc w:val="both"/>
      </w:pPr>
      <w:r>
        <w:rPr>
          <w:b w:val="0"/>
          <w:i w:val="0"/>
        </w:rPr>
        <w:t xml:space="preserve">[L'annulation de la vente et la restitution de </w:t>
      </w:r>
      <w:r>
        <w:rPr>
          <w:b w:val="0"/>
          <w:i w:val="0"/>
          <w:color w:val="1A365D"/>
          <w:shd w:val="clear" w:color="auto" w:fill="FBF8EE"/>
        </w:rPr>
        <w:t>[montant versé au vendeur]</w:t>
      </w:r>
      <w:r>
        <w:rPr>
          <w:b w:val="0"/>
          <w:i w:val="0"/>
        </w:rPr>
        <w:t xml:space="preserve"> euros contre remise du bien.]</w:t>
      </w:r>
    </w:p>
    <w:p>
      <w:pPr>
        <w:jc w:val="both"/>
      </w:pPr>
      <w:r>
        <w:rPr>
          <w:b w:val="0"/>
          <w:i w:val="0"/>
        </w:rPr>
        <w:t xml:space="preserve">[La résolution du contrat et le remboursement de </w:t>
      </w:r>
      <w:r>
        <w:rPr>
          <w:b w:val="0"/>
          <w:i w:val="0"/>
          <w:color w:val="1A365D"/>
          <w:shd w:val="clear" w:color="auto" w:fill="FBF8EE"/>
        </w:rPr>
        <w:t>[montant versé au vendeur]</w:t>
      </w:r>
      <w:r>
        <w:rPr>
          <w:b w:val="0"/>
          <w:i w:val="0"/>
        </w:rPr>
        <w:t xml:space="preserve"> euros.]</w:t>
      </w:r>
    </w:p>
    <w:p>
      <w:pPr>
        <w:jc w:val="both"/>
      </w:pPr>
      <w:r>
        <w:t>[La livraison de ce qui était convenu.]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MA RÉCLAMATION ET LA SUITE QUI LUI A ÉTÉ DONNÉE</w:t>
      </w:r>
    </w:p>
    <w:p>
      <w:pPr>
        <w:jc w:val="both"/>
      </w:pPr>
      <w:r>
        <w:rPr>
          <w:b w:val="0"/>
          <w:i w:val="0"/>
        </w:rPr>
        <w:t xml:space="preserve">Réclamation écrite du </w:t>
      </w:r>
      <w:r>
        <w:rPr>
          <w:b w:val="0"/>
          <w:i w:val="0"/>
          <w:color w:val="1A365D"/>
          <w:shd w:val="clear" w:color="auto" w:fill="FBF8EE"/>
        </w:rPr>
        <w:t>[date de la réclamation]</w:t>
      </w:r>
      <w:r>
        <w:rPr>
          <w:b w:val="0"/>
          <w:i w:val="0"/>
        </w:rPr>
        <w:t xml:space="preserve">. [Sans réponse / Refus du </w:t>
      </w:r>
      <w:r>
        <w:rPr>
          <w:b w:val="0"/>
          <w:i w:val="0"/>
          <w:color w:val="1A365D"/>
          <w:shd w:val="clear" w:color="auto" w:fill="FBF8EE"/>
        </w:rPr>
        <w:t>[date du refus]</w:t>
      </w:r>
      <w:r>
        <w:rPr>
          <w:b w:val="0"/>
          <w:i w:val="0"/>
        </w:rPr>
        <w:t>.]</w:t>
      </w:r>
    </w:p>
    <w:p>
      <w:pPr>
        <w:jc w:val="both"/>
      </w:pPr>
      <w:r>
        <w:t>Le litige n'a été soumis à aucun autre médiateur ni à aucun tribunal.</w:t>
      </w:r>
    </w:p>
    <w:p>
      <w:pPr>
        <w:jc w:val="both"/>
      </w:pPr>
      <w:r>
        <w:t>Je vous prie d'agréer, Madame, Monsieur le Médiateur, l'expression de ma considération</w:t>
      </w:r>
    </w:p>
    <w:p>
      <w:pPr>
        <w:jc w:val="both"/>
      </w:pPr>
      <w:r>
        <w:t>distinguée.</w:t>
      </w:r>
    </w:p>
    <w:p>
      <w:pPr>
        <w:spacing w:before="320"/>
        <w:jc w:val="right"/>
      </w:pPr>
      <w:r>
        <w:rPr>
          <w:color w:val="6C757D"/>
          <w:sz w:val="18"/>
        </w:rPr>
        <w:t>[Signature]</w:t>
      </w:r>
    </w:p>
    <w:p>
      <w:pPr>
        <w:jc w:val="both"/>
      </w:pPr>
      <w:r>
        <w:t>PIÈCES JOINTES — elles conditionnent la recevabilité : bon de commande ou facture — annonce ou</w:t>
      </w:r>
    </w:p>
    <w:p>
      <w:pPr>
        <w:jc w:val="both"/>
      </w:pPr>
      <w:r>
        <w:rPr>
          <w:b w:val="0"/>
          <w:i w:val="0"/>
        </w:rPr>
        <w:t xml:space="preserve">description du bien — réclamation du </w:t>
      </w:r>
      <w:r>
        <w:rPr>
          <w:b w:val="0"/>
          <w:i w:val="0"/>
          <w:color w:val="1A365D"/>
          <w:shd w:val="clear" w:color="auto" w:fill="FBF8EE"/>
        </w:rPr>
        <w:t>[date de la réclamation]</w:t>
      </w:r>
      <w:r>
        <w:rPr>
          <w:b w:val="0"/>
          <w:i w:val="0"/>
        </w:rPr>
        <w:t xml:space="preserve"> et son accusé de réception —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[réponse reçue]</w:t>
      </w:r>
      <w:r>
        <w:rPr>
          <w:b w:val="0"/>
          <w:i w:val="0"/>
        </w:rPr>
        <w:t xml:space="preserve"> — </w:t>
      </w:r>
      <w:r>
        <w:rPr>
          <w:b w:val="0"/>
          <w:i w:val="0"/>
          <w:color w:val="1A365D"/>
          <w:shd w:val="clear" w:color="auto" w:fill="FBF8EE"/>
        </w:rPr>
        <w:t>[preuve de ce qui a été découvert]</w:t>
      </w:r>
    </w:p>
    <w:sectPr w:rsidR="00FC693F" w:rsidRPr="0006063C" w:rsidSect="00034616">
      <w:footerReference w:type="default" r:id="rId9"/>
      <w:pgSz w:w="11906" w:h="16838"/>
      <w:pgMar w:top="141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mbria" w:hAnsi="Cambria"/>
        <w:color w:val="6C757D"/>
        <w:sz w:val="18"/>
      </w:rPr>
      <w:t xml:space="preserve">Page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PAGE </w:instrText>
    </w:r>
    <w:r>
      <w:rPr>
        <w:rFonts w:ascii="Cambria" w:hAnsi="Cambria"/>
        <w:color w:val="6C757D"/>
        <w:sz w:val="18"/>
      </w:rPr>
      <w:fldChar w:fldCharType="end"/>
    </w:r>
    <w:r>
      <w:rPr>
        <w:rFonts w:ascii="Cambria" w:hAnsi="Cambria"/>
        <w:color w:val="6C757D"/>
        <w:sz w:val="18"/>
      </w:rPr>
      <w:t xml:space="preserve"> sur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NUMPAGES </w:instrText>
    </w:r>
    <w:r>
      <w:rPr>
        <w:rFonts w:ascii="Cambria" w:hAnsi="Cambria"/>
        <w:color w:val="6C757D"/>
        <w:sz w:val="18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8" w:lineRule="auto"/>
    </w:pPr>
    <w:rPr>
      <w:rFonts w:ascii="Cambria" w:hAnsi="Cambria"/>
      <w:color w:val="2D3748"/>
      <w:sz w:val="22"/>
      <w:lang w:val="fr-FR" w:eastAsia="fr-F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