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ou Madame le Conciliateur de justice</w:t>
      </w:r>
    </w:p>
    <w:p>
      <w:pPr>
        <w:spacing w:after="0" w:line="252" w:lineRule="auto"/>
        <w:ind w:left="5102"/>
      </w:pPr>
      <w:r>
        <w:rPr>
          <w:sz w:val="18"/>
        </w:rPr>
        <w:t>[Adresse du point-justice, de la mairie ou du tribunal de proximité]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demande de conciliation — vente du </w:t>
      </w:r>
      <w:r>
        <w:rPr>
          <w:b/>
          <w:i w:val="0"/>
          <w:color w:val="1A365D"/>
          <w:shd w:val="clear" w:color="auto" w:fill="FBF8EE"/>
        </w:rPr>
        <w:t>[date de la vente]</w:t>
      </w:r>
    </w:p>
    <w:p>
      <w:pPr>
        <w:jc w:val="both"/>
      </w:pPr>
      <w:r>
        <w:t>Madame, Monsieur le Conciliateur,</w:t>
      </w:r>
    </w:p>
    <w:p>
      <w:pPr>
        <w:jc w:val="both"/>
      </w:pPr>
      <w:r>
        <w:rPr>
          <w:b w:val="0"/>
          <w:i w:val="0"/>
        </w:rPr>
        <w:t xml:space="preserve">Je sollicite votre intervention dans un litige qui m'oppose à </w:t>
      </w:r>
      <w:r>
        <w:rPr>
          <w:b w:val="0"/>
          <w:i w:val="0"/>
          <w:color w:val="1A365D"/>
          <w:shd w:val="clear" w:color="auto" w:fill="FBF8EE"/>
        </w:rPr>
        <w:t>[nom du vendeur ou dénomination]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demeurant </w:t>
      </w:r>
      <w:r>
        <w:rPr>
          <w:b w:val="0"/>
          <w:i w:val="0"/>
          <w:color w:val="1A365D"/>
          <w:shd w:val="clear" w:color="auto" w:fill="FBF8EE"/>
        </w:rPr>
        <w:t>[adresse du vendeur]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rPr>
          <w:b w:val="0"/>
          <w:i w:val="0"/>
        </w:rPr>
        <w:t xml:space="preserve">J'ai acheté le </w:t>
      </w:r>
      <w:r>
        <w:rPr>
          <w:b w:val="0"/>
          <w:i w:val="0"/>
          <w:color w:val="1A365D"/>
          <w:shd w:val="clear" w:color="auto" w:fill="FBF8EE"/>
        </w:rPr>
        <w:t>[date de la vente]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[désignation du bien vendu]</w:t>
      </w:r>
      <w:r>
        <w:rPr>
          <w:b w:val="0"/>
          <w:i w:val="0"/>
        </w:rPr>
        <w:t xml:space="preserve">, pour </w:t>
      </w:r>
      <w:r>
        <w:rPr>
          <w:b w:val="0"/>
          <w:i w:val="0"/>
          <w:color w:val="1A365D"/>
          <w:shd w:val="clear" w:color="auto" w:fill="FBF8EE"/>
        </w:rPr>
        <w:t>[montant versé au vendeur]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[Décrire en trois lignes ce qui est reproché, avec les dates.]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[L'annulation de la vente et la restitution de </w:t>
      </w:r>
      <w:r>
        <w:rPr>
          <w:b w:val="0"/>
          <w:i w:val="0"/>
          <w:color w:val="1A365D"/>
          <w:shd w:val="clear" w:color="auto" w:fill="FBF8EE"/>
        </w:rPr>
        <w:t>[montant versé au vendeur]</w:t>
      </w:r>
      <w:r>
        <w:rPr>
          <w:b w:val="0"/>
          <w:i w:val="0"/>
        </w:rPr>
        <w:t xml:space="preserve"> euros contre remise du bien.]</w:t>
      </w:r>
    </w:p>
    <w:p>
      <w:pPr>
        <w:jc w:val="both"/>
      </w:pPr>
      <w:r>
        <w:t>[La livraison de ce qui était convenu, ou le remboursement.]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J'AI DÉJÀ FAIT</w:t>
      </w:r>
    </w:p>
    <w:p>
      <w:pPr>
        <w:jc w:val="both"/>
      </w:pPr>
      <w:r>
        <w:rPr>
          <w:b w:val="0"/>
          <w:i w:val="0"/>
        </w:rPr>
        <w:t xml:space="preserve">Réclamation écrite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. [Sans réponse / Refus du </w:t>
      </w: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.]</w:t>
      </w:r>
    </w:p>
    <w:p>
      <w:pPr>
        <w:jc w:val="both"/>
      </w:pPr>
      <w:r>
        <w:t>Je vous remercie de bien vouloir convoquer les parties, et, à défaut d'accord ou de comparution,</w:t>
      </w:r>
    </w:p>
    <w:p>
      <w:pPr>
        <w:jc w:val="both"/>
      </w:pPr>
      <w:r>
        <w:t>de m'en délivrer constat.</w:t>
      </w:r>
    </w:p>
    <w:p>
      <w:pPr>
        <w:jc w:val="both"/>
      </w:pPr>
      <w:r>
        <w:t>Je vous prie d'agréer, Madame, Monsieur le Conciliateur, l'expression de ma considération</w:t>
      </w:r>
    </w:p>
    <w:p>
      <w:pPr>
        <w:jc w:val="both"/>
      </w:pPr>
      <w:r>
        <w:t>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bon de commande ou facture — annonce ou description du bien — réclamation et</w:t>
      </w:r>
    </w:p>
    <w:p>
      <w:pPr>
        <w:jc w:val="both"/>
      </w:pPr>
      <w:r>
        <w:rPr>
          <w:b w:val="0"/>
          <w:i w:val="0"/>
        </w:rPr>
        <w:t xml:space="preserve">son accusé de réception — </w:t>
      </w:r>
      <w:r>
        <w:rPr>
          <w:b w:val="0"/>
          <w:i w:val="0"/>
          <w:color w:val="1A365D"/>
          <w:shd w:val="clear" w:color="auto" w:fill="FBF8EE"/>
        </w:rPr>
        <w:t>[réponse reçue]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