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du garage ou de la concession]</w:t>
      </w:r>
    </w:p>
    <w:p>
      <w:pPr>
        <w:spacing w:after="0" w:line="252" w:lineRule="auto"/>
        <w:ind w:left="5102"/>
      </w:pPr>
      <w:r>
        <w:rPr>
          <w:sz w:val="18"/>
        </w:rPr>
        <w:t>À l'attention du service client</w:t>
      </w:r>
    </w:p>
    <w:p>
      <w:pPr>
        <w:spacing w:after="0" w:line="252" w:lineRule="auto"/>
        <w:ind w:left="5102"/>
      </w:pPr>
      <w:r>
        <w:rPr>
          <w:sz w:val="18"/>
        </w:rPr>
        <w:t>[Adresse du garage ou de la concession]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réclamation — défaut affectant le véhicule </w:t>
      </w:r>
      <w:r>
        <w:rPr>
          <w:b/>
          <w:i w:val="0"/>
          <w:color w:val="1A365D"/>
          <w:shd w:val="clear" w:color="auto" w:fill="FBF8EE"/>
        </w:rPr>
        <w:t>[marque]</w:t>
      </w:r>
      <w:r>
        <w:rPr>
          <w:b/>
          <w:i w:val="0"/>
        </w:rPr>
        <w:t xml:space="preserve"> </w:t>
      </w:r>
      <w:r>
        <w:rPr>
          <w:b/>
          <w:i w:val="0"/>
          <w:color w:val="1A365D"/>
          <w:shd w:val="clear" w:color="auto" w:fill="FBF8EE"/>
        </w:rPr>
        <w:t>[modèle]</w:t>
      </w:r>
      <w:r>
        <w:rPr>
          <w:b/>
          <w:i w:val="0"/>
        </w:rPr>
        <w:t xml:space="preserve">, immatriculé </w:t>
      </w:r>
      <w:r>
        <w:rPr>
          <w:b/>
          <w:i w:val="0"/>
          <w:color w:val="1A365D"/>
          <w:shd w:val="clear" w:color="auto" w:fill="FBF8EE"/>
        </w:rPr>
        <w:t>[XX-000-XX]</w:t>
      </w:r>
    </w:p>
    <w:p>
      <w:r>
        <w:rPr>
          <w:b w:val="0"/>
          <w:i w:val="0"/>
        </w:rPr>
        <w:t xml:space="preserve">Référence : bon de commande / facture n° </w:t>
      </w:r>
      <w:r>
        <w:rPr>
          <w:b w:val="0"/>
          <w:i w:val="0"/>
          <w:color w:val="1A365D"/>
          <w:shd w:val="clear" w:color="auto" w:fill="FBF8EE"/>
        </w:rPr>
        <w:t>[numéro de la commande ou de la facture]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d'achat]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Je vous ai acheté le </w:t>
      </w:r>
      <w:r>
        <w:rPr>
          <w:b w:val="0"/>
          <w:i w:val="0"/>
          <w:color w:val="1A365D"/>
          <w:shd w:val="clear" w:color="auto" w:fill="FBF8EE"/>
        </w:rPr>
        <w:t>[date d'achat]</w:t>
      </w:r>
      <w:r>
        <w:rPr>
          <w:b w:val="0"/>
          <w:i w:val="0"/>
        </w:rPr>
        <w:t xml:space="preserve"> le véhicule d'occasion désigné ci-dessus, au prix de </w:t>
      </w:r>
      <w:r>
        <w:rPr>
          <w:b w:val="0"/>
          <w:i w:val="0"/>
          <w:color w:val="1A365D"/>
          <w:shd w:val="clear" w:color="auto" w:fill="FBF8EE"/>
        </w:rPr>
        <w:t>[prix convenu]</w:t>
      </w:r>
      <w:r>
        <w:rPr>
          <w:b w:val="0"/>
          <w:i w:val="0"/>
        </w:rPr>
        <w:t xml:space="preserve"> euros, alors qu'il affichait </w:t>
      </w:r>
      <w:r>
        <w:rPr>
          <w:b w:val="0"/>
          <w:i w:val="0"/>
          <w:color w:val="1A365D"/>
          <w:shd w:val="clear" w:color="auto" w:fill="FBF8EE"/>
        </w:rPr>
        <w:t>[kilométrage]</w:t>
      </w:r>
      <w:r>
        <w:rPr>
          <w:b w:val="0"/>
          <w:i w:val="0"/>
        </w:rPr>
        <w:t xml:space="preserve"> kilomètres.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, j'ai constaté </w:t>
      </w:r>
      <w:r>
        <w:rPr>
          <w:b w:val="0"/>
          <w:i w:val="0"/>
          <w:color w:val="1A365D"/>
          <w:shd w:val="clear" w:color="auto" w:fill="FBF8EE"/>
        </w:rPr>
        <w:t>[décrire le défaut avec précision : nature, circonstances de son apparition, conséquences sur l'usage du véhicule]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Ce constat est corroboré par </w:t>
      </w:r>
      <w:r>
        <w:rPr>
          <w:b w:val="0"/>
          <w:i w:val="0"/>
          <w:color w:val="1A365D"/>
          <w:shd w:val="clear" w:color="auto" w:fill="FBF8EE"/>
        </w:rPr>
        <w:t>[devis, facture, rapport, compte rendu de diagnostic]</w:t>
      </w:r>
      <w:r>
        <w:rPr>
          <w:b w:val="0"/>
          <w:i w:val="0"/>
        </w:rPr>
        <w:t xml:space="preserve"> établi le </w:t>
      </w:r>
      <w:r>
        <w:rPr>
          <w:b w:val="0"/>
          <w:i w:val="0"/>
          <w:color w:val="1A365D"/>
          <w:shd w:val="clear" w:color="auto" w:fill="FBF8EE"/>
        </w:rPr>
        <w:t>[date du document technique]</w:t>
      </w:r>
      <w:r>
        <w:rPr>
          <w:b w:val="0"/>
          <w:i w:val="0"/>
        </w:rPr>
        <w:t xml:space="preserve"> par </w:t>
      </w:r>
      <w:r>
        <w:rPr>
          <w:b w:val="0"/>
          <w:i w:val="0"/>
          <w:color w:val="1A365D"/>
          <w:shd w:val="clear" w:color="auto" w:fill="FBF8EE"/>
        </w:rPr>
        <w:t>[nom du professionnel]</w:t>
      </w:r>
      <w:r>
        <w:rPr>
          <w:b w:val="0"/>
          <w:i w:val="0"/>
        </w:rPr>
        <w:t>, dont copie est jointe.</w:t>
      </w:r>
    </w:p>
    <w:p>
      <w:pPr>
        <w:jc w:val="both"/>
      </w:pPr>
      <w:r>
        <w:rPr>
          <w:b w:val="0"/>
          <w:i w:val="0"/>
        </w:rPr>
        <w:t xml:space="preserve">Ce défaut n'était pas apparent lors de la vente et je ne pouvais pas le déceler par un examen normalement attentif. Il rend le véhicule </w:t>
      </w:r>
      <w:r>
        <w:rPr>
          <w:b w:val="0"/>
          <w:i w:val="0"/>
          <w:color w:val="1A365D"/>
          <w:shd w:val="clear" w:color="auto" w:fill="FBF8EE"/>
        </w:rPr>
        <w:t>[impropre à l'usage auquel il est destiné / d'un usage tellement diminué que je ne l'aurais pas acheté à ce prix]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Je vous demande en conséquence de bien vouloir [reprendre le véhicule et me restituer le prix / prendre en charge la remise en état / me rembourser la somme de </w:t>
      </w:r>
      <w:r>
        <w:rPr>
          <w:b w:val="0"/>
          <w:i w:val="0"/>
          <w:color w:val="1A365D"/>
          <w:shd w:val="clear" w:color="auto" w:fill="FBF8EE"/>
        </w:rPr>
        <w:t>[montant à restituer]</w:t>
      </w:r>
      <w:r>
        <w:rPr>
          <w:b w:val="0"/>
          <w:i w:val="0"/>
        </w:rPr>
        <w:t xml:space="preserve"> euros correspondant à la diminution de valeur].</w:t>
      </w:r>
    </w:p>
    <w:p>
      <w:pPr>
        <w:jc w:val="both"/>
      </w:pPr>
      <w:r>
        <w:t>Je vous remercie de me faire connaître votre position sous quinze jours.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bon de commande — facture — </w:t>
      </w:r>
      <w:r>
        <w:rPr>
          <w:b w:val="0"/>
          <w:i/>
          <w:color w:val="1A365D"/>
          <w:shd w:val="clear" w:color="auto" w:fill="FBF8EE"/>
        </w:rPr>
        <w:t>[devis, rapport, photographies]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