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ACCUSÉ DE RÉCEPTION</w:t>
      </w:r>
    </w:p>
    <w:p>
      <w:pPr>
        <w:spacing w:after="0" w:line="252" w:lineRule="auto"/>
        <w:ind w:left="5102"/>
      </w:pPr>
      <w:r>
        <w:rPr>
          <w:sz w:val="18"/>
        </w:rPr>
        <w:t>[Dénomination du garage ou de la concession]</w:t>
      </w:r>
    </w:p>
    <w:p>
      <w:pPr>
        <w:spacing w:after="0" w:line="252" w:lineRule="auto"/>
        <w:ind w:left="5102"/>
      </w:pPr>
      <w:r>
        <w:rPr>
          <w:sz w:val="18"/>
        </w:rPr>
        <w:t>[Adresse du siège]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MISE EN DEMEURE — garantie des vices cachés</w:t>
      </w:r>
    </w:p>
    <w:p>
      <w:pPr>
        <w:jc w:val="both"/>
      </w:pPr>
      <w:r>
        <w:rPr>
          <w:b w:val="0"/>
          <w:i w:val="0"/>
        </w:rPr>
        <w:t xml:space="preserve">Véhicule </w:t>
      </w:r>
      <w:r>
        <w:rPr>
          <w:b w:val="0"/>
          <w:i w:val="0"/>
          <w:color w:val="1A365D"/>
          <w:shd w:val="clear" w:color="auto" w:fill="FBF8EE"/>
        </w:rPr>
        <w:t>[marque]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[modèle]</w:t>
      </w:r>
      <w:r>
        <w:rPr>
          <w:b w:val="0"/>
          <w:i w:val="0"/>
        </w:rPr>
        <w:t xml:space="preserve">, immatriculé </w:t>
      </w:r>
      <w:r>
        <w:rPr>
          <w:b w:val="0"/>
          <w:i w:val="0"/>
          <w:color w:val="1A365D"/>
          <w:shd w:val="clear" w:color="auto" w:fill="FBF8EE"/>
        </w:rPr>
        <w:t>[XX-000-XX]</w:t>
      </w:r>
    </w:p>
    <w:p>
      <w:pPr>
        <w:jc w:val="both"/>
      </w:pPr>
      <w:r>
        <w:rPr>
          <w:b w:val="0"/>
          <w:i w:val="0"/>
        </w:rPr>
        <w:t xml:space="preserve">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d'achat]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d'achat]</w:t>
      </w:r>
      <w:r>
        <w:rPr>
          <w:b w:val="0"/>
          <w:i w:val="0"/>
        </w:rPr>
        <w:t xml:space="preserve">, vous m'avez vendu le véhicule d'occasion désigné ci-dessus au prix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découvert que ce véhicule est affecté de </w:t>
      </w:r>
      <w:r>
        <w:rPr>
          <w:b w:val="0"/>
          <w:i w:val="0"/>
          <w:color w:val="1A365D"/>
          <w:shd w:val="clear" w:color="auto" w:fill="FBF8EE"/>
        </w:rPr>
        <w:t>[description du défaut]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Ce défaut est établi par </w:t>
      </w:r>
      <w:r>
        <w:rPr>
          <w:b w:val="0"/>
          <w:i w:val="0"/>
          <w:color w:val="1A365D"/>
          <w:shd w:val="clear" w:color="auto" w:fill="FBF8EE"/>
        </w:rPr>
        <w:t>[rapport, devis, diagnostic]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du document technique]</w:t>
      </w:r>
      <w:r>
        <w:rPr>
          <w:b w:val="0"/>
          <w:i w:val="0"/>
        </w:rPr>
        <w:t xml:space="preserve">, établi par </w:t>
      </w:r>
      <w:r>
        <w:rPr>
          <w:b w:val="0"/>
          <w:i w:val="0"/>
          <w:color w:val="1A365D"/>
          <w:shd w:val="clear" w:color="auto" w:fill="FBF8EE"/>
        </w:rPr>
        <w:t>[nom de l'auteur du document]</w:t>
      </w:r>
      <w:r>
        <w:rPr>
          <w:b w:val="0"/>
          <w:i w:val="0"/>
        </w:rPr>
        <w:t xml:space="preserve">, dont copie vous a été adressée le </w:t>
      </w:r>
      <w:r>
        <w:rPr>
          <w:b w:val="0"/>
          <w:i w:val="0"/>
          <w:color w:val="1A365D"/>
          <w:shd w:val="clear" w:color="auto" w:fill="FBF8EE"/>
        </w:rPr>
        <w:t>[date d'envoi de la copie]</w:t>
      </w:r>
      <w:r>
        <w:rPr>
          <w:b w:val="0"/>
          <w:i w:val="0"/>
        </w:rPr>
        <w:t>.</w:t>
      </w:r>
    </w:p>
    <w:p>
      <w:pPr>
        <w:jc w:val="both"/>
      </w:pPr>
      <w:r>
        <w:t>Ce défaut était caché lors de la vente, il lui est antérieur, et il rend le véhicule impropre à l'usage auquel il est destiné. Il constitue donc un vice caché au sens de l'article 1641 du code civil.</w:t>
      </w:r>
    </w:p>
    <w:p>
      <w:pPr>
        <w:jc w:val="both"/>
      </w:pPr>
      <w:r>
        <w:t>En votre qualité de vendeur professionnel, vous êtes réputé avoir connu ce vice, et vous êtes tenu, outre la restitution du prix, de tous les dommages et intérêts, conformément à l'article 1645 du code civil.</w:t>
      </w:r>
    </w:p>
    <w:p>
      <w:pPr>
        <w:jc w:val="both"/>
      </w:pPr>
      <w:r>
        <w:rPr>
          <w:b w:val="0"/>
          <w:i w:val="0"/>
        </w:rPr>
        <w:t xml:space="preserve">Par ma lettre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je vous ai demandé </w:t>
      </w:r>
      <w:r>
        <w:rPr>
          <w:b w:val="0"/>
          <w:i w:val="0"/>
          <w:color w:val="1A365D"/>
          <w:shd w:val="clear" w:color="auto" w:fill="FBF8EE"/>
        </w:rPr>
        <w:t>[rappeler la demande]</w:t>
      </w:r>
      <w:r>
        <w:rPr>
          <w:b w:val="0"/>
          <w:i w:val="0"/>
        </w:rPr>
        <w:t xml:space="preserve">. Cette demande est demeurée [sans réponse / rejetée par votre courrier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].</w:t>
      </w:r>
    </w:p>
    <w:p>
      <w:pPr>
        <w:jc w:val="both"/>
      </w:pPr>
      <w:r>
        <w:t>En conséquence, je vous mets en demeure, dans un délai de QUINZE JOURS à compter de la réception de la présente :</w:t>
      </w:r>
    </w:p>
    <w:p>
      <w:pPr>
        <w:jc w:val="both"/>
      </w:pPr>
      <w:r>
        <w:rPr>
          <w:b w:val="0"/>
          <w:i w:val="0"/>
        </w:rPr>
        <w:t xml:space="preserve">— de reprendre le véhicule et de me restituer la somme de </w:t>
      </w:r>
      <w:r>
        <w:rPr>
          <w:b w:val="0"/>
          <w:i w:val="0"/>
          <w:color w:val="1A365D"/>
          <w:shd w:val="clear" w:color="auto" w:fill="FBF8EE"/>
        </w:rPr>
        <w:t>[prix à restituer]</w:t>
      </w:r>
      <w:r>
        <w:rPr>
          <w:b w:val="0"/>
          <w:i w:val="0"/>
        </w:rPr>
        <w:t xml:space="preserve"> euros représentant le prix de vente ;</w:t>
      </w:r>
    </w:p>
    <w:p>
      <w:pPr>
        <w:jc w:val="both"/>
      </w:pPr>
      <w:r>
        <w:rPr>
          <w:b w:val="0"/>
          <w:i w:val="0"/>
        </w:rPr>
        <w:t xml:space="preserve">— de me rembourser les frais occasionnés par la vente, soit </w:t>
      </w:r>
      <w:r>
        <w:rPr>
          <w:b w:val="0"/>
          <w:i w:val="0"/>
          <w:color w:val="1A365D"/>
          <w:shd w:val="clear" w:color="auto" w:fill="FBF8EE"/>
        </w:rPr>
        <w:t>[frais de la vente]</w:t>
      </w:r>
      <w:r>
        <w:rPr>
          <w:b w:val="0"/>
          <w:i w:val="0"/>
        </w:rPr>
        <w:t xml:space="preserve"> euros au titre de </w:t>
      </w:r>
      <w:r>
        <w:rPr>
          <w:b w:val="0"/>
          <w:i w:val="0"/>
          <w:color w:val="1A365D"/>
          <w:shd w:val="clear" w:color="auto" w:fill="FBF8EE"/>
        </w:rPr>
        <w:t>[carte grise, contrôle technique, frais de mise en circulation]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de m'indemniser des préjudices que ce vice m'a causés, soit </w:t>
      </w:r>
      <w:r>
        <w:rPr>
          <w:b w:val="0"/>
          <w:i w:val="0"/>
          <w:color w:val="1A365D"/>
          <w:shd w:val="clear" w:color="auto" w:fill="FBF8EE"/>
        </w:rPr>
        <w:t>[montant des préjudices annexes]</w:t>
      </w:r>
      <w:r>
        <w:rPr>
          <w:b w:val="0"/>
          <w:i w:val="0"/>
        </w:rPr>
        <w:t xml:space="preserve"> euros au titre de </w:t>
      </w:r>
      <w:r>
        <w:rPr>
          <w:b w:val="0"/>
          <w:i w:val="0"/>
          <w:color w:val="1A365D"/>
          <w:shd w:val="clear" w:color="auto" w:fill="FBF8EE"/>
        </w:rPr>
        <w:t>[immobilisation du véhicule, location d'un véhicule de remplacement, frais de remorquage, frais d'expertise amiable]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[Variante, si vous conservez le véhicule : — de me restituer la somme de </w:t>
      </w:r>
      <w:r>
        <w:rPr>
          <w:b w:val="0"/>
          <w:i w:val="0"/>
          <w:color w:val="1A365D"/>
          <w:shd w:val="clear" w:color="auto" w:fill="FBF8EE"/>
        </w:rPr>
        <w:t>[montant à restituer]</w:t>
      </w:r>
      <w:r>
        <w:rPr>
          <w:b w:val="0"/>
          <w:i w:val="0"/>
        </w:rPr>
        <w:t xml:space="preserve"> euros correspondant à la diminution de valeur du véhicule résultant du vice, ainsi que </w:t>
      </w:r>
      <w:r>
        <w:rPr>
          <w:b w:val="0"/>
          <w:i w:val="0"/>
          <w:color w:val="1A365D"/>
          <w:shd w:val="clear" w:color="auto" w:fill="FBF8EE"/>
        </w:rPr>
        <w:t>[montant des préjudices annexes]</w:t>
      </w:r>
      <w:r>
        <w:rPr>
          <w:b w:val="0"/>
          <w:i w:val="0"/>
        </w:rPr>
        <w:t xml:space="preserve"> euros au titre de mes préjudices.]</w:t>
      </w:r>
    </w:p>
    <w:p>
      <w:pPr>
        <w:jc w:val="both"/>
      </w:pPr>
      <w:r>
        <w:rPr>
          <w:b w:val="0"/>
          <w:i w:val="0"/>
        </w:rPr>
        <w:t xml:space="preserve">À défaut d'exécution dans ce délai, je saisirai la juridiction compétente aux fins de </w:t>
      </w:r>
      <w:r>
        <w:rPr>
          <w:b w:val="0"/>
          <w:i w:val="0"/>
          <w:color w:val="1A365D"/>
          <w:shd w:val="clear" w:color="auto" w:fill="FBF8EE"/>
        </w:rPr>
        <w:t>[résolution de la vente / réduction du prix]</w:t>
      </w:r>
      <w:r>
        <w:rPr>
          <w:b w:val="0"/>
          <w:i w:val="0"/>
        </w:rPr>
        <w:t xml:space="preserve"> et de dommages et intérêts, et je solliciterai en outre une somme au titre des frais que je serai contraint d'exposer.</w:t>
      </w:r>
    </w:p>
    <w:p>
      <w:pPr>
        <w:jc w:val="both"/>
      </w:pPr>
      <w:r>
        <w:t>La présente vaut mise en demeure au sens de l'article 1344 du code civil et fait courir les intérêts au taux légal.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bon de commande — facture — </w:t>
      </w:r>
      <w:r>
        <w:rPr>
          <w:b w:val="0"/>
          <w:i/>
          <w:color w:val="1A365D"/>
          <w:shd w:val="clear" w:color="auto" w:fill="FBF8EE"/>
        </w:rPr>
        <w:t>[rapport, devis, photographies]</w:t>
      </w:r>
      <w:r>
        <w:rPr>
          <w:b w:val="0"/>
          <w:i/>
        </w:rPr>
        <w:t xml:space="preserve"> — copie de la réclamation du </w:t>
      </w:r>
      <w:r>
        <w:rPr>
          <w:b w:val="0"/>
          <w:i/>
          <w:color w:val="1A365D"/>
          <w:shd w:val="clear" w:color="auto" w:fill="FBF8EE"/>
        </w:rPr>
        <w:t>[date de la réclamation]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