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médiateur de la consommation]</w:t>
      </w:r>
    </w:p>
    <w:p>
      <w:pPr>
        <w:spacing w:after="0" w:line="252" w:lineRule="auto"/>
        <w:ind w:left="5102"/>
      </w:pPr>
      <w:r>
        <w:rPr>
          <w:sz w:val="18"/>
        </w:rPr>
        <w:t>[Adresse du médiateur]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médiation — litige avec </w:t>
      </w:r>
      <w:r>
        <w:rPr>
          <w:b/>
          <w:i w:val="0"/>
          <w:color w:val="1A365D"/>
          <w:shd w:val="clear" w:color="auto" w:fill="FBF8EE"/>
        </w:rPr>
        <w:t>[dénomination du professionnel]</w:t>
      </w:r>
    </w:p>
    <w:p>
      <w:pPr>
        <w:jc w:val="both"/>
      </w:pPr>
      <w:r>
        <w:t>Madame, Monsieur le Médiateur,</w:t>
      </w:r>
    </w:p>
    <w:p>
      <w:pPr>
        <w:jc w:val="both"/>
      </w:pPr>
      <w:r>
        <w:rPr>
          <w:b w:val="0"/>
          <w:i w:val="0"/>
        </w:rPr>
        <w:t xml:space="preserve">J'ai l'honneur de vous saisir d'un litige m'opposant à </w:t>
      </w:r>
      <w:r>
        <w:rPr>
          <w:b w:val="0"/>
          <w:i w:val="0"/>
          <w:color w:val="1A365D"/>
          <w:shd w:val="clear" w:color="auto" w:fill="FBF8EE"/>
        </w:rPr>
        <w:t>[dénomination du professionnel]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professionnel]</w:t>
      </w:r>
      <w:r>
        <w:rPr>
          <w:b w:val="0"/>
          <w:i w:val="0"/>
        </w:rPr>
        <w:t>, en application de l'article L. 612-1 du code de la consommation.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1. LES FAITS</w:t>
      </w:r>
    </w:p>
    <w:p>
      <w:pPr>
        <w:jc w:val="both"/>
      </w:pPr>
      <w:r>
        <w:rPr>
          <w:b w:val="0"/>
          <w:i w:val="0"/>
        </w:rPr>
        <w:t xml:space="preserve">J'ai acquis le </w:t>
      </w:r>
      <w:r>
        <w:rPr>
          <w:b w:val="0"/>
          <w:i w:val="0"/>
          <w:color w:val="1A365D"/>
          <w:shd w:val="clear" w:color="auto" w:fill="FBF8EE"/>
        </w:rPr>
        <w:t>[date d'achat]</w:t>
      </w:r>
      <w:r>
        <w:rPr>
          <w:b w:val="0"/>
          <w:i w:val="0"/>
        </w:rPr>
        <w:t xml:space="preserve"> auprès de ce professionnel le véhicule d'occasion </w:t>
      </w:r>
      <w:r>
        <w:rPr>
          <w:b w:val="0"/>
          <w:i w:val="0"/>
          <w:color w:val="1A365D"/>
          <w:shd w:val="clear" w:color="auto" w:fill="FBF8EE"/>
        </w:rPr>
        <w:t>[marque]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[modèle]</w:t>
      </w:r>
      <w:r>
        <w:rPr>
          <w:b w:val="0"/>
          <w:i w:val="0"/>
        </w:rPr>
        <w:t xml:space="preserve">, immatriculé </w:t>
      </w:r>
      <w:r>
        <w:rPr>
          <w:b w:val="0"/>
          <w:i w:val="0"/>
          <w:color w:val="1A365D"/>
          <w:shd w:val="clear" w:color="auto" w:fill="FBF8EE"/>
        </w:rPr>
        <w:t>[XX-000-XX]</w:t>
      </w:r>
      <w:r>
        <w:rPr>
          <w:b w:val="0"/>
          <w:i w:val="0"/>
        </w:rPr>
        <w:t xml:space="preserve">, au prix de </w:t>
      </w:r>
      <w:r>
        <w:rPr>
          <w:b w:val="0"/>
          <w:i w:val="0"/>
          <w:color w:val="1A365D"/>
          <w:shd w:val="clear" w:color="auto" w:fill="FBF8EE"/>
        </w:rPr>
        <w:t>[prix convenu]</w:t>
      </w:r>
      <w:r>
        <w:rPr>
          <w:b w:val="0"/>
          <w:i w:val="0"/>
        </w:rPr>
        <w:t xml:space="preserve"> euros, affichant alors </w:t>
      </w:r>
      <w:r>
        <w:rPr>
          <w:b w:val="0"/>
          <w:i w:val="0"/>
          <w:color w:val="1A365D"/>
          <w:shd w:val="clear" w:color="auto" w:fill="FBF8EE"/>
        </w:rPr>
        <w:t>[kilométrage]</w:t>
      </w:r>
      <w:r>
        <w:rPr>
          <w:b w:val="0"/>
          <w:i w:val="0"/>
        </w:rPr>
        <w:t xml:space="preserve"> kilomètres.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, j'ai constaté </w:t>
      </w:r>
      <w:r>
        <w:rPr>
          <w:b w:val="0"/>
          <w:i w:val="0"/>
          <w:color w:val="1A365D"/>
          <w:shd w:val="clear" w:color="auto" w:fill="FBF8EE"/>
        </w:rPr>
        <w:t>[description du défaut]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[Rapport, devis, diagnostic]</w:t>
      </w:r>
      <w:r>
        <w:rPr>
          <w:b w:val="0"/>
          <w:i w:val="0"/>
        </w:rPr>
        <w:t xml:space="preserve"> établi le </w:t>
      </w:r>
      <w:r>
        <w:rPr>
          <w:b w:val="0"/>
          <w:i w:val="0"/>
          <w:color w:val="1A365D"/>
          <w:shd w:val="clear" w:color="auto" w:fill="FBF8EE"/>
        </w:rPr>
        <w:t>[date du document technique]</w:t>
      </w:r>
      <w:r>
        <w:rPr>
          <w:b w:val="0"/>
          <w:i w:val="0"/>
        </w:rPr>
        <w:t xml:space="preserve"> par </w:t>
      </w:r>
      <w:r>
        <w:rPr>
          <w:b w:val="0"/>
          <w:i w:val="0"/>
          <w:color w:val="1A365D"/>
          <w:shd w:val="clear" w:color="auto" w:fill="FBF8EE"/>
        </w:rPr>
        <w:t>[nom de l'auteur du document]</w:t>
      </w:r>
      <w:r>
        <w:rPr>
          <w:b w:val="0"/>
          <w:i w:val="0"/>
        </w:rPr>
        <w:t xml:space="preserve"> conclut à </w:t>
      </w:r>
      <w:r>
        <w:rPr>
          <w:b w:val="0"/>
          <w:i w:val="0"/>
          <w:color w:val="1A365D"/>
          <w:shd w:val="clear" w:color="auto" w:fill="FBF8EE"/>
        </w:rPr>
        <w:t>[reprendre la conclusion]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2. MES DÉMARCHES PRÉALABLES</w:t>
      </w:r>
    </w:p>
    <w:p>
      <w:pPr>
        <w:jc w:val="both"/>
      </w:pPr>
      <w:r>
        <w:rPr>
          <w:b w:val="0"/>
          <w:i w:val="0"/>
        </w:rPr>
        <w:t xml:space="preserve">J'ai adressé au professionnel une réclamation écrite le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dont copie est jointe. [Cette réclamation est restée sans réponse / Le professionnel m'a opposé un refus par courrier du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, dont copie est jointe.]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l'ai en outre mis en demeure par lettre recommandée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3. CE QUE JE DEMANDE</w:t>
      </w:r>
    </w:p>
    <w:p>
      <w:pPr>
        <w:jc w:val="both"/>
      </w:pPr>
      <w:r>
        <w:rPr>
          <w:b w:val="0"/>
          <w:i w:val="0"/>
        </w:rPr>
        <w:t xml:space="preserve">Je sollicite [la reprise du véhicule et la restitution du prix, soit </w:t>
      </w:r>
      <w:r>
        <w:rPr>
          <w:b w:val="0"/>
          <w:i w:val="0"/>
          <w:color w:val="1A365D"/>
          <w:shd w:val="clear" w:color="auto" w:fill="FBF8EE"/>
        </w:rPr>
        <w:t>[prix à restituer]</w:t>
      </w:r>
      <w:r>
        <w:rPr>
          <w:b w:val="0"/>
          <w:i w:val="0"/>
        </w:rPr>
        <w:t xml:space="preserve"> euros / la restitution de </w:t>
      </w:r>
      <w:r>
        <w:rPr>
          <w:b w:val="0"/>
          <w:i w:val="0"/>
          <w:color w:val="1A365D"/>
          <w:shd w:val="clear" w:color="auto" w:fill="FBF8EE"/>
        </w:rPr>
        <w:t>[montant de la diminution du prix]</w:t>
      </w:r>
      <w:r>
        <w:rPr>
          <w:b w:val="0"/>
          <w:i w:val="0"/>
        </w:rPr>
        <w:t xml:space="preserve"> euros au titre de la diminution de valeur / la prise en charge des réparations, évaluées à </w:t>
      </w:r>
      <w:r>
        <w:rPr>
          <w:b w:val="0"/>
          <w:i w:val="0"/>
          <w:color w:val="1A365D"/>
          <w:shd w:val="clear" w:color="auto" w:fill="FBF8EE"/>
        </w:rPr>
        <w:t>[coût de la remise en état]</w:t>
      </w:r>
      <w:r>
        <w:rPr>
          <w:b w:val="0"/>
          <w:i w:val="0"/>
        </w:rPr>
        <w:t xml:space="preserve"> euros], outre </w:t>
      </w:r>
      <w:r>
        <w:rPr>
          <w:b w:val="0"/>
          <w:i w:val="0"/>
          <w:color w:val="1A365D"/>
          <w:shd w:val="clear" w:color="auto" w:fill="FBF8EE"/>
        </w:rPr>
        <w:t>[montant des préjudices annexes]</w:t>
      </w:r>
      <w:r>
        <w:rPr>
          <w:b w:val="0"/>
          <w:i w:val="0"/>
        </w:rPr>
        <w:t xml:space="preserve"> euros au titre des préjudices subis.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4. DÉCLARATIONS</w:t>
      </w:r>
    </w:p>
    <w:p>
      <w:pPr>
        <w:jc w:val="both"/>
      </w:pPr>
      <w:r>
        <w:t>Je déclare que ce litige n'a été soumis à aucun autre médiateur ni à aucune juridiction, et qu'il n'est pas en cours d'examen.</w:t>
      </w:r>
    </w:p>
    <w:p>
      <w:pPr>
        <w:jc w:val="both"/>
      </w:pPr>
      <w:r>
        <w:t>Je reste à votre disposition pour tout élément complémentaire.</w:t>
      </w:r>
    </w:p>
    <w:p>
      <w:pPr>
        <w:jc w:val="both"/>
      </w:pPr>
      <w:r>
        <w:t>Je vous prie d'agréer, Madame, Monsieur le Médiateur,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bon de commande — facture — réclamation du </w:t>
      </w:r>
      <w:r>
        <w:rPr>
          <w:b w:val="0"/>
          <w:i/>
          <w:color w:val="1A365D"/>
          <w:shd w:val="clear" w:color="auto" w:fill="FBF8EE"/>
        </w:rPr>
        <w:t>[date de la réclamation]</w:t>
      </w:r>
      <w:r>
        <w:rPr>
          <w:b w:val="0"/>
          <w:i/>
        </w:rPr>
        <w:t xml:space="preserve"> et sa preuve d'envoi — </w:t>
      </w:r>
      <w:r>
        <w:rPr>
          <w:b w:val="0"/>
          <w:i/>
          <w:color w:val="1A365D"/>
          <w:shd w:val="clear" w:color="auto" w:fill="FBF8EE"/>
        </w:rPr>
        <w:t>[réponse du professionnel]</w:t>
      </w:r>
      <w:r>
        <w:rPr>
          <w:b w:val="0"/>
          <w:i/>
        </w:rPr>
        <w:t xml:space="preserve"> — </w:t>
      </w:r>
      <w:r>
        <w:rPr>
          <w:b w:val="0"/>
          <w:i/>
          <w:color w:val="1A365D"/>
          <w:shd w:val="clear" w:color="auto" w:fill="FBF8EE"/>
        </w:rPr>
        <w:t>[rapport, devis, photographies]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