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[Étude de commissaire de justice — dénomination]</w:t>
      </w:r>
    </w:p>
    <w:p>
      <w:pPr>
        <w:spacing w:after="0" w:line="252" w:lineRule="auto"/>
        <w:ind w:left="5102"/>
      </w:pPr>
      <w:r>
        <w:rPr>
          <w:sz w:val="18"/>
        </w:rPr>
        <w:t>[Adresse de l'étude]</w:t>
      </w:r>
    </w:p>
    <w:p>
      <w:pPr>
        <w:spacing w:before="320" w:after="440"/>
        <w:ind w:left="5102"/>
      </w:pPr>
      <w:r>
        <w:rPr>
          <w:b w:val="0"/>
          <w:i w:val="0"/>
          <w:color w:val="1A365D"/>
          <w:shd w:val="clear" w:color="auto" w:fill="FBF8EE"/>
        </w:rPr>
        <w:t>[Votre ville]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réquisition de constat — véhicule </w:t>
      </w:r>
      <w:r>
        <w:rPr>
          <w:b/>
          <w:i w:val="0"/>
          <w:color w:val="1A365D"/>
          <w:shd w:val="clear" w:color="auto" w:fill="FBF8EE"/>
        </w:rPr>
        <w:t>[marque, modèle]</w:t>
      </w:r>
      <w:r>
        <w:rPr>
          <w:b/>
          <w:i w:val="0"/>
        </w:rPr>
        <w:t xml:space="preserve"> immatriculé </w:t>
      </w:r>
      <w:r>
        <w:rPr>
          <w:b/>
          <w:i w:val="0"/>
          <w:color w:val="1A365D"/>
          <w:shd w:val="clear" w:color="auto" w:fill="FBF8EE"/>
        </w:rPr>
        <w:t>[numéro]</w:t>
      </w:r>
    </w:p>
    <w:p>
      <w:r>
        <w:rPr>
          <w:b w:val="0"/>
          <w:i w:val="0"/>
        </w:rPr>
        <w:t xml:space="preserve">Référence : vente du </w:t>
      </w:r>
      <w:r>
        <w:rPr>
          <w:b w:val="0"/>
          <w:i w:val="0"/>
          <w:color w:val="1A365D"/>
          <w:shd w:val="clear" w:color="auto" w:fill="FBF8EE"/>
        </w:rPr>
        <w:t>[date d'achat]</w:t>
      </w:r>
      <w:r>
        <w:rPr>
          <w:b w:val="0"/>
          <w:i w:val="0"/>
        </w:rPr>
        <w:t xml:space="preserve"> — défaut découvert 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</w:p>
    <w:p>
      <w:pPr>
        <w:jc w:val="both"/>
      </w:pPr>
      <w:r>
        <w:t>Madame, Monsieur le Commissaire de justice,</w:t>
      </w:r>
    </w:p>
    <w:p>
      <w:pPr>
        <w:jc w:val="both"/>
      </w:pPr>
      <w:r>
        <w:t>Je vous prie de bien vouloir procéder au constat des faits ci-après décrits, en application de l'article 1er, II, 2° de l'ordonnance n° 2016-728 du 2 juin 2016, aux termes duquel les constatations que vous effectuez font foi jusqu'à preuve contraire.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CONTEXTE</w:t>
      </w:r>
    </w:p>
    <w:p>
      <w:pPr>
        <w:jc w:val="both"/>
      </w:pPr>
      <w:r>
        <w:rPr>
          <w:b w:val="0"/>
          <w:i w:val="0"/>
        </w:rPr>
        <w:t xml:space="preserve">J'ai acquis le </w:t>
      </w:r>
      <w:r>
        <w:rPr>
          <w:b w:val="0"/>
          <w:i w:val="0"/>
          <w:color w:val="1A365D"/>
          <w:shd w:val="clear" w:color="auto" w:fill="FBF8EE"/>
        </w:rPr>
        <w:t>[date d'achat]</w:t>
      </w:r>
      <w:r>
        <w:rPr>
          <w:b w:val="0"/>
          <w:i w:val="0"/>
        </w:rPr>
        <w:t xml:space="preserve"> auprès de </w:t>
      </w:r>
      <w:r>
        <w:rPr>
          <w:b w:val="0"/>
          <w:i w:val="0"/>
          <w:color w:val="1A365D"/>
          <w:shd w:val="clear" w:color="auto" w:fill="FBF8EE"/>
        </w:rPr>
        <w:t>[nom du vendeur]</w:t>
      </w:r>
      <w:r>
        <w:rPr>
          <w:b w:val="0"/>
          <w:i w:val="0"/>
        </w:rPr>
        <w:t xml:space="preserve"> le véhicule </w:t>
      </w:r>
      <w:r>
        <w:rPr>
          <w:b w:val="0"/>
          <w:i w:val="0"/>
          <w:color w:val="1A365D"/>
          <w:shd w:val="clear" w:color="auto" w:fill="FBF8EE"/>
        </w:rPr>
        <w:t>[marque, modèle]</w:t>
      </w:r>
      <w:r>
        <w:rPr>
          <w:b w:val="0"/>
          <w:i w:val="0"/>
        </w:rPr>
        <w:t xml:space="preserve">, immatriculé </w:t>
      </w:r>
      <w:r>
        <w:rPr>
          <w:b w:val="0"/>
          <w:i w:val="0"/>
          <w:color w:val="1A365D"/>
          <w:shd w:val="clear" w:color="auto" w:fill="FBF8EE"/>
        </w:rPr>
        <w:t>[numéro]</w:t>
      </w:r>
      <w:r>
        <w:rPr>
          <w:b w:val="0"/>
          <w:i w:val="0"/>
        </w:rPr>
        <w:t xml:space="preserve">, moyennant le prix de </w:t>
      </w:r>
      <w:r>
        <w:rPr>
          <w:b w:val="0"/>
          <w:i w:val="0"/>
          <w:color w:val="1A365D"/>
          <w:shd w:val="clear" w:color="auto" w:fill="FBF8EE"/>
        </w:rPr>
        <w:t>[prix convenu]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découverte]</w:t>
      </w:r>
      <w:r>
        <w:rPr>
          <w:b w:val="0"/>
          <w:i w:val="0"/>
        </w:rPr>
        <w:t xml:space="preserve">, j'ai constaté </w:t>
      </w:r>
      <w:r>
        <w:rPr>
          <w:b w:val="0"/>
          <w:i w:val="0"/>
          <w:color w:val="1A365D"/>
          <w:shd w:val="clear" w:color="auto" w:fill="FBF8EE"/>
        </w:rPr>
        <w:t>[décrire la manifestation du défaut]</w:t>
      </w:r>
      <w:r>
        <w:rPr>
          <w:b w:val="0"/>
          <w:i w:val="0"/>
        </w:rPr>
        <w:t>.</w:t>
      </w:r>
    </w:p>
    <w:p>
      <w:pPr>
        <w:jc w:val="both"/>
      </w:pPr>
      <w:r>
        <w:t>Le véhicule n'a fait l'objet d'aucune réparation depuis cette date, et je souhaite en faire figer l'état avant toute intervention.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LIEU ET DATE DE LA CONSTATATION</w:t>
      </w:r>
    </w:p>
    <w:p>
      <w:pPr>
        <w:jc w:val="both"/>
      </w:pPr>
      <w:r>
        <w:rPr>
          <w:b w:val="0"/>
          <w:i w:val="0"/>
        </w:rPr>
        <w:t xml:space="preserve">Lieu : </w:t>
      </w:r>
      <w:r>
        <w:rPr>
          <w:b w:val="0"/>
          <w:i w:val="0"/>
          <w:color w:val="1A365D"/>
          <w:shd w:val="clear" w:color="auto" w:fill="FBF8EE"/>
        </w:rPr>
        <w:t>[adresse exacte, étage, bâtiment, numéro de lot le cas échéant]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Accès : [je serai présent(e) sur place / les clés seront remises par </w:t>
      </w:r>
      <w:r>
        <w:rPr>
          <w:b w:val="0"/>
          <w:i w:val="0"/>
          <w:color w:val="1A365D"/>
          <w:shd w:val="clear" w:color="auto" w:fill="FBF8EE"/>
        </w:rPr>
        <w:t>[nom de la personne qui remettra les clés]</w:t>
      </w:r>
      <w:r>
        <w:rPr>
          <w:b w:val="0"/>
          <w:i w:val="0"/>
        </w:rPr>
        <w:t xml:space="preserve"> / l'accès se fera en présence de </w:t>
      </w:r>
      <w:r>
        <w:rPr>
          <w:b w:val="0"/>
          <w:i w:val="0"/>
          <w:color w:val="1A365D"/>
          <w:shd w:val="clear" w:color="auto" w:fill="FBF8EE"/>
        </w:rPr>
        <w:t>[nom, qualité]</w:t>
      </w:r>
      <w:r>
        <w:rPr>
          <w:b w:val="0"/>
          <w:i w:val="0"/>
        </w:rPr>
        <w:t>].</w:t>
      </w:r>
    </w:p>
    <w:p>
      <w:pPr>
        <w:jc w:val="both"/>
      </w:pPr>
      <w:r>
        <w:rPr>
          <w:b w:val="0"/>
          <w:i w:val="0"/>
        </w:rPr>
        <w:t xml:space="preserve">Date souhaitée : </w:t>
      </w:r>
      <w:r>
        <w:rPr>
          <w:b w:val="0"/>
          <w:i w:val="0"/>
          <w:color w:val="1A365D"/>
          <w:shd w:val="clear" w:color="auto" w:fill="FBF8EE"/>
        </w:rPr>
        <w:t>[date souhaitée pour le constat]</w:t>
      </w:r>
      <w:r>
        <w:rPr>
          <w:b w:val="0"/>
          <w:i w:val="0"/>
        </w:rPr>
        <w:t xml:space="preserve">, à </w:t>
      </w:r>
      <w:r>
        <w:rPr>
          <w:b w:val="0"/>
          <w:i w:val="0"/>
          <w:color w:val="1A365D"/>
          <w:shd w:val="clear" w:color="auto" w:fill="FBF8EE"/>
        </w:rPr>
        <w:t>[heure]</w:t>
      </w:r>
      <w:r>
        <w:rPr>
          <w:b w:val="0"/>
          <w:i w:val="0"/>
        </w:rPr>
        <w:t>. ⚠️ Le véhicule ne doit pas être réparé avant votre passage : une réparation efface la preuve.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CONSTATATIONS SOLLICITÉES</w:t>
      </w:r>
    </w:p>
    <w:p>
      <w:pPr>
        <w:jc w:val="both"/>
      </w:pPr>
      <w:r>
        <w:t>Je vous demande de constater, décrire et photographier :</w:t>
      </w:r>
    </w:p>
    <w:p>
      <w:pPr>
        <w:jc w:val="both"/>
      </w:pPr>
      <w:r>
        <w:t>1. L'état général du véhicule, sa plaque d'immatriculation, le numéro inscrit au châssis et le kilométrage affiché au compteur, par photographies lisibles.</w:t>
      </w:r>
    </w:p>
    <w:p>
      <w:pPr>
        <w:jc w:val="both"/>
      </w:pPr>
      <w:r>
        <w:rPr>
          <w:b w:val="0"/>
          <w:i w:val="0"/>
        </w:rPr>
        <w:t xml:space="preserve">2. La manifestation du défaut : </w:t>
      </w:r>
      <w:r>
        <w:rPr>
          <w:b w:val="0"/>
          <w:i w:val="0"/>
          <w:color w:val="1A365D"/>
          <w:shd w:val="clear" w:color="auto" w:fill="FBF8EE"/>
        </w:rPr>
        <w:t>[décrire ce qui est visible, audible ou mesurable — fumée, bruit, voyant allumé, fuite, jeu, corrosion]</w:t>
      </w:r>
      <w:r>
        <w:rPr>
          <w:b w:val="0"/>
          <w:i w:val="0"/>
        </w:rPr>
        <w:t>, en précisant les conditions dans lesquelles vous l'observez (moteur froid ou chaud, à l'arrêt ou en roulant).</w:t>
      </w:r>
    </w:p>
    <w:p>
      <w:pPr>
        <w:jc w:val="both"/>
      </w:pPr>
      <w:r>
        <w:rPr>
          <w:b w:val="0"/>
          <w:i w:val="0"/>
        </w:rPr>
        <w:t xml:space="preserve">3. </w:t>
      </w: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Les mentions portées au carnet d'entretien et sur les factures présentées, ainsi que la date du dernier contrôle technique et les points qui y sont mentionnés.</w:t>
      </w:r>
    </w:p>
    <w:p>
      <w:pPr>
        <w:jc w:val="both"/>
      </w:pPr>
      <w:r>
        <w:rPr>
          <w:b w:val="0"/>
          <w:i w:val="0"/>
        </w:rPr>
        <w:t xml:space="preserve">4. </w:t>
      </w: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Le contenu de l'annonce de vente, telle qu'elle était publiée, et les mentions du bon de commande ou de la facture.</w:t>
      </w:r>
    </w:p>
    <w:p>
      <w:pPr>
        <w:jc w:val="both"/>
      </w:pPr>
      <w:r>
        <w:t>5. Toute trace de réparation antérieure, de remplacement de pièce ou d'intervention sur les organes concernés.</w:t>
      </w:r>
    </w:p>
    <w:p>
      <w:pPr>
        <w:jc w:val="both"/>
      </w:pPr>
      <w:r>
        <w:t>Pour chaque constatation, je vous prie de faire figurer la date, l'heure, la localisation précise, et de numéroter les photographies en les rattachant au paragraphe correspondant du procès-verbal.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IV. PRÉCISIONS</w:t>
      </w:r>
    </w:p>
    <w:p>
      <w:pPr>
        <w:jc w:val="both"/>
      </w:pPr>
      <w:r>
        <w:t>Je n'attends de vous aucune appréciation sur l'origine, la cause ou l'imputabilité de ce qui sera constaté : je sais que votre mission est de décrire matériellement ce que vous voyez, et que toute conclusion technique relève de l'expertise.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La partie adverse, </w:t>
      </w:r>
      <w:r>
        <w:rPr>
          <w:b w:val="0"/>
          <w:i w:val="0"/>
          <w:color w:val="1A365D"/>
          <w:shd w:val="clear" w:color="auto" w:fill="FBF8EE"/>
        </w:rPr>
        <w:t>[nom de la partie adverse]</w:t>
      </w:r>
      <w:r>
        <w:rPr>
          <w:b w:val="0"/>
          <w:i w:val="0"/>
        </w:rPr>
        <w:t xml:space="preserve">, a été informée de la présente démarche par </w:t>
      </w:r>
      <w:r>
        <w:rPr>
          <w:b w:val="0"/>
          <w:i w:val="0"/>
          <w:color w:val="1A365D"/>
          <w:shd w:val="clear" w:color="auto" w:fill="FBF8EE"/>
        </w:rPr>
        <w:t>[courrier / courriel]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de l'information de la partie adverse]</w:t>
      </w:r>
      <w:r>
        <w:rPr>
          <w:b w:val="0"/>
          <w:i w:val="0"/>
        </w:rPr>
        <w:t>, dont copie est jointe.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V. DEVIS</w:t>
      </w:r>
    </w:p>
    <w:p>
      <w:pPr>
        <w:jc w:val="both"/>
      </w:pPr>
      <w:r>
        <w:t>Je vous remercie de m'indiquer le coût prévisionnel de votre intervention ainsi que les modalités de règlement avant tout déplacement.</w:t>
      </w:r>
    </w:p>
    <w:p>
      <w:pPr>
        <w:jc w:val="both"/>
      </w:pPr>
      <w:r>
        <w:t>Je me tiens à votre disposition pour vous communiquer toute pièce utile et vous prie d'agréer, Madame, Monsieur le Commissaire de justice,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[Vos nom et prénom]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PIÈCES JOINTES</w:t>
      </w:r>
    </w:p>
    <w:p>
      <w:pPr>
        <w:jc w:val="both"/>
      </w:pPr>
      <w:r>
        <w:rPr>
          <w:b w:val="0"/>
          <w:i w:val="0"/>
        </w:rPr>
        <w:t xml:space="preserve">1. Bon de commande ou facture d'achat du </w:t>
      </w:r>
      <w:r>
        <w:rPr>
          <w:b w:val="0"/>
          <w:i w:val="0"/>
          <w:color w:val="1A365D"/>
          <w:shd w:val="clear" w:color="auto" w:fill="FBF8EE"/>
        </w:rPr>
        <w:t>[date d'achat]</w:t>
      </w:r>
    </w:p>
    <w:p>
      <w:pPr>
        <w:jc w:val="both"/>
      </w:pPr>
      <w:r>
        <w:t>2. Certificat d'immatriculation</w:t>
      </w:r>
    </w:p>
    <w:p>
      <w:pPr>
        <w:jc w:val="both"/>
      </w:pPr>
      <w:r>
        <w:t>3. Annonce de vente</w:t>
      </w:r>
    </w:p>
    <w:p>
      <w:pPr>
        <w:jc w:val="both"/>
      </w:pPr>
      <w:r>
        <w:t>4. Carnet d'entretien et factures d'entretien</w:t>
      </w:r>
    </w:p>
    <w:p>
      <w:pPr>
        <w:jc w:val="both"/>
      </w:pPr>
      <w:r>
        <w:t>5. Dernier procès-verbal de contrôle technique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